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(the "Agreement") is entered into by and between [name of party disclosing confidential information], on behalf of itself and its subsidiaries, affiliates, agents and representatives, (the "Disclosing Party") and [name of party receiving confidential information] (the "Receiving Party"); the Disclosing Party and Receiving Party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the relationship giving rise to the disclosure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 Disclosing Party may disclose or provide access to the Receiving Party to information and materials concerning its business, plans, products and technical data which are confidential and of substantial value to the Disclosing Party that would be impaired if the information were disclosed to third parties or used by the Receiving Party for any reason other than the Purpose. Therefore, to protect any confidential information that may be provided,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the purposes of this Agreement, "Confidential Information" shall include all nonpublic information disclosed directly or indirectly by the Disclosing Party to the Receiving Party, whether written, oral, electronic, or otherwise, through any means of communication or observation. This Agreement shall not require the Disclosing Party to disclose any of its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agrees to use the Confidential Information solely for the Purpose, and not for its own purpose or benefit or for the benefit of any third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not impose any obligation upon the Receiving Party with respect to information which the Receiving Party can establish by documentary or other competent evidence: (</w:t>
      </w:r>
      <w:r>
        <w:rPr>
          <w:rFonts w:ascii="Times New Roman" w:hAnsi="Times New Roman" w:eastAsia="Times New Roman" w:cs="Times New Roman"/>
          <w:b/>
          <w:sz w:val="24"/>
        </w:rPr>
        <w:t>a</w:t>
      </w:r>
      <w:r>
        <w:rPr>
          <w:rFonts w:ascii="Times New Roman" w:hAnsi="Times New Roman" w:eastAsia="Times New Roman" w:cs="Times New Roman"/>
          <w:b w:val="0"/>
          <w:sz w:val="24"/>
        </w:rPr>
        <w:t>) is or becomes generally available to the public through no fault of the Receiving Party; (b) was rightfully in the possession of the Receiving Party prior to its receipt from the Disclosing Party; or (c) is disclosed with the prior written consent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that Receiving Party is requested or required by legal action to disclose any of the Disclosing Party's Confidential Information, the Receiving Party will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The Receiving Party shall fully assist the Disclosing Party in its efforts to resist, narrow, or eliminate the need for the requested disclosure. If disclosure is nonetheless required, the Receiving Party shall only furnish that portion of the Confidential Information which it is advised by its legal counsel must be provided.</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 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be obligated to protect the Confidential Information received pursuant to this Agreement until such time that the Confidential Information becomes publicly known and made generally available through no action or inaction of the Receiving Party. This Agreement will remain in effect until such time it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upon written notice. Upon termination of this Agreement, the Receiving Party shall immediately cease all use of the Disclosing Party's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promptly return or, at the Disclosing Party's option, destroy all copies of Confidential Information at any time upon request by the Disclosing Party or within ten (10) days following the expiration or earlier termination of this Agreement. The Receiving Party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that all such Confidential Information has been returned or destroyed.</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License.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WARRANTIES, EXPRESS OR IMPLIED, ARE MADE BY THE DISCLOSING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IS PROVIDED "AS IS." All Confidential Information will remain the exclusive property of the Disclosing Party. The Receiving Party acknowledges and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construed in accordance with the laws of the state of Virginia excluding its conflict of law provisions. The Parties agree that any action arising out of this Agreement will be brought solely in any state or federal court located in Virginia, [county]. The Receiving Party hereby consents to the exclusive personal jurisdiction of such courts, and waives any objection in any such action based on improper venue, inconvenient forum or similar grounds.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