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Unsolicited Idea Submission Response Letter with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120" w:after="0" w:line="260" w:lineRule="exact"/>
        <w:ind w:left="360" w:right="0" w:firstLine="240"/>
        <w:jc w:val="left"/>
      </w:pPr>
      <w:r>
        <w:rPr>
          <w:rFonts w:ascii="Times New Roman" w:hAnsi="Times New Roman" w:eastAsia="Times New Roman" w:cs="Times New Roman"/>
          <w:b w:val="0"/>
          <w:sz w:val="24"/>
        </w:rPr>
        <w:t>Thank you for contacting [NAME OF COMPANY] and expressing interest in submitting your idea to us for review. Your idea may be the kind of innovation that our company is looking for, but, before you submit any information, pictures, prototypes, data, or other materials for us to evaluate, it is important that you understand the terms and conditions under which we evaluate unsolicited ideas. In accordance with our policy for unsolicited idea submissions, we ask that you review, sign, and date the Idea Submission Agreement included with this letter before we evaluate your idea.</w:t>
      </w:r>
    </w:p>
    <w:p>
      <w:pPr>
        <w:keepNext w:val="0"/>
        <w:spacing w:before="120" w:after="0" w:line="260" w:lineRule="exact"/>
        <w:ind w:left="360" w:right="0" w:firstLine="240"/>
        <w:jc w:val="left"/>
      </w:pPr>
      <w:r>
        <w:rPr>
          <w:rFonts w:ascii="Times New Roman" w:hAnsi="Times New Roman" w:eastAsia="Times New Roman" w:cs="Times New Roman"/>
          <w:b w:val="0"/>
          <w:sz w:val="24"/>
        </w:rPr>
        <w:t>PLEASE DO NOT SUBMIT YOUR IDEA IN ANY FORM (VERBAL, E‐MAIL, LETTER, ETC.) UNTIL YOU HAVE READ AND EXECUTED THE ENTIRE IDEA SUBMISSION AGREEMENT INCLUDED WITH THIS LETTER. No edits to the Idea Submission Agreement will be accepted.</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After reviewing and signing the Agreement, please return the signed Agreement to the address above,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and/or illustrated summary of your idea. Alternatively, you may email the Agreement and summary to [EMAIL ADDRESS]. The summary should be sufficiently detailed to provide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basic understanding of your idea or invention (either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product or improvement), and it should disclose any intellectual property rights (patent, trademark, copyright, or other rights) that you have applied for or obtained.</w:t>
      </w:r>
    </w:p>
    <w:p>
      <w:pPr>
        <w:keepNext w:val="0"/>
        <w:spacing w:before="120" w:after="0" w:line="260" w:lineRule="exact"/>
        <w:ind w:left="360" w:right="0" w:firstLine="240"/>
        <w:jc w:val="left"/>
      </w:pPr>
      <w:r>
        <w:rPr>
          <w:rFonts w:ascii="Times New Roman" w:hAnsi="Times New Roman" w:eastAsia="Times New Roman" w:cs="Times New Roman"/>
          <w:b w:val="0"/>
          <w:sz w:val="24"/>
        </w:rPr>
        <w:t>Upon receiving the signed letter and your submission, we will try to evaluate your submission within [NUMBER] days. All communications pertaining to your submission and the status of our evaluation will be conducted through this office. Please do not initiate contact relating to your submission or our evaluation or decision with any other individual or department within our company.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Idea Submission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By signing this Agreement and submitting materials relating to your unsolicited idea or invention (the “Submission”) for evaluation by [NAME OF COMPANY], including its subsidiaries and affiliates, (collectively, “COMPANY”), you represent, understand and agree, for yourself, heirs, agents, successors, and assigns, to the terms and conditions set out in this Agreement. This Agreement governs all (and any portion of) information contained in your Submission, as well as any subsequent communications (written, electronic, or verbal) you may have with COMPANY unless and until any additional written agreements are executed between you and COMPANY.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has no obligation to pay you for your Submission, and your Submission (and COMPANY’s evaluation) is not subject to any terms, conditions, understandings, or agreements, express or implied, requiring COMPANY to pay you any compensation, fee, or reward. Any future compensation or payment to you by COMPANY relating to your Submission will be conditioned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signed by both you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COMPANY.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Submission is not subject to any terms, conditions, understandings, or agreements, express or implied, that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relationship between you and COMPANY, and COMPANY is not required to keep any portion of your Submission confidential. You represent that the Submission includes only non-confidential information, and you understand that all information disclosed to COMPANY in the Submission will be considered to be non-confidential public information. No effect will be given to the marking of any information submitted as “Confidential” or “Proprietary” or the like. Furthermore, COMPANY’s employees do not have the authority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verbal confidentiality agreement with you.</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will not treat any information related to the Submission as confidential unless it is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confidentiality agreement specifically referencing the Submission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COMPANY, in which case such confidentiality agreement will govern the submission of additional information beginning on the date such confidentiality agreement is executed. If COMPANY would like to discuss your Submission with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representative will contact you. Unless and until both you and COMPANY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confidentiality agreement that expressly covers the confidential information that will be disclosed in additional discussions about the Submission, all information disclosed by you, whether orally, electronically, in writing, or in any other form or format, in any further discussions, whether initiated by COMPANY or by you, will be non-confidential.</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may pursue intellectual property rights, such as patent, trademark, or copyright (collectively, "IP Rights") to protect the information disclosed in your Submission. You agree and understand that it is your right and obligation to obtain appropriate IP Rights covering information in your Submission before disclosing your Submission to COMPANY. You also understand that any aspect of your Submission that is not protected by valid, enforceable IP Rights may freely be commercially used by COMPANY.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making your Submission, you grant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royalty-free, non-exclusive license under your IP Rights for the sole purpose of evaluating your Submission and to the extent reasonably necessary to allow COMPANY to evaluate your Submission.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understand that COMPANY is continuously developing new and improved products and services, and improving upon its products and services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team of employees and external consultants. In addition to many of the products and services previously and currently offered by COMPANY, we have numerous other products and services in various stages of development. We also have other ideas that we have analyzed, but which may not yet be ready for development or commercialization at this time for various reasons. It is, therefore, always possible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employee or consultant is working on or has already developed the idea disclosed in your Submission. It is also possible that employees or consultants engaged by COMPANY may later develop ideas similar to the one in your Submission, without having had access to your Submission. Your idea may also have been or may be suggested by another submitter. It is also possible that your idea may already be publically disclosed, described in publications, or in public use.</w:t>
      </w:r>
    </w:p>
    <w:p>
      <w:pPr>
        <w:keepNext w:val="0"/>
        <w:spacing w:before="200" w:after="0" w:line="260" w:lineRule="exact"/>
        <w:ind w:left="1080" w:right="0" w:firstLine="0"/>
        <w:jc w:val="both"/>
      </w:pPr>
      <w:r>
        <w:rPr>
          <w:rFonts w:ascii="Times New Roman" w:hAnsi="Times New Roman" w:eastAsia="Times New Roman" w:cs="Times New Roman"/>
          <w:b w:val="0"/>
          <w:sz w:val="24"/>
        </w:rPr>
        <w:t>You agree that COMPANY, by accepting the Submission and/or evaluating the Submission, is not agreeing to cease or forego participating in any present or future research or commercialization efforts or opportunities, including those that relate to products or improvements similar or identical to information in your Submission.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Additionally, unless you and COMPANY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to the contrary, we understand that you are free to disclose your Submission to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has no obligation to acknowledge or review your submission, or otherwise respond to you in any way regarding your Submission. COMPANY will not reply to any inquiries regarding the status of your Submission. COMPANY will contact you if it decides to consider your Submission in more detail. If COMPANY elects not to pursue your Submission, COMPANY may, but is not obligated to, provide you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for its decision. You agree to hold COMPANY harmless against any liabilities relating to or arising out of your use or non-use of such explanation, if provided.</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does not accept any obligation to return materials or documents (including, for example, drawings, photographs, and prototypes) included in your Submission. Please submit only copies of materials, or materials that you can easily replicate or otherwise replace.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represent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are 18 years or older;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best of your knowledge, you are legally able to make the Submission to COMPANY and disclose the information therein;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are the owner of the Submission;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information in the Submission does not infringe on or misappropriate the intellectual property rights of others;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are not under any obligation of confidentiality to any other party with respect to the ideas, information, documents, or things that are part of your Submission.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strongly recommends that you consult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review this Idea Submission Agreement before submitting your idea or invention to COMPANY. Disclosure of your idea or invention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may compromise your potential IP Rights, and consulting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before you make your Submission is the best way to protect yourself against this risk.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Additionally, if COMPANY subsequently elects to negotiate with you for rights to the information in your Submission, COMPANY recommends that you consult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assist you with the negotiations, and COMPANY will be entitled to assume that you have done so.</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represent and agree that there are no other agreements or understandings that apply to your Submission and that you have not granted any rights to the Submission to any third parties.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modifications or exceptions to Agreement will apply unless they have been agreed to in writing signed by both you and COMPANY. You agree that you have not relied on and will not rely on representations made by any COMPANY employee, and, unless any future written agreements are entered into by you and COMPANY, this Agreement sets out all of the terms under which your Submission will be evaluated.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making the Submission, you will not be entitled to retract all or any part thereof.</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for any reason,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finds any provision of this Agreement, or portion thereof, to be unenforceable, that provision of this Agreement shall be enforced to the maximum extent permissible to effect the intent of the parties, and the remainder of this Agreement shall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its terms and conditions, and any Submission made pursuant to the Agreement are governed by the substantive law of [NAME OF STATE], United States of America, and are subject to the exclusive jurisdiction of the courts of that state, without regard to any principle of conflict of laws or choice of laws that would otherwise cause the application of the laws of any other jurisdiction.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By your signature below, you acknowledge that you have read, understand, and agree to the terms of this Idea Submission Agreement.</w:t>
      </w:r>
    </w:p>
    <w:p>
      <w:pPr>
        <w:keepNext w:val="0"/>
        <w:spacing w:before="120" w:after="0" w:line="260" w:lineRule="exact"/>
        <w:ind w:left="360" w:right="0" w:firstLine="0"/>
        <w:jc w:val="left"/>
      </w:pPr>
      <w:r>
        <w:rPr>
          <w:rFonts w:ascii="Times New Roman" w:hAnsi="Times New Roman" w:eastAsia="Times New Roman" w:cs="Times New Roman"/>
          <w:b w:val="0"/>
          <w:sz w:val="24"/>
        </w:rPr>
        <w:t>[NAME OF SUBMITTER]</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