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0"/>
        <w:jc w:val="center"/>
      </w:pPr>
      <w:r>
        <w:rPr>
          <w:rFonts w:ascii="Times New Roman" w:hAnsi="Times New Roman" w:eastAsia="Times New Roman" w:cs="Times New Roman"/>
          <w:sz w:val="24"/>
        </w:rPr>
        <w:t>UTAH GENERAL POWER OF ATTORNEY</w:t>
      </w:r>
    </w:p>
    <w:p>
      <w:pPr>
        <w:jc w:val="center"/>
      </w:pPr>
      <w:r>
        <w:rPr>
          <w:rFonts w:ascii="Times New Roman" w:hAnsi="Times New Roman" w:eastAsia="Times New Roman" w:cs="Times New Roman"/>
          <w:sz w:val="24"/>
        </w:rPr>
        <w:t>OF</w:t>
      </w:r>
    </w:p>
    <w:p>
      <w:pPr>
        <w:jc w:val="center"/>
      </w:pPr>
      <w:r>
        <w:rPr>
          <w:rFonts w:ascii="Times New Roman" w:hAnsi="Times New Roman" w:eastAsia="Times New Roman" w:cs="Times New Roman"/>
          <w:sz w:val="24"/>
        </w:rPr>
        <w:t>[NAME OF PRINCIPAL]</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 OF PRINCIPAL]</w:t>
      </w:r>
      <w:r>
        <w:rPr>
          <w:rFonts w:ascii="Times New Roman" w:hAnsi="Times New Roman" w:eastAsia="Times New Roman" w:cs="Times New Roman"/>
          <w:sz w:val="24"/>
        </w:rPr>
        <w:t xml:space="preserve">, the principal, of </w:t>
      </w:r>
      <w:r>
        <w:rPr>
          <w:rFonts w:ascii="Times New Roman" w:hAnsi="Times New Roman" w:eastAsia="Times New Roman" w:cs="Times New Roman"/>
          <w:sz w:val="24"/>
        </w:rPr>
        <w:t>[ADDRESS OF PRINCIPAL]</w:t>
      </w:r>
      <w:r>
        <w:rPr>
          <w:rFonts w:ascii="Times New Roman" w:hAnsi="Times New Roman" w:eastAsia="Times New Roman" w:cs="Times New Roman"/>
          <w:sz w:val="24"/>
        </w:rPr>
        <w:t>, hereby designate</w:t>
      </w:r>
      <w:r>
        <w:rPr>
          <w:rFonts w:ascii="Times New Roman" w:hAnsi="Times New Roman" w:eastAsia="Times New Roman" w:cs="Times New Roman"/>
          <w:sz w:val="24"/>
        </w:rPr>
        <w:t>[NAME OF ATTORNEY-IN-FACT]</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 OF ATTORNEY-IN-FACT]</w:t>
      </w:r>
      <w:r>
        <w:rPr>
          <w:rFonts w:ascii="Times New Roman" w:hAnsi="Times New Roman" w:eastAsia="Times New Roman" w:cs="Times New Roman"/>
          <w:sz w:val="24"/>
        </w:rPr>
        <w:t>, my attorney-in-fact (hereinafter my “attorney-in-fact”), to act as set forth below, in my name, in my stead and for my benefit, hereby revoking any and all powers of attorney I may have executed in the past.</w:t>
      </w:r>
    </w:p>
    <w:p>
      <w:pPr/>
      <w:r>
        <w:rPr>
          <w:rFonts w:ascii="Times New Roman" w:hAnsi="Times New Roman" w:eastAsia="Times New Roman" w:cs="Times New Roman"/>
          <w:b/>
          <w:sz w:val="24"/>
        </w:rPr>
        <w:t>I. POWERS</w:t>
      </w:r>
    </w:p>
    <w:p>
      <w:pPr/>
      <w:r>
        <w:rPr>
          <w:rFonts w:ascii="Times New Roman" w:hAnsi="Times New Roman" w:eastAsia="Times New Roman" w:cs="Times New Roman"/>
          <w:sz w:val="24"/>
        </w:rPr>
        <w:t xml:space="preserve">I confer upon my attorney-in-fact the power to act on my behalf and in my stead, as if I were present, and to exercise or perform the acts or powers I have designated with my initials as set forth below.  </w:t>
      </w:r>
    </w:p>
    <w:p>
      <w:pPr/>
      <w:r>
        <w:rPr>
          <w:rFonts w:ascii="Times New Roman" w:hAnsi="Times New Roman" w:eastAsia="Times New Roman" w:cs="Times New Roman"/>
          <w:sz w:val="24"/>
        </w:rPr>
        <w:t>My attorney-in-fact, shall NOT have the power to act on my behalf if I have not so designated with my initials</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 </w:t>
      </w:r>
      <w:r>
        <w:rPr>
          <w:rFonts w:ascii="Times New Roman" w:hAnsi="Times New Roman" w:eastAsia="Times New Roman" w:cs="Times New Roman"/>
          <w:b/>
          <w:sz w:val="24"/>
        </w:rPr>
        <w:t>Power to Make Payments or Collect Monies Owed</w:t>
      </w:r>
      <w:r>
        <w:rPr>
          <w:rFonts w:ascii="Times New Roman" w:hAnsi="Times New Roman" w:eastAsia="Times New Roman" w:cs="Times New Roman"/>
          <w:sz w:val="24"/>
        </w:rPr>
        <w:t>. My attorney-in-fact has the power to make any payments on any accounts I may owe and to hold, collect and request any sums that may be due, owing or payable to me or in which I may hereinafter acquire an interest, in whatever form, whether liquidated or un-liquidated, to have, use, and take all lawful means in my name for the collection and recovery thereof, and to adjust, sell, compromise, and agree for the same and to execute and deliver for me, on my behalf, and in my name, all endorsements, releases, receipts, or other sufficient discharges for the same;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2. </w:t>
      </w:r>
      <w:r>
        <w:rPr>
          <w:rFonts w:ascii="Times New Roman" w:hAnsi="Times New Roman" w:eastAsia="Times New Roman" w:cs="Times New Roman"/>
          <w:b/>
          <w:sz w:val="24"/>
        </w:rPr>
        <w:t>Power to Acquire, Lease and Sell Personal Property</w:t>
      </w:r>
      <w:r>
        <w:rPr>
          <w:rFonts w:ascii="Times New Roman" w:hAnsi="Times New Roman" w:eastAsia="Times New Roman" w:cs="Times New Roman"/>
          <w:sz w:val="24"/>
        </w:rPr>
        <w:t>. To acquire, purchase, exchange, lease, grant options to sell, and sell and convey personal property, or any interests therein, on such terms and conditions, including credit arrangements, as my attorney-in-fact shall deem proper; to execute, acknowledge and deliver, under seal or otherwise, any and all assignments, transfers, titles, papers, documents or instruments which my attorney-in-fact shall deem necessary in connection therewith; to purchase, sell or otherwise dispose of, assign, transfer and convey shares of stock, bonds, securities and other personal property now or hereafter belonging to me, whether standing in my name or otherwise, and wherever situated;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3. </w:t>
      </w:r>
      <w:r>
        <w:rPr>
          <w:rFonts w:ascii="Times New Roman" w:hAnsi="Times New Roman" w:eastAsia="Times New Roman" w:cs="Times New Roman"/>
          <w:b/>
          <w:sz w:val="24"/>
        </w:rPr>
        <w:t>Power to Acquire, Lease and Sell Real Property</w:t>
      </w:r>
      <w:r>
        <w:rPr>
          <w:rFonts w:ascii="Times New Roman" w:hAnsi="Times New Roman" w:eastAsia="Times New Roman" w:cs="Times New Roman"/>
          <w:sz w:val="24"/>
        </w:rPr>
        <w:t xml:space="preserve">. To acquire, purchase, exchange, lease, grant options to sell, and sell and convey real property, or any interests therein, on such terms and conditions, including credit arrangements, as my attorney-in-fact shall deem proper; to execute, acknowledge and deliver, under seal or otherwise, any and all assignments, transfers, deeds, papers, documents or instruments which my attorney-in-fact shall deem necessary in connection therewith; </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4. </w:t>
      </w:r>
      <w:r>
        <w:rPr>
          <w:rFonts w:ascii="Times New Roman" w:hAnsi="Times New Roman" w:eastAsia="Times New Roman" w:cs="Times New Roman"/>
          <w:b/>
          <w:sz w:val="24"/>
        </w:rPr>
        <w:t>Management Powers</w:t>
      </w:r>
      <w:r>
        <w:rPr>
          <w:rFonts w:ascii="Times New Roman" w:hAnsi="Times New Roman" w:eastAsia="Times New Roman" w:cs="Times New Roman"/>
          <w:sz w:val="24"/>
        </w:rPr>
        <w:t>. To maintain, repair, improve, invest, manage, insure, rent, lease, encumber, and in any manner deal with any real or personal property, tangible or intangible, or any interests therein, that I now own or may hereafter acquire, in my name and for my benefit, upon such terms and conditions as my attorney-in-fact shall deem proper;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5. </w:t>
      </w:r>
      <w:r>
        <w:rPr>
          <w:rFonts w:ascii="Times New Roman" w:hAnsi="Times New Roman" w:eastAsia="Times New Roman" w:cs="Times New Roman"/>
          <w:b/>
          <w:sz w:val="24"/>
        </w:rPr>
        <w:t>Banking Powers</w:t>
      </w:r>
      <w:r>
        <w:rPr>
          <w:rFonts w:ascii="Times New Roman" w:hAnsi="Times New Roman" w:eastAsia="Times New Roman" w:cs="Times New Roman"/>
          <w:sz w:val="24"/>
        </w:rPr>
        <w:t>. To open and close accounts, make, receive, and endorse checks and drafts, deposit and withdraw funds, acquire and redeem certificates of deposit, in banks, savings and loan associations, and other institutions, execute or release such deeds of trust or other security agreements as may be necessary or proper in the exercise of the rights and powers herein granted;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6. </w:t>
      </w:r>
      <w:r>
        <w:rPr>
          <w:rFonts w:ascii="Times New Roman" w:hAnsi="Times New Roman" w:eastAsia="Times New Roman" w:cs="Times New Roman"/>
          <w:b/>
          <w:sz w:val="24"/>
        </w:rPr>
        <w:t>Motor Vehicles</w:t>
      </w:r>
      <w:r>
        <w:rPr>
          <w:rFonts w:ascii="Times New Roman" w:hAnsi="Times New Roman" w:eastAsia="Times New Roman" w:cs="Times New Roman"/>
          <w:sz w:val="24"/>
        </w:rPr>
        <w:t>. To apply for a Certificate of Title upon, and endorse and transfer title thereto, for any automobile, truck, pickup truck, van, motorcycle, or other motor vehicle, and to represent in such transfer or assignment that the title to said motor vehicle is free and clear of all liens and encumbrances except those specifically set forth in such transfer or assignment;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7. </w:t>
      </w:r>
      <w:r>
        <w:rPr>
          <w:rFonts w:ascii="Times New Roman" w:hAnsi="Times New Roman" w:eastAsia="Times New Roman" w:cs="Times New Roman"/>
          <w:b/>
          <w:sz w:val="24"/>
        </w:rPr>
        <w:t>Tax Powers</w:t>
      </w:r>
      <w:r>
        <w:rPr>
          <w:rFonts w:ascii="Times New Roman" w:hAnsi="Times New Roman" w:eastAsia="Times New Roman" w:cs="Times New Roman"/>
          <w:sz w:val="24"/>
        </w:rPr>
        <w:t>. To act without limitation on my behalf with regard to federal income taxes (Forms 1040, 1040EZ, 1040X, etc.), state and local income taxes, estate, gift (Form 709) and other tax returns of all sorts, whether federal or state and local, including where appropriate joint returns, FICA returns, payroll tax returns, claims for refunds, requests for extensions of time to file returns or pay taxes, extensions and waivers of applicable periods of limitation, protests and petitions to administrative agencies or courts, including the tax court, regarding tax matters, and any and all other tax related documents, including but not limited to consents and agreements under Section 2032A of the Internal Revenue Code or any successor section thereto and consents to split gifts and closing agreements, for all tax periods from 1980 through 2050, and for all jurisdictions; to complete Internal Revenue Service Form 2848, Power of Attorney and Declaration of Representative (or other prescribed form) on my behalf as well as to perform all other functions contemplated by that form whether they are required or merely permissible; to consent to any gift and to utilize any gift-splitting provisions or other tax election; and to prepare, sign, and file any claims for refund of any tax; to post bonds, receive confidential information and contest deficiencies determined by the Internal Revenue Service or any state or local taxing authority; to exercise any and all elections that I may have under federal, state or local tax laws including without limitation the allocation of any generation-skipping tax exemption to which I may be entitled; to the extent that I may have omitted some power or discretion, some tax period, some form or some jurisdiction, I hereby grant to my attorney-in-fact the power to amend the Internal Revenue Service form power of attorney (presently Form 2848 or Form 2848-D)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8. </w:t>
      </w:r>
      <w:r>
        <w:rPr>
          <w:rFonts w:ascii="Times New Roman" w:hAnsi="Times New Roman" w:eastAsia="Times New Roman" w:cs="Times New Roman"/>
          <w:b/>
          <w:sz w:val="24"/>
        </w:rPr>
        <w:t>Safe-Deposit Boxes</w:t>
      </w:r>
      <w:r>
        <w:rPr>
          <w:rFonts w:ascii="Times New Roman" w:hAnsi="Times New Roman" w:eastAsia="Times New Roman" w:cs="Times New Roman"/>
          <w:sz w:val="24"/>
        </w:rPr>
        <w:t>. To have access at any time or times to any safe-deposit box rented by me or to which I may have access, where so ever located, including drilling, if necessary, and to remove all or any part of the contents thereof, and to surrender or relinquish said safe-deposit box; and any institution in which any such safe-deposit box may be located shall not incur any liability to me or my estate as a result of permitting my attorney-in-fact to exercise this power;</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9. </w:t>
      </w:r>
      <w:r>
        <w:rPr>
          <w:rFonts w:ascii="Times New Roman" w:hAnsi="Times New Roman" w:eastAsia="Times New Roman" w:cs="Times New Roman"/>
          <w:b/>
          <w:sz w:val="24"/>
        </w:rPr>
        <w:t xml:space="preserve">Gift Making Powers. </w:t>
      </w:r>
      <w:r>
        <w:rPr>
          <w:rFonts w:ascii="Times New Roman" w:hAnsi="Times New Roman" w:eastAsia="Times New Roman" w:cs="Times New Roman"/>
          <w:sz w:val="24"/>
        </w:rPr>
        <w:t>To make gifts, grants, or other transfers (including the forgiveness of indebtedness and the completion of any charitable pledges I may have made) without consideration, either outright or in trust to such person(s) (including my attorney-in-fact hereunder) or organizations as my attorney-in-fact shall select, including, without limitation, the following actions: (a) transfer by gift in advancement of a bequest or devise to beneficiaries under my will or in the absence of a will to my spouse and descendants in whatever degree; and (b) release of any life interest, or waiver, renunciation, disclaimer, or declination of any gift to me by will, deed, or trust;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10. </w:t>
      </w:r>
      <w:r>
        <w:rPr>
          <w:rFonts w:ascii="Times New Roman" w:hAnsi="Times New Roman" w:eastAsia="Times New Roman" w:cs="Times New Roman"/>
          <w:b/>
          <w:sz w:val="24"/>
        </w:rPr>
        <w:t>Lending and Borrowing</w:t>
      </w:r>
      <w:r>
        <w:rPr>
          <w:rFonts w:ascii="Times New Roman" w:hAnsi="Times New Roman" w:eastAsia="Times New Roman" w:cs="Times New Roman"/>
          <w:sz w:val="24"/>
        </w:rPr>
        <w:t>. To make loans in my name; to borrow money in my name, individually or jointly with others; to give promissory notes or other obligations therefor; and to deposit or mortgage as collateral or for security for the payment thereof any or all of my securities, real estate, personal property, or other property of whatever nature and wherever situated, held by me personally or in trust for my benefit;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11. </w:t>
      </w:r>
      <w:r>
        <w:rPr>
          <w:rFonts w:ascii="Times New Roman" w:hAnsi="Times New Roman" w:eastAsia="Times New Roman" w:cs="Times New Roman"/>
          <w:b/>
          <w:sz w:val="24"/>
        </w:rPr>
        <w:t>Contracts</w:t>
      </w:r>
      <w:r>
        <w:rPr>
          <w:rFonts w:ascii="Times New Roman" w:hAnsi="Times New Roman" w:eastAsia="Times New Roman" w:cs="Times New Roman"/>
          <w:sz w:val="24"/>
        </w:rPr>
        <w:t>. To enter into contracts of whatever nature or kind in my name;</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12. </w:t>
      </w:r>
      <w:r>
        <w:rPr>
          <w:rFonts w:ascii="Times New Roman" w:hAnsi="Times New Roman" w:eastAsia="Times New Roman" w:cs="Times New Roman"/>
          <w:b/>
          <w:sz w:val="24"/>
        </w:rPr>
        <w:t>Health Care</w:t>
      </w:r>
      <w:r>
        <w:rPr>
          <w:rFonts w:ascii="Times New Roman" w:hAnsi="Times New Roman" w:eastAsia="Times New Roman" w:cs="Times New Roman"/>
          <w:sz w:val="24"/>
        </w:rPr>
        <w:t>. To take any and all steps necessary to arrange for my admission to any type of health care facility, including, without limitation, a hospital, rehabilitation facility, skilled nursing facility, or hospice, and to authorize the release of my medical records in the discretion of my attorney-in-fact;</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13. </w:t>
      </w:r>
      <w:r>
        <w:rPr>
          <w:rFonts w:ascii="Times New Roman" w:hAnsi="Times New Roman" w:eastAsia="Times New Roman" w:cs="Times New Roman"/>
          <w:b/>
          <w:sz w:val="24"/>
        </w:rPr>
        <w:t>HIPAA</w:t>
      </w:r>
      <w:r>
        <w:rPr>
          <w:rFonts w:ascii="Times New Roman" w:hAnsi="Times New Roman" w:eastAsia="Times New Roman" w:cs="Times New Roman"/>
          <w:sz w:val="24"/>
        </w:rPr>
        <w:t>. To have the power and authority as my personal representative for all purposes of the Health Insurance Portability and Accountability Act of 1996 (Pub. L. No. 104-191);</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14. </w:t>
      </w:r>
      <w:r>
        <w:rPr>
          <w:rFonts w:ascii="Times New Roman" w:hAnsi="Times New Roman" w:eastAsia="Times New Roman" w:cs="Times New Roman"/>
          <w:b/>
          <w:sz w:val="24"/>
        </w:rPr>
        <w:t>Power to Hire and Pay for Services</w:t>
      </w:r>
      <w:r>
        <w:rPr>
          <w:rFonts w:ascii="Times New Roman" w:hAnsi="Times New Roman" w:eastAsia="Times New Roman" w:cs="Times New Roman"/>
          <w:sz w:val="24"/>
        </w:rPr>
        <w:t>. To retain such accountants, attorneys, social workers, consultants, clerks, employees, workers, or other persons as my agent shall deem appropriate in connection with the management of my property and affairs and to make payments from my assets for the fees of such persons so employed;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15. </w:t>
      </w:r>
      <w:r>
        <w:rPr>
          <w:rFonts w:ascii="Times New Roman" w:hAnsi="Times New Roman" w:eastAsia="Times New Roman" w:cs="Times New Roman"/>
          <w:b/>
          <w:sz w:val="24"/>
        </w:rPr>
        <w:t>Reimbursement of Attorney-in-Fact</w:t>
      </w:r>
      <w:r>
        <w:rPr>
          <w:rFonts w:ascii="Times New Roman" w:hAnsi="Times New Roman" w:eastAsia="Times New Roman" w:cs="Times New Roman"/>
          <w:sz w:val="24"/>
        </w:rPr>
        <w:t>. To reimburse my attorney-in-fact for any reasonable expenses incurred in connection with such services; and</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16. </w:t>
      </w:r>
      <w:r>
        <w:rPr>
          <w:rFonts w:ascii="Times New Roman" w:hAnsi="Times New Roman" w:eastAsia="Times New Roman" w:cs="Times New Roman"/>
          <w:b/>
          <w:sz w:val="24"/>
        </w:rPr>
        <w:t>Power to Sue Third Parties Who Fail to Act Pursuant to Power of Attorney</w:t>
      </w:r>
      <w:r>
        <w:rPr>
          <w:rFonts w:ascii="Times New Roman" w:hAnsi="Times New Roman" w:eastAsia="Times New Roman" w:cs="Times New Roman"/>
          <w:sz w:val="24"/>
        </w:rPr>
        <w:t>. If any third party (including stock transfer agents, title insurance companies, banks, credit unions, and savings and loan associations) with whom my attorney-in-fact seeks to transact refuses to recognize my attorney-in-fact’s authority to act on my behalf pursuant to this Power of Attorney, I authorize my attorney-in-fact to sue and recover from such third party all resulting damages, costs, expenses, and attorney’s fees incurred because of such failure to act. The costs, expenses, and attorney’s fees incurred in bringing such action shall be charged against my general assets, to the extent that they are not recovered from said third party.</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17.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 Power to conduct the following </w:t>
      </w:r>
      <w:r>
        <w:rPr>
          <w:rFonts w:ascii="Times New Roman" w:hAnsi="Times New Roman" w:eastAsia="Times New Roman" w:cs="Times New Roman"/>
          <w:sz w:val="24"/>
        </w:rPr>
        <w:t>[DESCRIBE ADDITIONAL POWERS IF ANY]</w:t>
      </w:r>
    </w:p>
    <w:p>
      <w:pPr/>
    </w:p>
    <w:p>
      <w:pPr/>
      <w:r>
        <w:rPr>
          <w:rFonts w:ascii="Times New Roman" w:hAnsi="Times New Roman" w:eastAsia="Times New Roman" w:cs="Times New Roman"/>
          <w:b/>
          <w:sz w:val="24"/>
        </w:rPr>
        <w:t xml:space="preserve">II. </w:t>
      </w:r>
      <w:r>
        <w:rPr>
          <w:rFonts w:ascii="Times New Roman" w:hAnsi="Times New Roman" w:eastAsia="Times New Roman" w:cs="Times New Roman"/>
          <w:b/>
          <w:sz w:val="24"/>
        </w:rPr>
        <w:t>INTERPRETATION AND GOVERNING LAW</w:t>
      </w:r>
    </w:p>
    <w:p>
      <w:pPr/>
      <w:r>
        <w:rPr>
          <w:rFonts w:ascii="Times New Roman" w:hAnsi="Times New Roman" w:eastAsia="Times New Roman" w:cs="Times New Roman"/>
          <w:sz w:val="24"/>
        </w:rPr>
        <w:t>This instrument is to be construed and interpreted as a general non-durable power of attorney. The enumeration of specific powers herein is not intended to, nor does it, limit or restrict the general powers herein granted to my attorney-in-fact. For a third party to construe otherwise would be contrary to my intent. This instrument is executed and delivered in the State of Utah and the laws of such state shall govern all questions as to the validity of this power and the construction of its provisions. Nevertheless, I intend that this instrument be given full force and effect in any state or country in which I may find myself or in which I may own property, whether real or personal. I direct that my attorney-in-fact not be required to give bond and, if any bond is required, that no sureties be required. I direct that photocopies of this instrument shall have the same power and effect as the original.</w:t>
      </w:r>
    </w:p>
    <w:p>
      <w:pPr/>
      <w:r>
        <w:rPr>
          <w:rFonts w:ascii="Times New Roman" w:hAnsi="Times New Roman" w:eastAsia="Times New Roman" w:cs="Times New Roman"/>
          <w:b/>
          <w:sz w:val="24"/>
        </w:rPr>
        <w:t xml:space="preserve">III. </w:t>
      </w:r>
      <w:r>
        <w:rPr>
          <w:rFonts w:ascii="Times New Roman" w:hAnsi="Times New Roman" w:eastAsia="Times New Roman" w:cs="Times New Roman"/>
          <w:b/>
          <w:sz w:val="24"/>
        </w:rPr>
        <w:t>EFFECTIVE DATE AND TERMINATION</w:t>
      </w:r>
    </w:p>
    <w:p>
      <w:pPr/>
      <w:r>
        <w:rPr>
          <w:rFonts w:ascii="Times New Roman" w:hAnsi="Times New Roman" w:eastAsia="Times New Roman" w:cs="Times New Roman"/>
          <w:sz w:val="24"/>
        </w:rPr>
        <w:t>To indicate when this document shall become effective, initial one of the following:</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Upon the date of this document with my authorization.</w:t>
      </w:r>
    </w:p>
    <w:p>
      <w:pPr/>
      <w:r>
        <w:rPr>
          <w:rFonts w:ascii="Times New Roman" w:hAnsi="Times New Roman" w:eastAsia="Times New Roman" w:cs="Times New Roman"/>
          <w:sz w:val="24"/>
        </w:rPr>
        <w:t>[INITIAL TO PROVIDE THIS POWER]</w:t>
      </w:r>
      <w:r>
        <w:rPr>
          <w:rFonts w:ascii="Times New Roman" w:hAnsi="Times New Roman" w:eastAsia="Times New Roman" w:cs="Times New Roman"/>
          <w:sz w:val="24"/>
        </w:rPr>
        <w:t xml:space="preserve"> - The following date </w:t>
      </w:r>
      <w:r>
        <w:rPr>
          <w:rFonts w:ascii="Times New Roman" w:hAnsi="Times New Roman" w:eastAsia="Times New Roman" w:cs="Times New Roman"/>
          <w:sz w:val="24"/>
        </w:rPr>
        <w:t>[DATE POWER OF ATTORNEY BECOMES EFFECTIVE]</w:t>
      </w:r>
      <w:r>
        <w:rPr>
          <w:rFonts w:ascii="Times New Roman" w:hAnsi="Times New Roman" w:eastAsia="Times New Roman" w:cs="Times New Roman"/>
          <w:sz w:val="24"/>
        </w:rPr>
        <w:t>.</w:t>
      </w:r>
    </w:p>
    <w:p>
      <w:pPr/>
      <w:r>
        <w:rPr>
          <w:rFonts w:ascii="Times New Roman" w:hAnsi="Times New Roman" w:eastAsia="Times New Roman" w:cs="Times New Roman"/>
          <w:sz w:val="24"/>
        </w:rPr>
        <w:t>To indicate when this document shall become terminated, initial all of the following that apply (termination is effective at which of the following occurs first):</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On the following date </w:t>
      </w:r>
      <w:r>
        <w:rPr>
          <w:rFonts w:ascii="Times New Roman" w:hAnsi="Times New Roman" w:eastAsia="Times New Roman" w:cs="Times New Roman"/>
          <w:sz w:val="24"/>
        </w:rPr>
        <w:t>[DATE POWER OF ATTORNEY SHALL END]</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 When I have made a written revocation.</w:t>
      </w:r>
    </w:p>
    <w:p>
      <w:pPr/>
      <w:r>
        <w:rPr>
          <w:rFonts w:ascii="Times New Roman" w:hAnsi="Times New Roman" w:eastAsia="Times New Roman" w:cs="Times New Roman"/>
          <w:sz w:val="24"/>
        </w:rPr>
        <w:t>[INITIALS]</w:t>
      </w:r>
      <w:r>
        <w:rPr>
          <w:rFonts w:ascii="Times New Roman" w:hAnsi="Times New Roman" w:eastAsia="Times New Roman" w:cs="Times New Roman"/>
          <w:sz w:val="24"/>
        </w:rPr>
        <w:t>- When and if I become incapacitated and unable to make decisions as determined by a physician.</w:t>
      </w:r>
    </w:p>
    <w:p>
      <w:pPr/>
      <w:r>
        <w:rPr>
          <w:rFonts w:ascii="Times New Roman" w:hAnsi="Times New Roman" w:eastAsia="Times New Roman" w:cs="Times New Roman"/>
          <w:b/>
          <w:sz w:val="24"/>
        </w:rPr>
        <w:t xml:space="preserve">IV. </w:t>
      </w:r>
      <w:r>
        <w:rPr>
          <w:rFonts w:ascii="Times New Roman" w:hAnsi="Times New Roman" w:eastAsia="Times New Roman" w:cs="Times New Roman"/>
          <w:b/>
          <w:sz w:val="24"/>
        </w:rPr>
        <w:t>THIRD PARTY RELIANCE</w:t>
      </w:r>
    </w:p>
    <w:p>
      <w:pPr/>
      <w:r>
        <w:rPr>
          <w:rFonts w:ascii="Times New Roman" w:hAnsi="Times New Roman" w:eastAsia="Times New Roman" w:cs="Times New Roman"/>
          <w:sz w:val="24"/>
        </w:rPr>
        <w:t xml:space="preserve">Any party dealing with my attorney-in-fact hereunder may rely absolutely on the authority granted herein and need not look to the application of any proceeds nor the authority of my attorney-in-fact as to any action taken hereunder. In this regard, no person who may in good faith act in reliance upon the representations of my attorney-in-fact or the authority granted hereunder shall incur any liability to me or my estate as a result of such act. I hereby ratify and confirm whatever my attorney-in-fact shall lawfully do under this instrument. Any gift of property made by my attorney-in-fact in the proper exercise of the gift-making powers specifically granted in section I (9) herein shall be a full and complete delivery of title upon which third-party purchasers for value may rely. My attorney-in-fact is authorized as he or she deems necessary to bring an action in court so </w:t>
      </w:r>
      <w:r>
        <w:rPr>
          <w:rFonts w:ascii="Times New Roman" w:hAnsi="Times New Roman" w:eastAsia="Times New Roman" w:cs="Times New Roman"/>
          <w:sz w:val="24"/>
        </w:rPr>
        <w:t>that this instrument shall be given the full power and effect that I intend on by executing it.</w:t>
      </w:r>
    </w:p>
    <w:p>
      <w:pPr/>
      <w:r>
        <w:rPr>
          <w:rFonts w:ascii="Times New Roman" w:hAnsi="Times New Roman" w:eastAsia="Times New Roman" w:cs="Times New Roman"/>
          <w:sz w:val="24"/>
        </w:rPr>
        <w:tab/>
        <w:t xml:space="preserve">IN WITNESS WHEREOF, I have on </w:t>
      </w:r>
      <w:r>
        <w:rPr>
          <w:rFonts w:ascii="Times New Roman" w:hAnsi="Times New Roman" w:eastAsia="Times New Roman" w:cs="Times New Roman"/>
          <w:sz w:val="24"/>
        </w:rPr>
        <w:t>[DATE]</w:t>
      </w:r>
      <w:r>
        <w:rPr>
          <w:rFonts w:ascii="Times New Roman" w:hAnsi="Times New Roman" w:eastAsia="Times New Roman" w:cs="Times New Roman"/>
          <w:sz w:val="24"/>
        </w:rPr>
        <w:t>, executed this General Non-Durable Power of Attorney.</w:t>
      </w:r>
    </w:p>
    <w:p>
      <w:pPr/>
      <w:r>
        <w:rPr>
          <w:rFonts w:ascii="Times New Roman" w:hAnsi="Times New Roman" w:eastAsia="Times New Roman" w:cs="Times New Roman"/>
          <w:b/>
          <w:sz w:val="24"/>
        </w:rPr>
        <w:t>Principal’s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Principal’s Printed Name</w:t>
      </w:r>
    </w:p>
    <w:p>
      <w:pPr/>
      <w:r>
        <w:rPr>
          <w:rFonts w:ascii="Times New Roman" w:hAnsi="Times New Roman" w:eastAsia="Times New Roman" w:cs="Times New Roman"/>
          <w:sz w:val="24"/>
        </w:rPr>
        <w:t>__________________________</w:t>
      </w:r>
    </w:p>
    <w:p>
      <w:pPr/>
    </w:p>
    <w:p>
      <w:pPr/>
    </w:p>
    <w:p>
      <w:pPr/>
    </w:p>
    <w:p>
      <w:pPr/>
    </w:p>
    <w:p>
      <w:pPr/>
    </w:p>
    <w:p>
      <w:pPr/>
      <w:r>
        <w:rPr>
          <w:rFonts w:ascii="Times New Roman" w:hAnsi="Times New Roman" w:eastAsia="Times New Roman" w:cs="Times New Roman"/>
          <w:b/>
          <w:sz w:val="24"/>
        </w:rPr>
        <w:t>ACCEPTANCE OF APPOINTMENT</w:t>
      </w:r>
    </w:p>
    <w:p>
      <w:pPr/>
      <w:r>
        <w:rPr>
          <w:rFonts w:ascii="Times New Roman" w:hAnsi="Times New Roman" w:eastAsia="Times New Roman" w:cs="Times New Roman"/>
          <w:sz w:val="24"/>
        </w:rPr>
        <w:tab/>
        <w:t xml:space="preserve">I, </w:t>
      </w:r>
      <w:r>
        <w:rPr>
          <w:rFonts w:ascii="Times New Roman" w:hAnsi="Times New Roman" w:eastAsia="Times New Roman" w:cs="Times New Roman"/>
          <w:sz w:val="24"/>
        </w:rPr>
        <w:t>[NAME OF ATTORNEY-IN-FACT]</w:t>
      </w:r>
      <w:r>
        <w:rPr>
          <w:rFonts w:ascii="Times New Roman" w:hAnsi="Times New Roman" w:eastAsia="Times New Roman" w:cs="Times New Roman"/>
          <w:sz w:val="24"/>
        </w:rPr>
        <w:t>, the attorney-in-fact named above, hereby accept appointment as attorney-in-fact in accordance with the foregoing instrument.</w:t>
      </w:r>
    </w:p>
    <w:p>
      <w:pPr/>
      <w:r>
        <w:rPr>
          <w:rFonts w:ascii="Times New Roman" w:hAnsi="Times New Roman" w:eastAsia="Times New Roman" w:cs="Times New Roman"/>
          <w:b/>
          <w:sz w:val="24"/>
        </w:rPr>
        <w:t>Attorney-in-Fact’s Signature</w:t>
      </w:r>
    </w:p>
    <w:p>
      <w:pPr/>
      <w:r>
        <w:rPr>
          <w:rFonts w:ascii="Times New Roman" w:hAnsi="Times New Roman" w:eastAsia="Times New Roman" w:cs="Times New Roman"/>
          <w:sz w:val="24"/>
        </w:rPr>
        <w:t>__________________________</w:t>
      </w:r>
    </w:p>
    <w:p>
      <w:pPr/>
      <w:r>
        <w:rPr>
          <w:rFonts w:ascii="Times New Roman" w:hAnsi="Times New Roman" w:eastAsia="Times New Roman" w:cs="Times New Roman"/>
          <w:sz w:val="24"/>
        </w:rPr>
        <w:t>Attorney-in-Fact’s Printed Name</w:t>
      </w:r>
    </w:p>
    <w:p>
      <w:pPr/>
      <w:r>
        <w:rPr>
          <w:rFonts w:ascii="Times New Roman" w:hAnsi="Times New Roman" w:eastAsia="Times New Roman" w:cs="Times New Roman"/>
          <w:sz w:val="24"/>
        </w:rPr>
        <w:t>__________________________</w:t>
      </w:r>
    </w:p>
    <w:p>
      <w:pPr>
        <w:keepNext/>
      </w:pPr>
    </w:p>
    <w:p>
      <w:pPr>
        <w:keepNext/>
      </w:pPr>
      <w:r>
        <w:rPr>
          <w:rFonts w:ascii="Times New Roman" w:hAnsi="Times New Roman" w:eastAsia="Times New Roman" w:cs="Times New Roman"/>
          <w:b/>
          <w:sz w:val="24"/>
        </w:rPr>
        <w:t>ACKNOWLEDGMENT OF NOTARY PUBLIC</w:t>
      </w:r>
    </w:p>
    <w:p>
      <w:pPr>
        <w:keepNext/>
      </w:pPr>
      <w:r>
        <w:rPr>
          <w:rFonts w:ascii="Times New Roman" w:hAnsi="Times New Roman" w:eastAsia="Times New Roman" w:cs="Times New Roman"/>
          <w:sz w:val="24"/>
        </w:rPr>
        <w:t>STATE OF UTAH</w:t>
      </w:r>
    </w:p>
    <w:p>
      <w:pPr/>
      <w:r>
        <w:rPr>
          <w:rFonts w:ascii="Times New Roman" w:hAnsi="Times New Roman" w:eastAsia="Times New Roman" w:cs="Times New Roman"/>
          <w:sz w:val="24"/>
        </w:rPr>
        <w:t>[NAME OF COUNTY]</w:t>
      </w:r>
      <w:r>
        <w:rPr>
          <w:rFonts w:ascii="Times New Roman" w:hAnsi="Times New Roman" w:eastAsia="Times New Roman" w:cs="Times New Roman"/>
          <w:sz w:val="24"/>
        </w:rPr>
        <w:t xml:space="preserve"> County, ss. </w:t>
      </w:r>
    </w:p>
    <w:p>
      <w:pPr/>
      <w:r>
        <w:rPr>
          <w:rFonts w:ascii="Times New Roman" w:hAnsi="Times New Roman" w:eastAsia="Times New Roman" w:cs="Times New Roman"/>
          <w:sz w:val="24"/>
        </w:rPr>
        <w:tab/>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before me appeared </w:t>
      </w:r>
      <w:r>
        <w:rPr>
          <w:rFonts w:ascii="Times New Roman" w:hAnsi="Times New Roman" w:eastAsia="Times New Roman" w:cs="Times New Roman"/>
          <w:sz w:val="24"/>
        </w:rPr>
        <w:t>[NAME OF PRINCIPAL]</w:t>
      </w:r>
      <w:r>
        <w:rPr>
          <w:rFonts w:ascii="Times New Roman" w:hAnsi="Times New Roman" w:eastAsia="Times New Roman" w:cs="Times New Roman"/>
          <w:sz w:val="24"/>
        </w:rPr>
        <w:t>, as Principal of this Power of Attorney who proved to me through government issued photo identification to be the above-named person, in my presence executed foregoing instrument and acknowledged that he executed the same as his free act and deed.</w:t>
      </w:r>
    </w:p>
    <w:p>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br/>
      </w:r>
      <w:r>
        <w:rPr>
          <w:rFonts w:ascii="Times New Roman" w:hAnsi="Times New Roman" w:eastAsia="Times New Roman" w:cs="Times New Roman"/>
          <w:sz w:val="24"/>
        </w:rPr>
        <w:tab/>
        <w:tab/>
        <w:tab/>
        <w:tab/>
        <w:tab/>
        <w:tab/>
        <w:t>Notary Public</w:t>
        <w:tab/>
        <w:br/>
        <w:tab/>
        <w:tab/>
        <w:tab/>
        <w:tab/>
        <w:tab/>
        <w:tab/>
        <w:t>My commission expires:_________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