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Utah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Title 75 (Uniform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Utah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Utah</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