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 w:after="0"/>
      </w:pPr>
    </w:p>
    <w:p>
      <w:pPr>
        <w:spacing w:before="69" w:after="0"/>
      </w:pPr>
      <w:r>
        <w:rPr>
          <w:rFonts w:ascii="Times New Roman" w:hAnsi="Times New Roman" w:eastAsia="Times New Roman" w:cs="Times New Roman"/>
          <w:sz w:val="24"/>
        </w:rPr>
        <w:t>UTAH MOTOR VEHICLE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p>
    <w:p>
      <w:pPr/>
      <w:r>
        <w:rPr>
          <w:rFonts w:ascii="Times New Roman" w:hAnsi="Times New Roman" w:eastAsia="Times New Roman" w:cs="Times New Roman"/>
          <w:b/>
          <w:sz w:val="24"/>
        </w:rPr>
        <w:t>KNOW ALL MEN BY THESE PRESENTS</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PRINCIPAL]</w:t>
      </w:r>
    </w:p>
    <w:p>
      <w:pPr>
        <w:spacing w:before="32" w:after="0"/>
      </w:pPr>
    </w:p>
    <w:p>
      <w:pPr>
        <w:spacing w:before="11" w:after="0" w:line="252" w:lineRule="auto"/>
      </w:pPr>
      <w:r>
        <w:rPr>
          <w:rFonts w:ascii="Times New Roman" w:hAnsi="Times New Roman" w:eastAsia="Times New Roman" w:cs="Times New Roman"/>
          <w:sz w:val="24"/>
        </w:rPr>
        <w:t>gives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[NAME OF AGENT]</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designated</w:t>
      </w:r>
      <w:r>
        <w:rPr>
          <w:rFonts w:ascii="Times New Roman" w:hAnsi="Times New Roman" w:eastAsia="Times New Roman" w:cs="Times New Roman"/>
          <w:sz w:val="24"/>
        </w:rPr>
        <w:t xml:space="preserve"> </w:t>
      </w:r>
      <w:r>
        <w:rPr>
          <w:rFonts w:ascii="Times New Roman" w:hAnsi="Times New Roman" w:eastAsia="Times New Roman" w:cs="Times New Roman"/>
          <w:sz w:val="24"/>
        </w:rPr>
        <w:t>representative</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indefinite</w:t>
      </w:r>
      <w:r>
        <w:rPr>
          <w:rFonts w:ascii="Times New Roman" w:hAnsi="Times New Roman" w:eastAsia="Times New Roman" w:cs="Times New Roman"/>
          <w:sz w:val="24"/>
        </w:rPr>
        <w:t xml:space="preserve"> </w:t>
      </w:r>
      <w:r>
        <w:rPr>
          <w:rFonts w:ascii="Times New Roman" w:hAnsi="Times New Roman" w:eastAsia="Times New Roman" w:cs="Times New Roman"/>
          <w:sz w:val="24"/>
        </w:rPr>
        <w:t>period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time</w:t>
      </w:r>
      <w:r>
        <w:rPr>
          <w:rFonts w:ascii="Times New Roman" w:hAnsi="Times New Roman" w:eastAsia="Times New Roman" w:cs="Times New Roman"/>
          <w:sz w:val="24"/>
        </w:rPr>
        <w:t xml:space="preserve"> </w:t>
      </w:r>
      <w:r>
        <w:rPr>
          <w:rFonts w:ascii="Times New Roman" w:hAnsi="Times New Roman" w:eastAsia="Times New Roman" w:cs="Times New Roman"/>
          <w:sz w:val="24"/>
        </w:rPr>
        <w:t>and until canceled in writing, a indefinite period of time and until canceled in writing, a limited power of Attorney, to act on its /his. Her behalf, with regard to all matters pertaining to the registering,</w:t>
      </w:r>
      <w:r>
        <w:rPr>
          <w:rFonts w:ascii="Times New Roman" w:hAnsi="Times New Roman" w:eastAsia="Times New Roman" w:cs="Times New Roman"/>
          <w:sz w:val="24"/>
        </w:rPr>
        <w:t xml:space="preserve"> </w:t>
      </w:r>
      <w:r>
        <w:rPr>
          <w:rFonts w:ascii="Times New Roman" w:hAnsi="Times New Roman" w:eastAsia="Times New Roman" w:cs="Times New Roman"/>
          <w:sz w:val="24"/>
        </w:rPr>
        <w:t>licensing,</w:t>
      </w:r>
      <w:r>
        <w:rPr>
          <w:rFonts w:ascii="Times New Roman" w:hAnsi="Times New Roman" w:eastAsia="Times New Roman" w:cs="Times New Roman"/>
          <w:sz w:val="24"/>
        </w:rPr>
        <w:t xml:space="preserve"> </w:t>
      </w:r>
      <w:r>
        <w:rPr>
          <w:rFonts w:ascii="Times New Roman" w:hAnsi="Times New Roman" w:eastAsia="Times New Roman" w:cs="Times New Roman"/>
          <w:sz w:val="24"/>
        </w:rPr>
        <w:t>transfer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ownership,</w:t>
      </w:r>
      <w:r>
        <w:rPr>
          <w:rFonts w:ascii="Times New Roman" w:hAnsi="Times New Roman" w:eastAsia="Times New Roman" w:cs="Times New Roman"/>
          <w:sz w:val="24"/>
        </w:rPr>
        <w:t xml:space="preserve"> </w:t>
      </w:r>
      <w:r>
        <w:rPr>
          <w:rFonts w:ascii="Times New Roman" w:hAnsi="Times New Roman" w:eastAsia="Times New Roman" w:cs="Times New Roman"/>
          <w:sz w:val="24"/>
        </w:rPr>
        <w:t>an;/or</w:t>
      </w:r>
      <w:r>
        <w:rPr>
          <w:rFonts w:ascii="Times New Roman" w:hAnsi="Times New Roman" w:eastAsia="Times New Roman" w:cs="Times New Roman"/>
          <w:sz w:val="24"/>
        </w:rPr>
        <w:t xml:space="preserve"> </w:t>
      </w:r>
      <w:r>
        <w:rPr>
          <w:rFonts w:ascii="Times New Roman" w:hAnsi="Times New Roman" w:eastAsia="Times New Roman" w:cs="Times New Roman"/>
          <w:sz w:val="24"/>
        </w:rPr>
        <w:t>titling</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trailer,</w:t>
      </w:r>
      <w:r>
        <w:rPr>
          <w:rFonts w:ascii="Times New Roman" w:hAnsi="Times New Roman" w:eastAsia="Times New Roman" w:cs="Times New Roman"/>
          <w:sz w:val="24"/>
        </w:rPr>
        <w:t xml:space="preserve"> </w:t>
      </w:r>
      <w:r>
        <w:rPr>
          <w:rFonts w:ascii="Times New Roman" w:hAnsi="Times New Roman" w:eastAsia="Times New Roman" w:cs="Times New Roman"/>
          <w:sz w:val="24"/>
        </w:rPr>
        <w:t>semi-trailers,</w:t>
      </w:r>
      <w:r>
        <w:rPr>
          <w:rFonts w:ascii="Times New Roman" w:hAnsi="Times New Roman" w:eastAsia="Times New Roman" w:cs="Times New Roman"/>
          <w:sz w:val="24"/>
        </w:rPr>
        <w:t xml:space="preserve"> </w:t>
      </w:r>
      <w:r>
        <w:rPr>
          <w:rFonts w:ascii="Times New Roman" w:hAnsi="Times New Roman" w:eastAsia="Times New Roman" w:cs="Times New Roman"/>
          <w:sz w:val="24"/>
        </w:rPr>
        <w:t>motor</w:t>
      </w:r>
      <w:r>
        <w:rPr>
          <w:rFonts w:ascii="Times New Roman" w:hAnsi="Times New Roman" w:eastAsia="Times New Roman" w:cs="Times New Roman"/>
          <w:sz w:val="24"/>
        </w:rPr>
        <w:t xml:space="preserve"> </w:t>
      </w:r>
      <w:r>
        <w:rPr>
          <w:rFonts w:ascii="Times New Roman" w:hAnsi="Times New Roman" w:eastAsia="Times New Roman" w:cs="Times New Roman"/>
          <w:sz w:val="24"/>
        </w:rPr>
        <w:t>vehicles and/or power equipment in the State of Utah, including, but not limited to, the preparation of any and all including, but not limited to, the preparation of any and all necessary paperwork required by the State of Utah Division of Motor Vehicles. For this service, we agree to pay all mutually</w:t>
      </w:r>
      <w:r>
        <w:rPr>
          <w:rFonts w:ascii="Times New Roman" w:hAnsi="Times New Roman" w:eastAsia="Times New Roman" w:cs="Times New Roman"/>
          <w:sz w:val="24"/>
        </w:rPr>
        <w:t xml:space="preserve"> </w:t>
      </w:r>
      <w:r>
        <w:rPr>
          <w:rFonts w:ascii="Times New Roman" w:hAnsi="Times New Roman" w:eastAsia="Times New Roman" w:cs="Times New Roman"/>
          <w:sz w:val="24"/>
        </w:rPr>
        <w:t>agreed</w:t>
      </w:r>
      <w:r>
        <w:rPr>
          <w:rFonts w:ascii="Times New Roman" w:hAnsi="Times New Roman" w:eastAsia="Times New Roman" w:cs="Times New Roman"/>
          <w:sz w:val="24"/>
        </w:rPr>
        <w:t xml:space="preserve"> </w:t>
      </w:r>
      <w:r>
        <w:rPr>
          <w:rFonts w:ascii="Times New Roman" w:hAnsi="Times New Roman" w:eastAsia="Times New Roman" w:cs="Times New Roman"/>
          <w:sz w:val="24"/>
        </w:rPr>
        <w:t>up</w:t>
      </w:r>
      <w:r>
        <w:rPr>
          <w:rFonts w:ascii="Times New Roman" w:hAnsi="Times New Roman" w:eastAsia="Times New Roman" w:cs="Times New Roman"/>
          <w:sz w:val="24"/>
        </w:rPr>
        <w:t xml:space="preserve"> </w:t>
      </w:r>
      <w:r>
        <w:rPr>
          <w:rFonts w:ascii="Times New Roman" w:hAnsi="Times New Roman" w:eastAsia="Times New Roman" w:cs="Times New Roman"/>
          <w:sz w:val="24"/>
        </w:rPr>
        <w:t>fees.</w:t>
      </w:r>
    </w:p>
    <w:p>
      <w:pPr>
        <w:spacing w:before="9" w:after="0"/>
      </w:pPr>
    </w:p>
    <w:p>
      <w:pPr/>
      <w:r>
        <w:rPr>
          <w:rFonts w:ascii="Times New Roman" w:hAnsi="Times New Roman" w:eastAsia="Times New Roman" w:cs="Times New Roman"/>
          <w:sz w:val="24"/>
        </w:rPr>
        <w:t>SIGNED</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tab/>
      </w:r>
      <w:r>
        <w:rPr>
          <w:rFonts w:ascii="Times New Roman" w:hAnsi="Times New Roman" w:eastAsia="Times New Roman" w:cs="Times New Roman"/>
          <w:sz w:val="24"/>
        </w:rPr>
        <w:t xml:space="preserve"> </w:t>
        <w:tab/>
      </w:r>
    </w:p>
    <w:p>
      <w:pPr>
        <w:spacing w:before="5" w:after="0"/>
      </w:pPr>
      <w:r>
        <w:rPr>
          <w:rFonts w:ascii="Times New Roman" w:hAnsi="Times New Roman" w:eastAsia="Times New Roman" w:cs="Times New Roman"/>
          <w:sz w:val="24"/>
        </w:rPr>
        <w:t>(Duly Authorized Officer of Company or</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w:t>
      </w:r>
    </w:p>
    <w:p>
      <w:pPr/>
    </w:p>
    <w:p>
      <w:pPr>
        <w:spacing w:before="95" w:after="0" w:line="274" w:lineRule="exact"/>
        <w:ind w:firstLine="134"/>
      </w:pPr>
      <w:r>
        <w:rPr>
          <w:rFonts w:ascii="Times New Roman" w:hAnsi="Times New Roman" w:eastAsia="Times New Roman" w:cs="Times New Roman"/>
          <w:b/>
          <w:sz w:val="24"/>
        </w:rPr>
        <w:t>NOTE:</w:t>
        <w:tab/>
      </w:r>
      <w:r>
        <w:rPr>
          <w:rFonts w:ascii="Times New Roman" w:hAnsi="Times New Roman" w:eastAsia="Times New Roman" w:cs="Times New Roman"/>
          <w:b/>
          <w:sz w:val="24"/>
        </w:rPr>
        <w:t>If</w:t>
      </w:r>
      <w:r>
        <w:rPr>
          <w:rFonts w:ascii="Times New Roman" w:hAnsi="Times New Roman" w:eastAsia="Times New Roman" w:cs="Times New Roman"/>
          <w:b/>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individual’s</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of Birth:</w:t>
      </w:r>
      <w:r>
        <w:rPr>
          <w:rFonts w:ascii="Times New Roman" w:hAnsi="Times New Roman" w:eastAsia="Times New Roman" w:cs="Times New Roman"/>
          <w:sz w:val="24"/>
        </w:rPr>
        <w:t xml:space="preserve"> </w:t>
      </w:r>
      <w:r>
        <w:rPr>
          <w:rFonts w:ascii="Times New Roman" w:hAnsi="Times New Roman" w:eastAsia="Times New Roman" w:cs="Times New Roman"/>
          <w:sz w:val="24"/>
        </w:rPr>
        <w:t>[DATE OF BIRTH OF PRINCIPAL]</w:t>
      </w:r>
      <w:r>
        <w:rPr>
          <w:rFonts w:ascii="Times New Roman" w:hAnsi="Times New Roman" w:eastAsia="Times New Roman" w:cs="Times New Roman"/>
          <w:sz w:val="24"/>
        </w:rPr>
        <w:t xml:space="preserve"> and your Social</w:t>
      </w:r>
      <w:r>
        <w:rPr>
          <w:rFonts w:ascii="Times New Roman" w:hAnsi="Times New Roman" w:eastAsia="Times New Roman" w:cs="Times New Roman"/>
          <w:sz w:val="24"/>
        </w:rPr>
        <w:t xml:space="preserve"> </w:t>
      </w:r>
      <w:r>
        <w:rPr>
          <w:rFonts w:ascii="Times New Roman" w:hAnsi="Times New Roman" w:eastAsia="Times New Roman" w:cs="Times New Roman"/>
          <w:sz w:val="24"/>
        </w:rPr>
        <w:t>Security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Number: </w:t>
      </w:r>
      <w:r>
        <w:rPr>
          <w:rFonts w:ascii="Times New Roman" w:hAnsi="Times New Roman" w:eastAsia="Times New Roman" w:cs="Times New Roman"/>
          <w:sz w:val="24"/>
        </w:rPr>
        <w:t>[SOCIAL SECURITY NUMBER OF PRINCIPAL]</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b/>
          <w:sz w:val="24"/>
        </w:rPr>
        <w:t>or</w:t>
      </w:r>
    </w:p>
    <w:p>
      <w:pPr/>
    </w:p>
    <w:p>
      <w:pPr>
        <w:spacing w:before="5" w:after="0"/>
      </w:pPr>
    </w:p>
    <w:p>
      <w:pPr>
        <w:spacing w:line="252" w:lineRule="auto"/>
        <w:ind w:firstLine="1166"/>
      </w:pPr>
      <w:r>
        <w:rPr>
          <w:rFonts w:ascii="Times New Roman" w:hAnsi="Times New Roman" w:eastAsia="Times New Roman" w:cs="Times New Roman"/>
          <w:b/>
          <w:sz w:val="24"/>
        </w:rPr>
        <w:t>If</w:t>
      </w:r>
      <w:r>
        <w:rPr>
          <w:rFonts w:ascii="Times New Roman" w:hAnsi="Times New Roman" w:eastAsia="Times New Roman" w:cs="Times New Roman"/>
          <w:b/>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Federal ID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Number: </w:t>
      </w:r>
      <w:r>
        <w:rPr>
          <w:rFonts w:ascii="Times New Roman" w:hAnsi="Times New Roman" w:eastAsia="Times New Roman" w:cs="Times New Roman"/>
          <w:sz w:val="24"/>
        </w:rPr>
        <w:t>[FEDERAL ID NUMBER OF PRINCIPAL]</w:t>
      </w:r>
      <w:r>
        <w:rPr>
          <w:rFonts w:ascii="Times New Roman" w:hAnsi="Times New Roman" w:eastAsia="Times New Roman" w:cs="Times New Roman"/>
          <w:sz w:val="24"/>
        </w:rPr>
        <w:t>.</w:t>
      </w:r>
    </w:p>
    <w:p>
      <w:pPr>
        <w:spacing w:before="9" w:after="0"/>
      </w:pPr>
    </w:p>
    <w:p>
      <w:pPr/>
      <w:r>
        <w:rPr>
          <w:rFonts w:ascii="Times New Roman" w:hAnsi="Times New Roman" w:eastAsia="Times New Roman" w:cs="Times New Roman"/>
          <w:sz w:val="24"/>
        </w:rPr>
        <w:t xml:space="preserve">STATE </w:t>
      </w:r>
      <w:r>
        <w:rPr>
          <w:rFonts w:ascii="Times New Roman" w:hAnsi="Times New Roman" w:eastAsia="Times New Roman" w:cs="Times New Roman"/>
          <w:sz w:val="24"/>
        </w:rPr>
        <w:t xml:space="preserve">OF </w:t>
      </w:r>
      <w:r>
        <w:rPr>
          <w:rFonts w:ascii="Times New Roman" w:hAnsi="Times New Roman" w:eastAsia="Times New Roman" w:cs="Times New Roman"/>
          <w:sz w:val="24"/>
        </w:rPr>
        <w:t>UTAH</w:t>
      </w:r>
      <w:r>
        <w:rPr>
          <w:rFonts w:ascii="Times New Roman" w:hAnsi="Times New Roman" w:eastAsia="Times New Roman" w:cs="Times New Roman"/>
          <w:sz w:val="24"/>
        </w:rPr>
        <w:t xml:space="preserve"> </w:t>
      </w:r>
      <w:r>
        <w:rPr>
          <w:rFonts w:ascii="Times New Roman" w:hAnsi="Times New Roman" w:eastAsia="Times New Roman" w:cs="Times New Roman"/>
          <w:sz w:val="24"/>
        </w:rPr>
        <w:t>)</w:t>
      </w:r>
    </w:p>
    <w:p>
      <w:pPr>
        <w:spacing w:before="13"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of </w:t>
      </w:r>
      <w:r>
        <w:rPr>
          <w:rFonts w:ascii="Times New Roman" w:hAnsi="Times New Roman" w:eastAsia="Times New Roman" w:cs="Times New Roman"/>
          <w:sz w:val="24"/>
        </w:rPr>
        <w:t>[COUNTY NAME]</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ss.</w:t>
        <w:tab/>
        <w:t>Dated:</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before="10" w:after="0"/>
      </w:pPr>
    </w:p>
    <w:p>
      <w:pPr/>
      <w:r>
        <w:rPr>
          <w:rFonts w:ascii="Times New Roman" w:hAnsi="Times New Roman" w:eastAsia="Times New Roman" w:cs="Times New Roman"/>
          <w:sz w:val="24"/>
        </w:rPr>
        <w:t>Personally appeared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above-named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of</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 OF 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duly</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Authorized,</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acknowledged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foregoing</w:t>
      </w:r>
      <w:r>
        <w:rPr>
          <w:rFonts w:ascii="Times New Roman" w:hAnsi="Times New Roman" w:eastAsia="Times New Roman" w:cs="Times New Roman"/>
          <w:sz w:val="24"/>
        </w:rPr>
        <w:t xml:space="preserve"> </w:t>
      </w:r>
      <w:r>
        <w:rPr>
          <w:rFonts w:ascii="Times New Roman" w:hAnsi="Times New Roman" w:eastAsia="Times New Roman" w:cs="Times New Roman"/>
          <w:sz w:val="24"/>
        </w:rPr>
        <w:t>instrument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his/her</w:t>
      </w:r>
      <w:r>
        <w:rPr>
          <w:rFonts w:ascii="Times New Roman" w:hAnsi="Times New Roman" w:eastAsia="Times New Roman" w:cs="Times New Roman"/>
          <w:sz w:val="24"/>
        </w:rPr>
        <w:t xml:space="preserve"> </w:t>
      </w:r>
      <w:r>
        <w:rPr>
          <w:rFonts w:ascii="Times New Roman" w:hAnsi="Times New Roman" w:eastAsia="Times New Roman" w:cs="Times New Roman"/>
          <w:sz w:val="24"/>
        </w:rPr>
        <w:t>free</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 in</w:t>
      </w:r>
      <w:r>
        <w:rPr>
          <w:rFonts w:ascii="Times New Roman" w:hAnsi="Times New Roman" w:eastAsia="Times New Roman" w:cs="Times New Roman"/>
          <w:sz w:val="24"/>
        </w:rPr>
        <w:t xml:space="preserve"> </w:t>
      </w:r>
      <w:r>
        <w:rPr>
          <w:rFonts w:ascii="Times New Roman" w:hAnsi="Times New Roman" w:eastAsia="Times New Roman" w:cs="Times New Roman"/>
          <w:sz w:val="24"/>
        </w:rPr>
        <w:t>his/her</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capacity,</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free</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Company.</w:t>
      </w:r>
    </w:p>
    <w:p>
      <w:pPr>
        <w:spacing w:before="1" w:after="0"/>
      </w:pPr>
    </w:p>
    <w:p>
      <w:pPr/>
      <w:r>
        <w:rPr>
          <w:rFonts w:ascii="Times New Roman" w:hAnsi="Times New Roman" w:eastAsia="Times New Roman" w:cs="Times New Roman"/>
          <w:sz w:val="24"/>
        </w:rPr>
        <w:t>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p>
    <w:p>
      <w:pPr>
        <w:spacing w:before="7" w:after="0"/>
      </w:pPr>
      <w:r>
        <w:rPr>
          <w:rFonts w:ascii="Times New Roman" w:hAnsi="Times New Roman" w:eastAsia="Times New Roman" w:cs="Times New Roman"/>
          <w:sz w:val="24"/>
        </w:rPr>
        <w:tab/>
        <w:tab/>
        <w:tab/>
        <w:tab/>
        <w:tab/>
      </w:r>
      <w:r>
        <w:rPr>
          <w:rFonts w:ascii="Times New Roman" w:hAnsi="Times New Roman" w:eastAsia="Times New Roman" w:cs="Times New Roman"/>
          <w:sz w:val="24"/>
        </w:rPr>
        <w:t>________________________________________</w:t>
      </w:r>
    </w:p>
    <w:p>
      <w:pPr>
        <w:spacing w:line="20" w:lineRule="exact"/>
      </w:pPr>
    </w:p>
    <w:p>
      <w:pPr>
        <w:spacing w:line="272" w:lineRule="exact"/>
        <w:jc w:val="center"/>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spacing w:before="8" w:after="0" w:line="274" w:lineRule="exact"/>
      </w:pPr>
      <w:r>
        <w:rPr>
          <w:rFonts w:ascii="Times New Roman" w:hAnsi="Times New Roman" w:eastAsia="Times New Roman" w:cs="Times New Roman"/>
          <w:sz w:val="24"/>
        </w:rPr>
        <w:t>Print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Name: </w:t>
      </w:r>
      <w:r>
        <w:rPr>
          <w:rFonts w:ascii="Times New Roman" w:hAnsi="Times New Roman" w:eastAsia="Times New Roman" w:cs="Times New Roman"/>
          <w:sz w:val="24"/>
        </w:rPr>
        <w:t>[NOTARY NAME]</w:t>
      </w:r>
    </w:p>
    <w:p>
      <w:pPr>
        <w:spacing w:before="8" w:after="0" w:line="274"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w:t>
      </w:r>
      <w:r>
        <w:rPr>
          <w:rFonts w:ascii="Times New Roman" w:hAnsi="Times New Roman" w:eastAsia="Times New Roman" w:cs="Times New Roman"/>
          <w:sz w:val="24"/>
        </w:rPr>
        <w:t xml:space="preserve"> </w:t>
      </w:r>
      <w:r>
        <w:rPr>
          <w:rFonts w:ascii="Times New Roman" w:hAnsi="Times New Roman" w:eastAsia="Times New Roman" w:cs="Times New Roman"/>
          <w:sz w:val="24"/>
        </w:rPr>
        <w:t>[DATE COMMISSION EXPIRES]</w:t>
      </w:r>
      <w:r>
        <w:rPr>
          <w:rFonts w:ascii="Times New Roman" w:hAnsi="Times New Roman" w:eastAsia="Times New Roman" w:cs="Times New Roman"/>
          <w:sz w:val="24"/>
        </w:rPr>
        <w:t xml:space="preserve"> </w:t>
      </w:r>
    </w:p>
    <w:p>
      <w:pPr>
        <w:spacing w:before="5" w:after="0"/>
      </w:pPr>
    </w:p>
    <w:p>
      <w:pPr>
        <w:spacing w:before="84" w:after="0" w:line="252" w:lineRule="auto"/>
        <w:ind w:firstLine="244"/>
      </w:pP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LIMITED</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T</w:t>
      </w:r>
      <w:r>
        <w:rPr>
          <w:rFonts w:ascii="Times New Roman" w:hAnsi="Times New Roman" w:eastAsia="Times New Roman" w:cs="Times New Roman"/>
          <w:sz w:val="24"/>
        </w:rPr>
        <w:t xml:space="preserve"> </w:t>
      </w:r>
      <w:r>
        <w:rPr>
          <w:rFonts w:ascii="Times New Roman" w:hAnsi="Times New Roman" w:eastAsia="Times New Roman" w:cs="Times New Roman"/>
          <w:sz w:val="24"/>
        </w:rPr>
        <w:t>ONLY</w:t>
      </w:r>
      <w:r>
        <w:rPr>
          <w:rFonts w:ascii="Times New Roman" w:hAnsi="Times New Roman" w:eastAsia="Times New Roman" w:cs="Times New Roman"/>
          <w:sz w:val="24"/>
        </w:rPr>
        <w:t xml:space="preserve"> </w:t>
      </w:r>
      <w:r>
        <w:rPr>
          <w:rFonts w:ascii="Times New Roman" w:hAnsi="Times New Roman" w:eastAsia="Times New Roman" w:cs="Times New Roman"/>
          <w:sz w:val="24"/>
        </w:rPr>
        <w:t>GIVES</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AND/OR</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DESINATED REPRESENTATIVE, THE RGHT TO SIGN TS NAME WHERE YOUR NAME WOULD NORMALLY APPEAR ON REGISTRATIONS/LICENSES/TITLING/TRANSFERS OF OWNERSHIP,OR LILE DOCUMENTS. IT DOES NOT ALLOW AGENT, AND/OR ITS DESIGNATED REPRESENTATIVES, TO SELL, LEASE, TRADE, OR IN ANY OTHER WAY UTILIZE OR TITLE DOCUMENTS ON YOUR BEHALF, UNLESS THIS POWER OF ATORNEY IS ON</w:t>
      </w:r>
      <w:r>
        <w:rPr>
          <w:rFonts w:ascii="Times New Roman" w:hAnsi="Times New Roman" w:eastAsia="Times New Roman" w:cs="Times New Roman"/>
          <w:sz w:val="24"/>
        </w:rPr>
        <w:t xml:space="preserve"> </w:t>
      </w:r>
      <w:r>
        <w:rPr>
          <w:rFonts w:ascii="Times New Roman" w:hAnsi="Times New Roman" w:eastAsia="Times New Roman" w:cs="Times New Roman"/>
          <w:sz w:val="24"/>
        </w:rPr>
        <w:t>FILE.</w:t>
      </w:r>
    </w:p>
    <w:p>
      <w:pPr/>
    </w:p>
    <w:p>
      <w:pPr/>
    </w:p>
    <w:p>
      <w:pPr/>
    </w:p>
    <w:p>
      <w:pPr/>
    </w:p>
    <w:p>
      <w:pPr/>
    </w:p>
    <w:p>
      <w:pPr/>
    </w:p>
    <w:p>
      <w:pPr/>
    </w:p>
    <w:p>
      <w:pPr/>
    </w:p>
    <w:p>
      <w:pPr/>
    </w:p>
    <w:p>
      <w:pPr/>
    </w:p>
    <w:p>
      <w:pPr/>
    </w:p>
    <w:p>
      <w:pPr/>
    </w:p>
    <w:p>
      <w:pPr/>
    </w:p>
    <w:p>
      <w:pPr>
        <w:spacing w:before="7" w:after="0"/>
      </w:pPr>
    </w:p>
    <w:p>
      <w:pPr>
        <w:spacing w:before="74" w:after="0" w:line="274" w:lineRule="exact"/>
        <w:ind w:hanging="3485"/>
      </w:pPr>
      <w:r>
        <w:rPr>
          <w:rFonts w:ascii="Times New Roman" w:hAnsi="Times New Roman" w:eastAsia="Times New Roman" w:cs="Times New Roman"/>
          <w:sz w:val="24"/>
        </w:rPr>
        <w:t>Described</w:t>
      </w:r>
      <w:r>
        <w:rPr>
          <w:rFonts w:ascii="Times New Roman" w:hAnsi="Times New Roman" w:eastAsia="Times New Roman" w:cs="Times New Roman"/>
          <w:sz w:val="24"/>
        </w:rPr>
        <w:t xml:space="preserve"> </w:t>
      </w:r>
      <w:r>
        <w:rPr>
          <w:rFonts w:ascii="Times New Roman" w:hAnsi="Times New Roman" w:eastAsia="Times New Roman" w:cs="Times New Roman"/>
          <w:sz w:val="24"/>
        </w:rPr>
        <w:t>below</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w:t>
      </w:r>
    </w:p>
    <w:p>
      <w:pPr/>
    </w:p>
    <w:p>
      <w:pPr>
        <w:spacing w:before="7" w:after="0"/>
      </w:pPr>
    </w:p>
    <w:p>
      <w:pPr>
        <w:spacing w:before="78" w:after="0" w:line="247" w:lineRule="auto"/>
        <w:ind w:firstLine="307"/>
      </w:pPr>
      <w:r>
        <w:rPr>
          <w:rFonts w:ascii="Times New Roman" w:hAnsi="Times New Roman" w:eastAsia="Times New Roman" w:cs="Times New Roman"/>
          <w:sz w:val="24"/>
        </w:rPr>
        <w:t xml:space="preserve">I have inspected the vehicle described above and have </w:t>
      </w:r>
      <w:r>
        <w:rPr>
          <w:rFonts w:ascii="Times New Roman" w:hAnsi="Times New Roman" w:eastAsia="Times New Roman" w:cs="Times New Roman"/>
          <w:b/>
          <w:sz w:val="24"/>
        </w:rPr>
        <w:t xml:space="preserve">not </w:t>
      </w:r>
      <w:r>
        <w:rPr>
          <w:rFonts w:ascii="Times New Roman" w:hAnsi="Times New Roman" w:eastAsia="Times New Roman" w:cs="Times New Roman"/>
          <w:sz w:val="24"/>
        </w:rPr>
        <w:t>found any safety or equipment</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requirements</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would</w:t>
      </w:r>
      <w:r>
        <w:rPr>
          <w:rFonts w:ascii="Times New Roman" w:hAnsi="Times New Roman" w:eastAsia="Times New Roman" w:cs="Times New Roman"/>
          <w:sz w:val="24"/>
        </w:rPr>
        <w:t xml:space="preserve"> </w:t>
      </w:r>
      <w:r>
        <w:rPr>
          <w:rFonts w:ascii="Times New Roman" w:hAnsi="Times New Roman" w:eastAsia="Times New Roman" w:cs="Times New Roman"/>
          <w:sz w:val="24"/>
        </w:rPr>
        <w:t>reject</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vehicle</w:t>
      </w:r>
      <w:r>
        <w:rPr>
          <w:rFonts w:ascii="Times New Roman" w:hAnsi="Times New Roman" w:eastAsia="Times New Roman" w:cs="Times New Roman"/>
          <w:sz w:val="24"/>
        </w:rPr>
        <w:t xml:space="preserve"> </w:t>
      </w:r>
      <w:r>
        <w:rPr>
          <w:rFonts w:ascii="Times New Roman" w:hAnsi="Times New Roman" w:eastAsia="Times New Roman" w:cs="Times New Roman"/>
          <w:sz w:val="24"/>
        </w:rPr>
        <w:t>from</w:t>
      </w:r>
      <w:r>
        <w:rPr>
          <w:rFonts w:ascii="Times New Roman" w:hAnsi="Times New Roman" w:eastAsia="Times New Roman" w:cs="Times New Roman"/>
          <w:sz w:val="24"/>
        </w:rPr>
        <w:t xml:space="preserve"> </w:t>
      </w:r>
      <w:r>
        <w:rPr>
          <w:rFonts w:ascii="Times New Roman" w:hAnsi="Times New Roman" w:eastAsia="Times New Roman" w:cs="Times New Roman"/>
          <w:sz w:val="24"/>
        </w:rPr>
        <w:t>being</w:t>
      </w:r>
      <w:r>
        <w:rPr>
          <w:rFonts w:ascii="Times New Roman" w:hAnsi="Times New Roman" w:eastAsia="Times New Roman" w:cs="Times New Roman"/>
          <w:sz w:val="24"/>
        </w:rPr>
        <w:t xml:space="preserve"> </w:t>
      </w:r>
      <w:r>
        <w:rPr>
          <w:rFonts w:ascii="Times New Roman" w:hAnsi="Times New Roman" w:eastAsia="Times New Roman" w:cs="Times New Roman"/>
          <w:sz w:val="24"/>
        </w:rPr>
        <w:t>considered</w:t>
      </w:r>
      <w:r>
        <w:rPr>
          <w:rFonts w:ascii="Times New Roman" w:hAnsi="Times New Roman" w:eastAsia="Times New Roman" w:cs="Times New Roman"/>
          <w:sz w:val="24"/>
        </w:rPr>
        <w:t xml:space="preserve"> </w:t>
      </w:r>
      <w:r>
        <w:rPr>
          <w:rFonts w:ascii="Times New Roman" w:hAnsi="Times New Roman" w:eastAsia="Times New Roman" w:cs="Times New Roman"/>
          <w:sz w:val="24"/>
        </w:rPr>
        <w:t>roadworthy. The following items have been inspected. Please list all other inspected items under OTHER.</w:t>
      </w:r>
    </w:p>
    <w:p>
      <w:pPr>
        <w:spacing w:before="1" w:after="0"/>
      </w:pPr>
    </w:p>
    <w:p>
      <w:pPr>
        <w:jc w:val="both"/>
      </w:pPr>
      <w:r>
        <w:rPr>
          <w:rFonts w:ascii="Times New Roman" w:hAnsi="Times New Roman" w:eastAsia="Times New Roman" w:cs="Times New Roman"/>
          <w:sz w:val="24"/>
        </w:rPr>
        <w:t>Brakes</w:t>
        <w:tab/>
      </w:r>
      <w:r>
        <w:rPr>
          <w:rFonts w:ascii="Times New Roman" w:hAnsi="Times New Roman" w:eastAsia="Times New Roman" w:cs="Times New Roman"/>
          <w:sz w:val="24"/>
        </w:rPr>
        <w:t>Headlights (incl. aim</w:t>
      </w:r>
      <w:r>
        <w:rPr>
          <w:rFonts w:ascii="Times New Roman" w:hAnsi="Times New Roman" w:eastAsia="Times New Roman" w:cs="Times New Roman"/>
          <w:sz w:val="24"/>
        </w:rPr>
        <w:t xml:space="preserve"> </w:t>
      </w:r>
      <w:r>
        <w:rPr>
          <w:rFonts w:ascii="Times New Roman" w:hAnsi="Times New Roman" w:eastAsia="Times New Roman" w:cs="Times New Roman"/>
          <w:sz w:val="24"/>
        </w:rPr>
        <w:t>specifications)</w:t>
      </w:r>
    </w:p>
    <w:p>
      <w:pPr>
        <w:spacing w:before="12" w:after="0"/>
        <w:jc w:val="both"/>
      </w:pPr>
      <w:r>
        <w:rPr>
          <w:rFonts w:ascii="Times New Roman" w:hAnsi="Times New Roman" w:eastAsia="Times New Roman" w:cs="Times New Roman"/>
          <w:sz w:val="24"/>
        </w:rPr>
        <w:t>Windshield</w:t>
        <w:tab/>
      </w:r>
      <w:r>
        <w:rPr>
          <w:rFonts w:ascii="Times New Roman" w:hAnsi="Times New Roman" w:eastAsia="Times New Roman" w:cs="Times New Roman"/>
          <w:sz w:val="24"/>
        </w:rPr>
        <w:t>Taillights</w:t>
      </w:r>
    </w:p>
    <w:p>
      <w:pPr>
        <w:spacing w:before="12" w:after="0"/>
        <w:jc w:val="both"/>
      </w:pPr>
      <w:r>
        <w:rPr>
          <w:rFonts w:ascii="Times New Roman" w:hAnsi="Times New Roman" w:eastAsia="Times New Roman" w:cs="Times New Roman"/>
          <w:sz w:val="24"/>
        </w:rPr>
        <w:t>Horn</w:t>
        <w:tab/>
      </w:r>
      <w:r>
        <w:rPr>
          <w:rFonts w:ascii="Times New Roman" w:hAnsi="Times New Roman" w:eastAsia="Times New Roman" w:cs="Times New Roman"/>
          <w:sz w:val="24"/>
        </w:rPr>
        <w:t>Registrations Plates and Rear Plate</w:t>
      </w:r>
      <w:r>
        <w:rPr>
          <w:rFonts w:ascii="Times New Roman" w:hAnsi="Times New Roman" w:eastAsia="Times New Roman" w:cs="Times New Roman"/>
          <w:sz w:val="24"/>
        </w:rPr>
        <w:t xml:space="preserve"> </w:t>
      </w:r>
      <w:r>
        <w:rPr>
          <w:rFonts w:ascii="Times New Roman" w:hAnsi="Times New Roman" w:eastAsia="Times New Roman" w:cs="Times New Roman"/>
          <w:sz w:val="24"/>
        </w:rPr>
        <w:t>Lighting</w:t>
      </w:r>
    </w:p>
    <w:p>
      <w:pPr>
        <w:spacing w:before="12" w:after="0"/>
        <w:jc w:val="both"/>
      </w:pPr>
      <w:r>
        <w:rPr>
          <w:rFonts w:ascii="Times New Roman" w:hAnsi="Times New Roman" w:eastAsia="Times New Roman" w:cs="Times New Roman"/>
          <w:sz w:val="24"/>
        </w:rPr>
        <w:t>Rearview</w:t>
      </w:r>
      <w:r>
        <w:rPr>
          <w:rFonts w:ascii="Times New Roman" w:hAnsi="Times New Roman" w:eastAsia="Times New Roman" w:cs="Times New Roman"/>
          <w:sz w:val="24"/>
        </w:rPr>
        <w:t xml:space="preserve"> </w:t>
      </w:r>
      <w:r>
        <w:rPr>
          <w:rFonts w:ascii="Times New Roman" w:hAnsi="Times New Roman" w:eastAsia="Times New Roman" w:cs="Times New Roman"/>
          <w:sz w:val="24"/>
        </w:rPr>
        <w:t>Mirror</w:t>
        <w:tab/>
        <w:t>Directional</w:t>
      </w:r>
      <w:r>
        <w:rPr>
          <w:rFonts w:ascii="Times New Roman" w:hAnsi="Times New Roman" w:eastAsia="Times New Roman" w:cs="Times New Roman"/>
          <w:sz w:val="24"/>
        </w:rPr>
        <w:t xml:space="preserve"> </w:t>
      </w:r>
      <w:r>
        <w:rPr>
          <w:rFonts w:ascii="Times New Roman" w:hAnsi="Times New Roman" w:eastAsia="Times New Roman" w:cs="Times New Roman"/>
          <w:sz w:val="24"/>
        </w:rPr>
        <w:t>Lights</w:t>
      </w:r>
    </w:p>
    <w:p>
      <w:pPr>
        <w:spacing w:before="12" w:after="0"/>
        <w:jc w:val="both"/>
      </w:pPr>
      <w:r>
        <w:rPr>
          <w:rFonts w:ascii="Times New Roman" w:hAnsi="Times New Roman" w:eastAsia="Times New Roman" w:cs="Times New Roman"/>
          <w:sz w:val="24"/>
        </w:rPr>
        <w:t>Window</w:t>
      </w:r>
      <w:r>
        <w:rPr>
          <w:rFonts w:ascii="Times New Roman" w:hAnsi="Times New Roman" w:eastAsia="Times New Roman" w:cs="Times New Roman"/>
          <w:sz w:val="24"/>
        </w:rPr>
        <w:t xml:space="preserve"> </w:t>
      </w:r>
      <w:r>
        <w:rPr>
          <w:rFonts w:ascii="Times New Roman" w:hAnsi="Times New Roman" w:eastAsia="Times New Roman" w:cs="Times New Roman"/>
          <w:sz w:val="24"/>
        </w:rPr>
        <w:t>Glass</w:t>
        <w:tab/>
        <w:t>Rear</w:t>
      </w:r>
      <w:r>
        <w:rPr>
          <w:rFonts w:ascii="Times New Roman" w:hAnsi="Times New Roman" w:eastAsia="Times New Roman" w:cs="Times New Roman"/>
          <w:sz w:val="24"/>
        </w:rPr>
        <w:t xml:space="preserve"> </w:t>
      </w:r>
      <w:r>
        <w:rPr>
          <w:rFonts w:ascii="Times New Roman" w:hAnsi="Times New Roman" w:eastAsia="Times New Roman" w:cs="Times New Roman"/>
          <w:sz w:val="24"/>
        </w:rPr>
        <w:t>Reflector</w:t>
      </w:r>
    </w:p>
    <w:p>
      <w:pPr>
        <w:spacing w:before="12" w:after="0" w:line="252" w:lineRule="auto"/>
      </w:pPr>
      <w:r>
        <w:rPr>
          <w:rFonts w:ascii="Times New Roman" w:hAnsi="Times New Roman" w:eastAsia="Times New Roman" w:cs="Times New Roman"/>
          <w:sz w:val="24"/>
        </w:rPr>
        <w:t>Seat</w:t>
      </w:r>
      <w:r>
        <w:rPr>
          <w:rFonts w:ascii="Times New Roman" w:hAnsi="Times New Roman" w:eastAsia="Times New Roman" w:cs="Times New Roman"/>
          <w:sz w:val="24"/>
        </w:rPr>
        <w:t xml:space="preserve"> </w:t>
      </w:r>
      <w:r>
        <w:rPr>
          <w:rFonts w:ascii="Times New Roman" w:hAnsi="Times New Roman" w:eastAsia="Times New Roman" w:cs="Times New Roman"/>
          <w:sz w:val="24"/>
        </w:rPr>
        <w:t>Belts</w:t>
        <w:tab/>
        <w:t>Body Elements and Sheet</w:t>
      </w:r>
      <w:r>
        <w:rPr>
          <w:rFonts w:ascii="Times New Roman" w:hAnsi="Times New Roman" w:eastAsia="Times New Roman" w:cs="Times New Roman"/>
          <w:sz w:val="24"/>
        </w:rPr>
        <w:t xml:space="preserve"> </w:t>
      </w:r>
      <w:r>
        <w:rPr>
          <w:rFonts w:ascii="Times New Roman" w:hAnsi="Times New Roman" w:eastAsia="Times New Roman" w:cs="Times New Roman"/>
          <w:sz w:val="24"/>
        </w:rPr>
        <w:t>Metal</w:t>
      </w:r>
      <w:r>
        <w:rPr>
          <w:rFonts w:ascii="Times New Roman" w:hAnsi="Times New Roman" w:eastAsia="Times New Roman" w:cs="Times New Roman"/>
          <w:sz w:val="24"/>
        </w:rPr>
        <w:t xml:space="preserve"> </w:t>
      </w:r>
      <w:r>
        <w:rPr>
          <w:rFonts w:ascii="Times New Roman" w:hAnsi="Times New Roman" w:eastAsia="Times New Roman" w:cs="Times New Roman"/>
          <w:sz w:val="24"/>
        </w:rPr>
        <w:t>Hazards</w:t>
      </w:r>
      <w:r>
        <w:rPr>
          <w:rFonts w:ascii="Times New Roman" w:hAnsi="Times New Roman" w:eastAsia="Times New Roman" w:cs="Times New Roman"/>
          <w:sz w:val="24"/>
        </w:rPr>
        <w:t xml:space="preserve"> </w:t>
      </w:r>
      <w:r>
        <w:rPr>
          <w:rFonts w:ascii="Times New Roman" w:hAnsi="Times New Roman" w:eastAsia="Times New Roman" w:cs="Times New Roman"/>
          <w:sz w:val="24"/>
        </w:rPr>
        <w:t>Steering</w:t>
      </w:r>
      <w:r>
        <w:rPr>
          <w:rFonts w:ascii="Times New Roman" w:hAnsi="Times New Roman" w:eastAsia="Times New Roman" w:cs="Times New Roman"/>
          <w:sz w:val="24"/>
        </w:rPr>
        <w:t xml:space="preserve"> </w:t>
      </w:r>
      <w:r>
        <w:rPr>
          <w:rFonts w:ascii="Times New Roman" w:hAnsi="Times New Roman" w:eastAsia="Times New Roman" w:cs="Times New Roman"/>
          <w:sz w:val="24"/>
        </w:rPr>
        <w:t>Mechanism</w:t>
        <w:tab/>
        <w:t>Splash</w:t>
      </w:r>
      <w:r>
        <w:rPr>
          <w:rFonts w:ascii="Times New Roman" w:hAnsi="Times New Roman" w:eastAsia="Times New Roman" w:cs="Times New Roman"/>
          <w:sz w:val="24"/>
        </w:rPr>
        <w:t xml:space="preserve"> </w:t>
      </w:r>
      <w:r>
        <w:rPr>
          <w:rFonts w:ascii="Times New Roman" w:hAnsi="Times New Roman" w:eastAsia="Times New Roman" w:cs="Times New Roman"/>
          <w:sz w:val="24"/>
        </w:rPr>
        <w:t>Guards</w:t>
      </w:r>
    </w:p>
    <w:p>
      <w:pPr>
        <w:spacing w:before="1" w:after="0" w:line="247" w:lineRule="auto"/>
        <w:jc w:val="both"/>
      </w:pPr>
      <w:r>
        <w:rPr>
          <w:rFonts w:ascii="Times New Roman" w:hAnsi="Times New Roman" w:eastAsia="Times New Roman" w:cs="Times New Roman"/>
          <w:sz w:val="24"/>
        </w:rPr>
        <w:t>Suspension System Catalytic Converter (1983 and subsequent models) Wheels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Axles</w:t>
        <w:tab/>
        <w:t>Fuel Pipe Restrictor (1983 and</w:t>
      </w:r>
      <w:r>
        <w:rPr>
          <w:rFonts w:ascii="Times New Roman" w:hAnsi="Times New Roman" w:eastAsia="Times New Roman" w:cs="Times New Roman"/>
          <w:sz w:val="24"/>
        </w:rPr>
        <w:t xml:space="preserve"> </w:t>
      </w:r>
      <w:r>
        <w:rPr>
          <w:rFonts w:ascii="Times New Roman" w:hAnsi="Times New Roman" w:eastAsia="Times New Roman" w:cs="Times New Roman"/>
          <w:sz w:val="24"/>
        </w:rPr>
        <w:t>subsequent</w:t>
      </w:r>
      <w:r>
        <w:rPr>
          <w:rFonts w:ascii="Times New Roman" w:hAnsi="Times New Roman" w:eastAsia="Times New Roman" w:cs="Times New Roman"/>
          <w:sz w:val="24"/>
        </w:rPr>
        <w:t xml:space="preserve"> </w:t>
      </w:r>
      <w:r>
        <w:rPr>
          <w:rFonts w:ascii="Times New Roman" w:hAnsi="Times New Roman" w:eastAsia="Times New Roman" w:cs="Times New Roman"/>
          <w:sz w:val="24"/>
        </w:rPr>
        <w:t>models)</w:t>
      </w:r>
      <w:r>
        <w:rPr>
          <w:rFonts w:ascii="Times New Roman" w:hAnsi="Times New Roman" w:eastAsia="Times New Roman" w:cs="Times New Roman"/>
          <w:sz w:val="24"/>
        </w:rPr>
        <w:t xml:space="preserve"> </w:t>
      </w:r>
      <w:r>
        <w:rPr>
          <w:rFonts w:ascii="Times New Roman" w:hAnsi="Times New Roman" w:eastAsia="Times New Roman" w:cs="Times New Roman"/>
          <w:sz w:val="24"/>
        </w:rPr>
        <w:t>Frame</w:t>
        <w:tab/>
      </w:r>
      <w:r>
        <w:rPr>
          <w:rFonts w:ascii="Times New Roman" w:hAnsi="Times New Roman" w:eastAsia="Times New Roman" w:cs="Times New Roman"/>
          <w:sz w:val="24"/>
        </w:rPr>
        <w:t xml:space="preserve">Gas Cap Pressure </w:t>
      </w: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applicable)</w:t>
      </w:r>
    </w:p>
    <w:p>
      <w:pPr>
        <w:spacing w:before="3" w:after="0"/>
        <w:jc w:val="both"/>
      </w:pPr>
      <w:r>
        <w:rPr>
          <w:rFonts w:ascii="Times New Roman" w:hAnsi="Times New Roman" w:eastAsia="Times New Roman" w:cs="Times New Roman"/>
          <w:sz w:val="24"/>
        </w:rPr>
        <w:t>Exhaust</w:t>
      </w:r>
      <w:r>
        <w:rPr>
          <w:rFonts w:ascii="Times New Roman" w:hAnsi="Times New Roman" w:eastAsia="Times New Roman" w:cs="Times New Roman"/>
          <w:sz w:val="24"/>
        </w:rPr>
        <w:t xml:space="preserve"> </w:t>
      </w:r>
      <w:r>
        <w:rPr>
          <w:rFonts w:ascii="Times New Roman" w:hAnsi="Times New Roman" w:eastAsia="Times New Roman" w:cs="Times New Roman"/>
          <w:sz w:val="24"/>
        </w:rPr>
        <w:t>System</w:t>
        <w:tab/>
        <w:t>On-Board Diagnostic (if</w:t>
      </w:r>
      <w:r>
        <w:rPr>
          <w:rFonts w:ascii="Times New Roman" w:hAnsi="Times New Roman" w:eastAsia="Times New Roman" w:cs="Times New Roman"/>
          <w:sz w:val="24"/>
        </w:rPr>
        <w:t xml:space="preserve"> </w:t>
      </w:r>
      <w:r>
        <w:rPr>
          <w:rFonts w:ascii="Times New Roman" w:hAnsi="Times New Roman" w:eastAsia="Times New Roman" w:cs="Times New Roman"/>
          <w:sz w:val="24"/>
        </w:rPr>
        <w:t>applicable)</w:t>
      </w:r>
    </w:p>
    <w:p>
      <w:pPr>
        <w:spacing w:before="12" w:after="0"/>
        <w:jc w:val="both"/>
      </w:pPr>
      <w:r>
        <w:rPr>
          <w:rFonts w:ascii="Times New Roman" w:hAnsi="Times New Roman" w:eastAsia="Times New Roman" w:cs="Times New Roman"/>
          <w:sz w:val="24"/>
        </w:rPr>
        <w:t>Tires</w:t>
        <w:tab/>
      </w:r>
      <w:r>
        <w:rPr>
          <w:rFonts w:ascii="Times New Roman" w:hAnsi="Times New Roman" w:eastAsia="Times New Roman" w:cs="Times New Roman"/>
          <w:sz w:val="24"/>
        </w:rPr>
        <w:t>OTHER:</w:t>
      </w:r>
      <w:r>
        <w:rPr>
          <w:rFonts w:ascii="Times New Roman" w:hAnsi="Times New Roman" w:eastAsia="Times New Roman" w:cs="Times New Roman"/>
          <w:sz w:val="24"/>
        </w:rPr>
        <w:t xml:space="preserve"> </w:t>
      </w:r>
      <w:r>
        <w:rPr>
          <w:rFonts w:ascii="Times New Roman" w:hAnsi="Times New Roman" w:eastAsia="Times New Roman" w:cs="Times New Roman"/>
          <w:sz w:val="24"/>
        </w:rPr>
        <w:t>[OTHER VEHICLE ATTRIBUTE IF ANY]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