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UTAH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3a Utah Revised Uniform Limited Liability Company Act (State Law) of the State of Utah (the "Act"). The Members agree to file with the appropriate agency within the State of Utah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Utah.</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Utah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Utah,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Utah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