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UTAH</w:t>
      </w:r>
    </w:p>
    <w:p>
      <w:pPr>
        <w:jc w:val="center"/>
      </w:pPr>
      <w:r>
        <w:rPr>
          <w:rFonts w:ascii="Times New Roman" w:hAnsi="Times New Roman" w:eastAsia="Times New Roman" w:cs="Times New Roman"/>
          <w:b/>
          <w:sz w:val="24"/>
        </w:rPr>
        <w:t>SECURITY DEPOSIT DEMAND LETTER</w:t>
      </w:r>
    </w:p>
    <w:p>
      <w:pPr>
        <w:jc w:val="center"/>
      </w:pPr>
    </w:p>
    <w:p>
      <w:pPr/>
    </w:p>
    <w:p>
      <w:pPr/>
    </w:p>
    <w:p>
      <w:pPr/>
    </w:p>
    <w:p>
      <w:pPr/>
      <w:r>
        <w:rPr>
          <w:rFonts w:ascii="Times New Roman" w:hAnsi="Times New Roman" w:eastAsia="Times New Roman" w:cs="Times New Roman"/>
          <w:sz w:val="24"/>
        </w:rPr>
        <w:t>[NAME OF SENDER]</w:t>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[CITY, STATE]</w:t>
      </w:r>
    </w:p>
    <w:p>
      <w:pPr/>
      <w:r>
        <w:rPr>
          <w:rFonts w:ascii="Times New Roman" w:hAnsi="Times New Roman" w:eastAsia="Times New Roman" w:cs="Times New Roman"/>
          <w:sz w:val="24"/>
        </w:rPr>
        <w:t>[ZIPCODE]</w:t>
      </w:r>
    </w:p>
    <w:p>
      <w:pPr/>
    </w:p>
    <w:p>
      <w:pPr/>
      <w:r>
        <w:rPr>
          <w:rFonts w:ascii="Times New Roman" w:hAnsi="Times New Roman" w:eastAsia="Times New Roman" w:cs="Times New Roman"/>
          <w:sz w:val="24"/>
        </w:rPr>
        <w:t>[DATE]</w:t>
      </w:r>
    </w:p>
    <w:p>
      <w:pPr/>
    </w:p>
    <w:p>
      <w:pPr/>
      <w:r>
        <w:rPr>
          <w:rFonts w:ascii="Times New Roman" w:hAnsi="Times New Roman" w:eastAsia="Times New Roman" w:cs="Times New Roman"/>
          <w:sz w:val="24"/>
        </w:rPr>
        <w:t>[NAME OF RECIPIENT]</w:t>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[CITY, STATE]</w:t>
      </w:r>
    </w:p>
    <w:p>
      <w:pPr/>
      <w:r>
        <w:rPr>
          <w:rFonts w:ascii="Times New Roman" w:hAnsi="Times New Roman" w:eastAsia="Times New Roman" w:cs="Times New Roman"/>
          <w:sz w:val="24"/>
        </w:rPr>
        <w:t>[ZIPCODE]</w:t>
      </w:r>
    </w:p>
    <w:p>
      <w:pPr/>
    </w:p>
    <w:p>
      <w:pPr/>
    </w:p>
    <w:p>
      <w:pPr/>
      <w:r>
        <w:rPr>
          <w:rFonts w:ascii="Times New Roman" w:hAnsi="Times New Roman" w:eastAsia="Times New Roman" w:cs="Times New Roman"/>
          <w:sz w:val="24"/>
        </w:rPr>
        <w:t xml:space="preserve">NOTICE IS HEREBY GIVEN THAT WITHIN FIVE (5) CALENDAR DAYS pursuant to Utah Code Sections 57-17-3 et seq., the owner or the owner's agent must provide the tenant, at the address below, a refund of the balance of any security deposit, the balance of any prepaid rent, and a notice of any deductions from the security deposit or prepaid rent as allowed by law.     </w:t>
      </w:r>
    </w:p>
    <w:p>
      <w:pPr/>
    </w:p>
    <w:p>
      <w:pPr/>
      <w:r>
        <w:rPr>
          <w:rFonts w:ascii="Times New Roman" w:hAnsi="Times New Roman" w:eastAsia="Times New Roman" w:cs="Times New Roman"/>
          <w:sz w:val="24"/>
        </w:rPr>
        <w:t xml:space="preserve">NOTICE IS FURTHER GIVEN that the tenant vacated the property on the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NOTICE IS FURTHER GIVEN that failure to comply with this notice will require the owner to refund the entire security deposit, the full amount of any prepaid rent, and a penalty of $100. If the entire security deposit, the full amount of any prepaid rent, and the penalty of $100 is not tendered to the tenant, and the tenant is required to initiate litigation to enforce the provisions of the statute, the owner may be liable for the tenant's court costs and attorney fees.</w:t>
      </w:r>
    </w:p>
    <w:p>
      <w:pPr/>
      <w:r>
        <w:rPr>
          <w:rFonts w:ascii="Times New Roman" w:hAnsi="Times New Roman" w:eastAsia="Times New Roman" w:cs="Times New Roman"/>
          <w:sz w:val="24"/>
        </w:rPr>
        <w:br/>
        <w:t xml:space="preserve">Tenant's Name(s): </w:t>
      </w:r>
      <w:r>
        <w:rPr>
          <w:rFonts w:ascii="Times New Roman" w:hAnsi="Times New Roman" w:eastAsia="Times New Roman" w:cs="Times New Roman"/>
          <w:sz w:val="24"/>
        </w:rPr>
        <w:t>[TENANT'S NAME]</w:t>
      </w:r>
      <w:r>
        <w:rPr>
          <w:rFonts w:ascii="Times New Roman" w:hAnsi="Times New Roman" w:eastAsia="Times New Roman" w:cs="Times New Roman"/>
          <w:sz w:val="24"/>
        </w:rPr>
        <w:br/>
        <w:t xml:space="preserve">Mailing Address: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Zip: </w:t>
      </w:r>
      <w:r>
        <w:rPr>
          <w:rFonts w:ascii="Times New Roman" w:hAnsi="Times New Roman" w:eastAsia="Times New Roman" w:cs="Times New Roman"/>
          <w:sz w:val="24"/>
        </w:rPr>
        <w:t>[ZIP]</w:t>
      </w:r>
      <w:r>
        <w:rPr>
          <w:rFonts w:ascii="Times New Roman" w:hAnsi="Times New Roman" w:eastAsia="Times New Roman" w:cs="Times New Roman"/>
          <w:sz w:val="24"/>
        </w:rPr>
        <w:br/>
        <w:t>This is a legal document. Please read and comply with the document's terms.</w:t>
        <w:br/>
        <w:t xml:space="preserve">Dated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20</w:t>
      </w:r>
      <w:r>
        <w:rPr>
          <w:rFonts w:ascii="Times New Roman" w:hAnsi="Times New Roman" w:eastAsia="Times New Roman" w:cs="Times New Roman"/>
          <w:sz w:val="24"/>
        </w:rPr>
        <w:t>[YEAR]</w:t>
      </w:r>
      <w:r>
        <w:rPr>
          <w:rFonts w:ascii="Times New Roman" w:hAnsi="Times New Roman" w:eastAsia="Times New Roman" w:cs="Times New Roman"/>
          <w:sz w:val="24"/>
        </w:rPr>
        <w:t>.</w:t>
      </w:r>
    </w:p>
    <w:p>
      <w:pPr/>
    </w:p>
    <w:p>
      <w:pPr/>
    </w:p>
    <w:p>
      <w:pPr/>
    </w:p>
    <w:p>
      <w:pPr/>
    </w:p>
    <w:p>
      <w:pPr/>
    </w:p>
    <w:p>
      <w:pPr/>
    </w:p>
    <w:p>
      <w:pPr/>
    </w:p>
    <w:p>
      <w:pPr/>
      <w:r>
        <w:rPr>
          <w:rFonts w:ascii="Times New Roman" w:hAnsi="Times New Roman" w:eastAsia="Times New Roman" w:cs="Times New Roman"/>
          <w:b/>
          <w:sz w:val="24"/>
        </w:rPr>
        <w:t>Return of Service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On this _____ day of ____________, 20____, I swear and attest that I served this notice in compliance with Utah Code Section 57-17-3 by:    </w:t>
      </w:r>
    </w:p>
    <w:p>
      <w:pPr/>
      <w:r>
        <w:rPr>
          <w:rFonts w:ascii="Times New Roman" w:hAnsi="Times New Roman" w:eastAsia="Times New Roman" w:cs="Times New Roman"/>
          <w:sz w:val="24"/>
        </w:rPr>
        <w:t xml:space="preserve">____ Delivering a copy to the owner or the owner's agent personally at the address provided in the lease agreement;    </w:t>
      </w:r>
    </w:p>
    <w:p>
      <w:pPr/>
      <w:r>
        <w:rPr>
          <w:rFonts w:ascii="Times New Roman" w:hAnsi="Times New Roman" w:eastAsia="Times New Roman" w:cs="Times New Roman"/>
          <w:sz w:val="24"/>
        </w:rPr>
        <w:t xml:space="preserve">____ Leaving a copy with a person of suitable age and discretion at the address provided in the lease agreement because the owner or the owner's agent was absent from the address provided in the lease agreement;    </w:t>
      </w:r>
    </w:p>
    <w:p>
      <w:pPr/>
      <w:r>
        <w:rPr>
          <w:rFonts w:ascii="Times New Roman" w:hAnsi="Times New Roman" w:eastAsia="Times New Roman" w:cs="Times New Roman"/>
          <w:sz w:val="24"/>
        </w:rPr>
        <w:t>____ Affixing a copy in a conspicuous place at the address provided in the lease agreement because a person of suitable age or discretion could not be found at the address provided in the lease agreement; or     ____ Sending a copy through registered or certified mail to the owner or the owner's agent at the address provided in the lease agreement.</w:t>
      </w:r>
    </w:p>
    <w:p>
      <w:pPr/>
      <w:r>
        <w:rPr>
          <w:rFonts w:ascii="Times New Roman" w:hAnsi="Times New Roman" w:eastAsia="Times New Roman" w:cs="Times New Roman"/>
          <w:sz w:val="24"/>
        </w:rPr>
        <w:br/>
        <w:t>The owner's address to which the service was effected is:</w:t>
      </w:r>
    </w:p>
    <w:p>
      <w:pPr/>
      <w:r>
        <w:rPr>
          <w:rFonts w:ascii="Times New Roman" w:hAnsi="Times New Roman" w:eastAsia="Times New Roman" w:cs="Times New Roman"/>
          <w:sz w:val="24"/>
        </w:rPr>
        <w:br/>
        <w:t>Address________________________ City______________ State_____ Zip_______</w:t>
      </w:r>
    </w:p>
    <w:p>
      <w:pPr/>
    </w:p>
    <w:p>
      <w:pP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[Server's Signature]</w:t>
      </w:r>
    </w:p>
    <w:p>
      <w:pPr/>
    </w:p>
    <w:p>
      <w:pPr/>
    </w:p>
    <w:p>
      <w:pPr/>
    </w:p>
    <w:p>
      <w:pPr/>
      <w:r>
        <w:rPr>
          <w:rFonts w:ascii="Times New Roman" w:hAnsi="Times New Roman" w:eastAsia="Times New Roman" w:cs="Times New Roman"/>
          <w:b/>
          <w:sz w:val="24"/>
        </w:rPr>
        <w:t>Self-Authentication Declaration</w:t>
      </w:r>
    </w:p>
    <w:p>
      <w:pPr/>
      <w:r>
        <w:rPr>
          <w:rFonts w:ascii="Times New Roman" w:hAnsi="Times New Roman" w:eastAsia="Times New Roman" w:cs="Times New Roman"/>
          <w:sz w:val="24"/>
        </w:rPr>
        <w:br/>
        <w:t>Pursuant to Utah Code Title 78B, Chapter 18a, Uniform Unsworn Declarations Act, I declare under criminal penalty of the State of Utah that the foregoing is true and correct.</w:t>
        <w:br/>
        <w:t>Executed this _____ day of _____________, 20____.</w:t>
      </w:r>
    </w:p>
    <w:p>
      <w:pPr/>
    </w:p>
    <w:p>
      <w:pP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[Server's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