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UTAH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Utah.</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