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STATUTORY FORM POWER OF ATTORNEY</w:t>
      </w:r>
    </w:p>
    <w:p>
      <w:pPr>
        <w:jc w:val="center"/>
      </w:pPr>
      <w:r>
        <w:rPr>
          <w:rFonts w:ascii="Times New Roman" w:hAnsi="Times New Roman" w:eastAsia="Times New Roman" w:cs="Times New Roman"/>
          <w:b/>
          <w:sz w:val="24"/>
        </w:rPr>
        <w:t>IMPORTANT INFORMATION</w:t>
      </w:r>
    </w:p>
    <w:p>
      <w:pPr>
        <w:jc w:val="center"/>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Title 75, Chapter 9, Uniform Power of Attorney Act.</w:t>
      </w:r>
    </w:p>
    <w:p>
      <w:pPr/>
    </w:p>
    <w:p>
      <w:pPr/>
      <w:r>
        <w:rPr>
          <w:rFonts w:ascii="Times New Roman" w:hAnsi="Times New Roman" w:eastAsia="Times New Roman" w:cs="Times New Roman"/>
          <w:sz w:val="24"/>
        </w:rPr>
        <w:t>This power of attorney does not authorize the agent to make health 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continue until you die or revoke the power of attorney, or the agent resigns or is unable to act for you.</w:t>
      </w:r>
    </w:p>
    <w:p>
      <w:pPr/>
    </w:p>
    <w:p>
      <w:pPr/>
      <w:r>
        <w:rPr>
          <w:rFonts w:ascii="Times New Roman" w:hAnsi="Times New Roman" w:eastAsia="Times New Roman" w:cs="Times New Roman"/>
          <w:sz w:val="24"/>
        </w:rPr>
        <w:t>Your agent is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sz w:val="24"/>
        </w:rPr>
        <w:t>This power of attorney becomes effective immediately unless you state otherwise in the Special Instructions.</w:t>
      </w:r>
    </w:p>
    <w:p>
      <w:pPr/>
    </w:p>
    <w:p>
      <w:pPr/>
      <w:r>
        <w:rPr>
          <w:rFonts w:ascii="Times New Roman" w:hAnsi="Times New Roman" w:eastAsia="Times New Roman" w:cs="Times New Roman"/>
          <w:sz w:val="24"/>
        </w:rPr>
        <w:t>If you have questions about the power of attorney or the authority you are granting to your agent, you should seek legal advice before signing this form.</w:t>
      </w:r>
    </w:p>
    <w:p>
      <w:pPr/>
    </w:p>
    <w:p>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name the following person as my agent:</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[NAME OF AGENT]</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 OF AGENT]</w:t>
      </w:r>
    </w:p>
    <w:p>
      <w:pPr/>
      <w:r>
        <w:rPr>
          <w:rFonts w:ascii="Times New Roman" w:hAnsi="Times New Roman" w:eastAsia="Times New Roman" w:cs="Times New Roman"/>
          <w:sz w:val="24"/>
        </w:rPr>
        <w:t xml:space="preserve">Agent’s Telephone Number: </w:t>
      </w:r>
      <w:r>
        <w:rPr>
          <w:rFonts w:ascii="Times New Roman" w:hAnsi="Times New Roman" w:eastAsia="Times New Roman" w:cs="Times New Roman"/>
          <w:sz w:val="24"/>
        </w:rPr>
        <w:t>[PHONE NUMBER OF AGENT]</w:t>
      </w:r>
    </w:p>
    <w:p>
      <w:pPr/>
    </w:p>
    <w:p>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[NAME OF SUCCESSOR AGENT]</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[ADDRESS OF SUCCESSOR AGENT]</w:t>
      </w:r>
    </w:p>
    <w:p>
      <w:pPr/>
      <w:r>
        <w:rPr>
          <w:rFonts w:ascii="Times New Roman" w:hAnsi="Times New Roman" w:eastAsia="Times New Roman" w:cs="Times New Roman"/>
          <w:sz w:val="24"/>
        </w:rPr>
        <w:t xml:space="preserve">Successor Agent’s Telephone Number: </w:t>
      </w:r>
      <w:r>
        <w:rPr>
          <w:rFonts w:ascii="Times New Roman" w:hAnsi="Times New Roman" w:eastAsia="Times New Roman" w:cs="Times New Roman"/>
          <w:sz w:val="24"/>
        </w:rPr>
        <w:t>[PHONE NUMBER OF SUCCESSOR AGENT]</w:t>
      </w: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 xml:space="preserve">Name of Second Successor Agent: </w:t>
      </w:r>
      <w:r>
        <w:rPr>
          <w:rFonts w:ascii="Times New Roman" w:hAnsi="Times New Roman" w:eastAsia="Times New Roman" w:cs="Times New Roman"/>
          <w:sz w:val="24"/>
        </w:rPr>
        <w:t>[NAME OF SECOND SUCCESSOR AGENT]</w:t>
      </w:r>
    </w:p>
    <w:p>
      <w:pPr/>
      <w:r>
        <w:rPr>
          <w:rFonts w:ascii="Times New Roman" w:hAnsi="Times New Roman" w:eastAsia="Times New Roman" w:cs="Times New Roman"/>
          <w:sz w:val="24"/>
        </w:rPr>
        <w:t xml:space="preserve">Second Successor Agent’s Address: </w:t>
      </w:r>
      <w:r>
        <w:rPr>
          <w:rFonts w:ascii="Times New Roman" w:hAnsi="Times New Roman" w:eastAsia="Times New Roman" w:cs="Times New Roman"/>
          <w:sz w:val="24"/>
        </w:rPr>
        <w:t>[ADDRESS OF SECOND SUCCESSOR AGENT]</w:t>
      </w:r>
    </w:p>
    <w:p>
      <w:pPr/>
      <w:r>
        <w:rPr>
          <w:rFonts w:ascii="Times New Roman" w:hAnsi="Times New Roman" w:eastAsia="Times New Roman" w:cs="Times New Roman"/>
          <w:sz w:val="24"/>
        </w:rPr>
        <w:t xml:space="preserve">Second Successor Agent’s Phone Number: </w:t>
      </w:r>
      <w:r>
        <w:rPr>
          <w:rFonts w:ascii="Times New Roman" w:hAnsi="Times New Roman" w:eastAsia="Times New Roman" w:cs="Times New Roman"/>
          <w:sz w:val="24"/>
        </w:rPr>
        <w:t>[SECOND SUCCESSOR AGENT PHONE]</w:t>
      </w:r>
    </w:p>
    <w:p>
      <w:pPr/>
    </w:p>
    <w:p>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 as defined in Title 75, Chapter 9, Uniform Power of Attorney Act:</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Real Property</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Tangible Personal Property</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Stocks and Bonds</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Commodities and Options</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Banks and Other Financial Institutions</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Operation of Entity or Business</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Insurance and Annuities</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Estates, Trusts, and Other Beneficial Interests</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Claims and Litigation</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Personal and Family Maintenance</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Benefits from Governmental Programs or Civil or Military Service</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Retirement Plans</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Taxes</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All Preceding Subjects</w:t>
      </w:r>
    </w:p>
    <w:p>
      <w:pPr/>
    </w:p>
    <w:p>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Create, amend, revoke, or terminate an inter vivos trust</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Make a gift, subject to the limitations of Section 75-9-217, and any special instructions in this power of attorney</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Create or change rights of survivorship</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Create or change a beneficiary designation</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Authorize another person to exercise the authority granted under this power of attorney</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Waive the principal’s right to be a beneficiary of a joint and survivor annuity, including a survivor benefit under a retirement plan</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Exercise fiduciary powers that the principal has authority to delegate</w:t>
      </w:r>
    </w:p>
    <w:p>
      <w:pP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Disclaim or refuse an interest in property, including a power of appointment</w:t>
      </w:r>
    </w:p>
    <w:p>
      <w:pPr/>
    </w:p>
    <w:p>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r>
        <w:rPr>
          <w:rFonts w:ascii="Times New Roman" w:hAnsi="Times New Roman" w:eastAsia="Times New Roman" w:cs="Times New Roman"/>
          <w:sz w:val="24"/>
        </w:rPr>
        <w:t>SPECIAL INSTRUCTIONS (OPTIONAL)</w:t>
      </w:r>
    </w:p>
    <w:p>
      <w:pPr/>
    </w:p>
    <w:p>
      <w:pPr/>
      <w:r>
        <w:rPr>
          <w:rFonts w:ascii="Times New Roman" w:hAnsi="Times New Roman" w:eastAsia="Times New Roman" w:cs="Times New Roman"/>
          <w:sz w:val="24"/>
        </w:rPr>
        <w:t>You may give special instructions on the following lines:</w:t>
      </w:r>
    </w:p>
    <w:p>
      <w:pPr/>
      <w:r>
        <w:rPr>
          <w:rFonts w:ascii="Times New Roman" w:hAnsi="Times New Roman" w:eastAsia="Times New Roman" w:cs="Times New Roman"/>
          <w:sz w:val="24"/>
        </w:rPr>
        <w:t>[DESCRIBE SPECIAL INSTRUCTIONS OR LIMITATIONS IF ANY]</w:t>
      </w:r>
    </w:p>
    <w:p>
      <w:pPr/>
    </w:p>
    <w:p>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is effective immediately unless I have stated otherwise in the Special Instructions.</w:t>
      </w:r>
    </w:p>
    <w:p>
      <w:pPr/>
    </w:p>
    <w:p>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of my estate or guardian of my person, I nominate the following person(s) for appointment:</w:t>
      </w:r>
    </w:p>
    <w:p>
      <w:pPr/>
    </w:p>
    <w:p>
      <w:pPr/>
      <w:r>
        <w:rPr>
          <w:rFonts w:ascii="Times New Roman" w:hAnsi="Times New Roman" w:eastAsia="Times New Roman" w:cs="Times New Roman"/>
          <w:sz w:val="24"/>
        </w:rPr>
        <w:t xml:space="preserve">Name of Nominee for conservator of my estate: </w:t>
      </w:r>
      <w:r>
        <w:rPr>
          <w:rFonts w:ascii="Times New Roman" w:hAnsi="Times New Roman" w:eastAsia="Times New Roman" w:cs="Times New Roman"/>
          <w:sz w:val="24"/>
        </w:rPr>
        <w:t>[NOMINEE NAME]</w:t>
      </w:r>
    </w:p>
    <w:p>
      <w:pPr/>
      <w:r>
        <w:rPr>
          <w:rFonts w:ascii="Times New Roman" w:hAnsi="Times New Roman" w:eastAsia="Times New Roman" w:cs="Times New Roman"/>
          <w:sz w:val="24"/>
        </w:rPr>
        <w:t xml:space="preserve">Nominee’s Address: </w:t>
      </w:r>
      <w:r>
        <w:rPr>
          <w:rFonts w:ascii="Times New Roman" w:hAnsi="Times New Roman" w:eastAsia="Times New Roman" w:cs="Times New Roman"/>
          <w:sz w:val="24"/>
        </w:rPr>
        <w:t>[NOMINEE ADDRESS]</w:t>
      </w:r>
    </w:p>
    <w:p>
      <w:pPr/>
      <w:r>
        <w:rPr>
          <w:rFonts w:ascii="Times New Roman" w:hAnsi="Times New Roman" w:eastAsia="Times New Roman" w:cs="Times New Roman"/>
          <w:sz w:val="24"/>
        </w:rPr>
        <w:t xml:space="preserve">Nominee’s Telephone Number: </w:t>
      </w:r>
      <w:r>
        <w:rPr>
          <w:rFonts w:ascii="Times New Roman" w:hAnsi="Times New Roman" w:eastAsia="Times New Roman" w:cs="Times New Roman"/>
          <w:sz w:val="24"/>
        </w:rPr>
        <w:t>[NOMINEE PHONE NUMBER]</w:t>
      </w:r>
    </w:p>
    <w:p>
      <w:pPr/>
    </w:p>
    <w:p>
      <w:pPr/>
      <w:r>
        <w:rPr>
          <w:rFonts w:ascii="Times New Roman" w:hAnsi="Times New Roman" w:eastAsia="Times New Roman" w:cs="Times New Roman"/>
          <w:sz w:val="24"/>
        </w:rPr>
        <w:t xml:space="preserve">Name of Nominee for guardian of my person: </w:t>
      </w:r>
      <w:r>
        <w:rPr>
          <w:rFonts w:ascii="Times New Roman" w:hAnsi="Times New Roman" w:eastAsia="Times New Roman" w:cs="Times New Roman"/>
          <w:sz w:val="24"/>
        </w:rPr>
        <w:t>[NOMINEE NAME]</w:t>
      </w:r>
    </w:p>
    <w:p>
      <w:pPr/>
      <w:r>
        <w:rPr>
          <w:rFonts w:ascii="Times New Roman" w:hAnsi="Times New Roman" w:eastAsia="Times New Roman" w:cs="Times New Roman"/>
          <w:sz w:val="24"/>
        </w:rPr>
        <w:t xml:space="preserve">Nominee’s Address: </w:t>
      </w:r>
      <w:r>
        <w:rPr>
          <w:rFonts w:ascii="Times New Roman" w:hAnsi="Times New Roman" w:eastAsia="Times New Roman" w:cs="Times New Roman"/>
          <w:sz w:val="24"/>
        </w:rPr>
        <w:t>[NOMINEE ADDRESS]</w:t>
      </w:r>
    </w:p>
    <w:p>
      <w:pPr/>
      <w:r>
        <w:rPr>
          <w:rFonts w:ascii="Times New Roman" w:hAnsi="Times New Roman" w:eastAsia="Times New Roman" w:cs="Times New Roman"/>
          <w:sz w:val="24"/>
        </w:rPr>
        <w:t xml:space="preserve">Nominee’s Telephone Number: </w:t>
      </w:r>
      <w:r>
        <w:rPr>
          <w:rFonts w:ascii="Times New Roman" w:hAnsi="Times New Roman" w:eastAsia="Times New Roman" w:cs="Times New Roman"/>
          <w:sz w:val="24"/>
        </w:rPr>
        <w:t>[NOMINEE PHONE NUMBER]</w:t>
      </w:r>
    </w:p>
    <w:p>
      <w:pPr/>
    </w:p>
    <w:p>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terminated or is invalid.</w:t>
      </w:r>
    </w:p>
    <w:p>
      <w:pPr/>
    </w:p>
    <w:p>
      <w:pPr/>
    </w:p>
    <w:p>
      <w:pPr>
        <w:spacing w:before="0" w:after="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Your Signature: </w:t>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Your Name Printed: </w:t>
      </w:r>
      <w:r>
        <w:rPr>
          <w:rFonts w:ascii="Times New Roman" w:hAnsi="Times New Roman" w:eastAsia="Times New Roman" w:cs="Times New Roman"/>
          <w:sz w:val="24"/>
        </w:rPr>
        <w:t>[NAME OF PRINCIPAL]</w:t>
      </w:r>
    </w:p>
    <w:p>
      <w:pPr>
        <w:spacing w:before="240" w:after="0"/>
      </w:pPr>
      <w:r>
        <w:rPr>
          <w:rFonts w:ascii="Times New Roman" w:hAnsi="Times New Roman" w:eastAsia="Times New Roman" w:cs="Times New Roman"/>
          <w:sz w:val="24"/>
        </w:rPr>
        <w:t xml:space="preserve">Your Address: </w:t>
      </w:r>
      <w:r>
        <w:rPr>
          <w:rFonts w:ascii="Times New Roman" w:hAnsi="Times New Roman" w:eastAsia="Times New Roman" w:cs="Times New Roman"/>
          <w:sz w:val="24"/>
        </w:rPr>
        <w:t>[ADDRESS OF PRINCIPAL]</w:t>
      </w:r>
    </w:p>
    <w:p>
      <w:pPr/>
    </w:p>
    <w:p>
      <w:pPr/>
      <w:r>
        <w:rPr>
          <w:rFonts w:ascii="Times New Roman" w:hAnsi="Times New Roman" w:eastAsia="Times New Roman" w:cs="Times New Roman"/>
          <w:sz w:val="24"/>
        </w:rPr>
        <w:t xml:space="preserve">Your Telephone Number: </w:t>
      </w:r>
      <w:r>
        <w:rPr>
          <w:rFonts w:ascii="Times New Roman" w:hAnsi="Times New Roman" w:eastAsia="Times New Roman" w:cs="Times New Roman"/>
          <w:sz w:val="24"/>
        </w:rPr>
        <w:t>[PHONE NUMBER OF PRINCIPAL]</w:t>
      </w:r>
    </w:p>
    <w:p>
      <w:pPr/>
    </w:p>
    <w:p>
      <w:pPr/>
      <w:r>
        <w:rPr>
          <w:rFonts w:ascii="Times New Roman" w:hAnsi="Times New Roman" w:eastAsia="Times New Roman" w:cs="Times New Roman"/>
          <w:sz w:val="24"/>
        </w:rPr>
        <w:t>State of Utah,</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 NAME]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This document was acknowledged before me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[NAME OF PRINCIPAL]</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(Seal, if any)</w:t>
      </w:r>
    </w:p>
    <w:p>
      <w:pPr/>
      <w:r>
        <w:rPr>
          <w:rFonts w:ascii="Times New Roman" w:hAnsi="Times New Roman" w:eastAsia="Times New Roman" w:cs="Times New Roman"/>
          <w:sz w:val="24"/>
        </w:rPr>
        <w:t>Signature of Notary</w:t>
      </w:r>
    </w:p>
    <w:p>
      <w:pP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 COMMISSION EXPIRES]</w:t>
      </w:r>
    </w:p>
    <w:p>
      <w:pPr/>
    </w:p>
    <w:p>
      <w:pPr/>
      <w:r>
        <w:rPr>
          <w:rFonts w:ascii="Times New Roman" w:hAnsi="Times New Roman" w:eastAsia="Times New Roman" w:cs="Times New Roman"/>
          <w:sz w:val="24"/>
        </w:rPr>
        <w:t xml:space="preserve">[This document prepared by: </w:t>
      </w:r>
      <w:r>
        <w:rPr>
          <w:rFonts w:ascii="Times New Roman" w:hAnsi="Times New Roman" w:eastAsia="Times New Roman" w:cs="Times New Roman"/>
          <w:sz w:val="24"/>
        </w:rPr>
        <w:t>[NAME OF PREPARER]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When you accept the authority granted under this power of attorney, a special legal relationship is created between you and the principal. This relationship imposes upon you legal duties that continue until you resign or the power of attorney is terminated or revoked. You shall:</w:t>
      </w:r>
    </w:p>
    <w:p>
      <w:pPr/>
    </w:p>
    <w:p>
      <w:pPr/>
      <w:r>
        <w:rPr>
          <w:rFonts w:ascii="Times New Roman" w:hAnsi="Times New Roman" w:eastAsia="Times New Roman" w:cs="Times New Roman"/>
          <w:sz w:val="24"/>
        </w:rPr>
        <w:t>(1) do what you know the principal reasonably expects you to do with the principal’s property or, if you do not know the principal’s expectations, act in the principal’s best interest;</w:t>
      </w:r>
    </w:p>
    <w:p>
      <w:pPr>
        <w:ind w:firstLine="720"/>
      </w:pPr>
      <w:r>
        <w:rPr>
          <w:rFonts w:ascii="Times New Roman" w:hAnsi="Times New Roman" w:eastAsia="Times New Roman" w:cs="Times New Roman"/>
          <w:sz w:val="24"/>
        </w:rPr>
        <w:t>(2) act in good faith;</w:t>
      </w:r>
    </w:p>
    <w:p>
      <w:pPr>
        <w:ind w:firstLine="720"/>
      </w:pPr>
      <w:r>
        <w:rPr>
          <w:rFonts w:ascii="Times New Roman" w:hAnsi="Times New Roman" w:eastAsia="Times New Roman" w:cs="Times New Roman"/>
          <w:sz w:val="24"/>
        </w:rPr>
        <w:t>(3) do nothing beyond the authority granted in this power of attorney; and</w:t>
      </w:r>
    </w:p>
    <w:p>
      <w:pPr/>
      <w:r>
        <w:rPr>
          <w:rFonts w:ascii="Times New Roman" w:hAnsi="Times New Roman" w:eastAsia="Times New Roman" w:cs="Times New Roman"/>
          <w:sz w:val="24"/>
        </w:rPr>
        <w:t>(4) disclose your identity as an agent whenever you act for the principal by writing or printing the name of the principal and signing your own name as “agent” in the following manner:</w:t>
      </w:r>
    </w:p>
    <w:p>
      <w:pPr>
        <w:ind w:firstLine="720"/>
      </w:pPr>
    </w:p>
    <w:p>
      <w:pPr>
        <w:ind w:firstLine="720"/>
      </w:pPr>
      <w:r>
        <w:rPr>
          <w:rFonts w:ascii="Times New Roman" w:hAnsi="Times New Roman" w:eastAsia="Times New Roman" w:cs="Times New Roman"/>
          <w:sz w:val="24"/>
        </w:rPr>
        <w:t>(Principal’s Name) by (Your Signature) as Agent</w:t>
      </w:r>
    </w:p>
    <w:p>
      <w:pPr/>
    </w:p>
    <w:p>
      <w:pPr/>
      <w:r>
        <w:rPr>
          <w:rFonts w:ascii="Times New Roman" w:hAnsi="Times New Roman" w:eastAsia="Times New Roman" w:cs="Times New Roman"/>
          <w:sz w:val="24"/>
        </w:rPr>
        <w:t>Unless the Special Instructions in this power of attorney state otherwise, you must also:</w:t>
      </w:r>
    </w:p>
    <w:p>
      <w:pPr/>
    </w:p>
    <w:p>
      <w:pPr>
        <w:ind w:firstLine="720"/>
      </w:pPr>
      <w:r>
        <w:rPr>
          <w:rFonts w:ascii="Times New Roman" w:hAnsi="Times New Roman" w:eastAsia="Times New Roman" w:cs="Times New Roman"/>
          <w:sz w:val="24"/>
        </w:rPr>
        <w:t>(1) act loyally for the principal’s benefit;</w:t>
      </w:r>
    </w:p>
    <w:p>
      <w:pPr/>
      <w:r>
        <w:rPr>
          <w:rFonts w:ascii="Times New Roman" w:hAnsi="Times New Roman" w:eastAsia="Times New Roman" w:cs="Times New Roman"/>
          <w:sz w:val="24"/>
        </w:rPr>
        <w:t>(2) avoid conflicts that would impair your ability to act in the principal’s best interest;</w:t>
      </w:r>
    </w:p>
    <w:p>
      <w:pPr/>
      <w:r>
        <w:rPr>
          <w:rFonts w:ascii="Times New Roman" w:hAnsi="Times New Roman" w:eastAsia="Times New Roman" w:cs="Times New Roman"/>
          <w:sz w:val="24"/>
        </w:rPr>
        <w:t>(3) act with care, competence, and diligence;</w:t>
      </w:r>
    </w:p>
    <w:p>
      <w:pPr/>
      <w:r>
        <w:rPr>
          <w:rFonts w:ascii="Times New Roman" w:hAnsi="Times New Roman" w:eastAsia="Times New Roman" w:cs="Times New Roman"/>
          <w:sz w:val="24"/>
        </w:rPr>
        <w:t>(4) keep a record of all receipts, disbursements, and transactions made on behalf of the principal;</w:t>
      </w:r>
    </w:p>
    <w:p>
      <w:pPr/>
      <w:r>
        <w:rPr>
          <w:rFonts w:ascii="Times New Roman" w:hAnsi="Times New Roman" w:eastAsia="Times New Roman" w:cs="Times New Roman"/>
          <w:sz w:val="24"/>
        </w:rPr>
        <w:t>(5) cooperate with any person that has authority to make health 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(6) 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ind w:firstLine="720"/>
      </w:pPr>
      <w:r>
        <w:rPr>
          <w:rFonts w:ascii="Times New Roman" w:hAnsi="Times New Roman" w:eastAsia="Times New Roman" w:cs="Times New Roman"/>
          <w:sz w:val="24"/>
        </w:rPr>
        <w:t>(1) death of the principal;</w:t>
      </w:r>
    </w:p>
    <w:p>
      <w:pPr>
        <w:ind w:firstLine="720"/>
      </w:pPr>
      <w:r>
        <w:rPr>
          <w:rFonts w:ascii="Times New Roman" w:hAnsi="Times New Roman" w:eastAsia="Times New Roman" w:cs="Times New Roman"/>
          <w:sz w:val="24"/>
        </w:rPr>
        <w:t>(2) the principal’s revocation of the power of attorney or your authority;</w:t>
      </w:r>
    </w:p>
    <w:p>
      <w:pPr>
        <w:ind w:firstLine="720"/>
      </w:pPr>
      <w:r>
        <w:rPr>
          <w:rFonts w:ascii="Times New Roman" w:hAnsi="Times New Roman" w:eastAsia="Times New Roman" w:cs="Times New Roman"/>
          <w:sz w:val="24"/>
        </w:rPr>
        <w:t>(3) the occurrence of a termination event stated in the power of attorney;</w:t>
      </w:r>
    </w:p>
    <w:p>
      <w:pPr>
        <w:ind w:firstLine="720"/>
      </w:pPr>
      <w:r>
        <w:rPr>
          <w:rFonts w:ascii="Times New Roman" w:hAnsi="Times New Roman" w:eastAsia="Times New Roman" w:cs="Times New Roman"/>
          <w:sz w:val="24"/>
        </w:rPr>
        <w:t>(4) the purpose of the power of attorney is fully accomplished; or</w:t>
      </w:r>
    </w:p>
    <w:p>
      <w:pPr/>
      <w:r>
        <w:rPr>
          <w:rFonts w:ascii="Times New Roman" w:hAnsi="Times New Roman" w:eastAsia="Times New Roman" w:cs="Times New Roman"/>
          <w:sz w:val="24"/>
        </w:rPr>
        <w:t>(5) if you are married to the principal, a legal action is filed with a court to end your marriage, or for your legal separation, unless the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Title 75, Chapter 9, Uniform Power of Attorney Act. If you violate Title 75, Chapter 9, Uniform Power of Attorney Act, or act outside the authority granted, you may be liable for any damages caused by your violation.</w:t>
      </w:r>
    </w:p>
    <w:p>
      <w:pPr/>
    </w:p>
    <w:p>
      <w:pPr/>
      <w:r>
        <w:rPr>
          <w:rFonts w:ascii="Times New Roman" w:hAnsi="Times New Roman" w:eastAsia="Times New Roman" w:cs="Times New Roman"/>
          <w:sz w:val="24"/>
        </w:rPr>
        <w:t>If there is anything about this document or your duties that you do not understand, you should seek legal advice.</w:t>
      </w:r>
    </w:p>
    <w:p>
      <w:pPr/>
    </w:p>
    <w:p>
      <w:pPr/>
    </w:p>
    <w:p>
      <w:pPr/>
    </w:p>
    <w:p>
      <w:pPr/>
    </w:p>
    <w:p>
      <w:pPr/>
    </w:p>
    <w:p>
      <w:pPr/>
    </w:p>
    <w:p>
      <w:pPr/>
    </w:p>
    <w:p>
      <w:pPr/>
    </w:p>
    <w:p>
      <w:pPr/>
    </w:p>
    <w:p>
      <w:pPr/>
    </w:p>
    <w:p>
      <w:pPr/>
    </w:p>
    <w:p>
      <w:pPr/>
    </w:p>
    <w:p>
      <w:pPr/>
    </w:p>
    <w:p>
      <w:pPr/>
    </w:p>
    <w:p>
      <w:pPr/>
    </w:p>
    <w:p>
      <w:pPr/>
    </w:p>
    <w:p>
      <w:pPr/>
    </w:p>
    <w:p>
      <w:pPr/>
    </w:p>
    <w:p>
      <w:pPr/>
    </w:p>
    <w:p>
      <w:pPr/>
    </w:p>
    <w:p>
      <w:pPr>
        <w:jc w:val="center"/>
      </w:pPr>
      <w:r>
        <w:rPr>
          <w:rFonts w:ascii="Times New Roman" w:hAnsi="Times New Roman" w:eastAsia="Times New Roman" w:cs="Times New Roman"/>
          <w:b/>
          <w:sz w:val="24"/>
        </w:rPr>
        <w:t>AGENT'S CERTIFICATION AS TO THE VALIDITY OF POWER</w:t>
      </w:r>
    </w:p>
    <w:p>
      <w:pPr>
        <w:jc w:val="center"/>
      </w:pPr>
      <w:r>
        <w:rPr>
          <w:rFonts w:ascii="Times New Roman" w:hAnsi="Times New Roman" w:eastAsia="Times New Roman" w:cs="Times New Roman"/>
          <w:b/>
          <w:sz w:val="24"/>
        </w:rPr>
        <w:t>OF ATTORNEY AND AGENT'S AUTHORITY</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 OF AGENT]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 NAME]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certify under penalty of perjury that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granted me authority as an agent or successor agent in a power of attorney dated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I further certify that to my knowledge:</w:t>
      </w:r>
    </w:p>
    <w:p>
      <w:pPr/>
    </w:p>
    <w:p>
      <w:pPr/>
      <w:r>
        <w:rPr>
          <w:rFonts w:ascii="Times New Roman" w:hAnsi="Times New Roman" w:eastAsia="Times New Roman" w:cs="Times New Roman"/>
          <w:sz w:val="24"/>
        </w:rPr>
        <w:t>the principal is alive and has not revoked the power of attorney or my authority to act under the power of attorney and the power of attorney and my authority to act under the power of attorney have not terminated;</w:t>
      </w:r>
    </w:p>
    <w:p>
      <w:pPr/>
      <w:r>
        <w:rPr>
          <w:rFonts w:ascii="Times New Roman" w:hAnsi="Times New Roman" w:eastAsia="Times New Roman" w:cs="Times New Roman"/>
          <w:sz w:val="24"/>
        </w:rPr>
        <w:t>if the power of attorney was drafted to become effective upon the happening of an event or contingency, the event or contingency has occurred;</w:t>
      </w:r>
    </w:p>
    <w:p>
      <w:pPr/>
      <w:r>
        <w:rPr>
          <w:rFonts w:ascii="Times New Roman" w:hAnsi="Times New Roman" w:eastAsia="Times New Roman" w:cs="Times New Roman"/>
          <w:sz w:val="24"/>
        </w:rPr>
        <w:t>if I was named as a successor agent, the prior agent is no longer able or willing to serve; and</w:t>
      </w:r>
    </w:p>
    <w:p>
      <w:pPr/>
      <w:r>
        <w:rPr>
          <w:rFonts w:ascii="Times New Roman" w:hAnsi="Times New Roman" w:eastAsia="Times New Roman" w:cs="Times New Roman"/>
          <w:sz w:val="24"/>
        </w:rPr>
        <w:t>[OTHER RELEVANT STATEMENTS IF ANY]</w:t>
      </w:r>
    </w:p>
    <w:p>
      <w:pPr/>
    </w:p>
    <w:p>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Agent’s Signature: </w:t>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 xml:space="preserve">Agent’s Name Printed: </w:t>
      </w:r>
      <w:r>
        <w:rPr>
          <w:rFonts w:ascii="Times New Roman" w:hAnsi="Times New Roman" w:eastAsia="Times New Roman" w:cs="Times New Roman"/>
          <w:sz w:val="24"/>
        </w:rPr>
        <w:t>[NAME OF AGENT]</w:t>
      </w:r>
    </w:p>
    <w:p>
      <w:pPr>
        <w:spacing w:before="240" w:after="0"/>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 OF AGENT]</w:t>
      </w:r>
    </w:p>
    <w:p>
      <w:pPr/>
    </w:p>
    <w:p>
      <w:pPr/>
      <w:r>
        <w:rPr>
          <w:rFonts w:ascii="Times New Roman" w:hAnsi="Times New Roman" w:eastAsia="Times New Roman" w:cs="Times New Roman"/>
          <w:sz w:val="24"/>
        </w:rPr>
        <w:t xml:space="preserve">Agent’s Telephone Number: </w:t>
      </w:r>
      <w:r>
        <w:rPr>
          <w:rFonts w:ascii="Times New Roman" w:hAnsi="Times New Roman" w:eastAsia="Times New Roman" w:cs="Times New Roman"/>
          <w:sz w:val="24"/>
        </w:rPr>
        <w:t>[PHONE NUMBER OF AGENT]</w:t>
      </w:r>
    </w:p>
    <w:p>
      <w:pPr/>
    </w:p>
    <w:p>
      <w:pPr/>
      <w:r>
        <w:rPr>
          <w:rFonts w:ascii="Times New Roman" w:hAnsi="Times New Roman" w:eastAsia="Times New Roman" w:cs="Times New Roman"/>
          <w:sz w:val="24"/>
        </w:rPr>
        <w:t xml:space="preserve">This document was acknowledged before me on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[NAME OF AGENT]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(Seal, if any)</w:t>
      </w:r>
    </w:p>
    <w:p>
      <w:pPr/>
      <w:r>
        <w:rPr>
          <w:rFonts w:ascii="Times New Roman" w:hAnsi="Times New Roman" w:eastAsia="Times New Roman" w:cs="Times New Roman"/>
          <w:sz w:val="24"/>
        </w:rPr>
        <w:t>Signature of Notary</w:t>
      </w:r>
    </w:p>
    <w:p>
      <w:pP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 COMMISSION EXPIRES]</w:t>
      </w:r>
    </w:p>
    <w:p>
      <w:pPr/>
    </w:p>
    <w:p>
      <w:pPr/>
      <w:r>
        <w:rPr>
          <w:rFonts w:ascii="Times New Roman" w:hAnsi="Times New Roman" w:eastAsia="Times New Roman" w:cs="Times New Roman"/>
          <w:sz w:val="24"/>
        </w:rPr>
        <w:t xml:space="preserve">[This document prepared by: </w:t>
      </w:r>
      <w:r>
        <w:rPr>
          <w:rFonts w:ascii="Times New Roman" w:hAnsi="Times New Roman" w:eastAsia="Times New Roman" w:cs="Times New Roman"/>
          <w:sz w:val="24"/>
        </w:rPr>
        <w:t>[NAME OF PREPARER]</w:t>
      </w:r>
      <w:r>
        <w:rPr>
          <w:rFonts w:ascii="Times New Roman" w:hAnsi="Times New Roman" w:eastAsia="Times New Roman" w:cs="Times New Roman"/>
          <w:sz w:val="24"/>
        </w:rP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