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Validity Expert Deposition Outline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possible, introduce yourself informally before going on the record, to try to put the witness at ease.</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Ask the court reporter to go on the record and swear in the witness.</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Introduce yourself on the record:</w:t>
      </w:r>
      <w:r>
        <w:rPr>
          <w:rFonts w:ascii="Times New Roman" w:hAnsi="Times New Roman" w:eastAsia="Times New Roman" w:cs="Times New Roman"/>
          <w:b w:val="0"/>
          <w:sz w:val="24"/>
        </w:rPr>
        <w:t xml:space="preserve"> Good morning/afternoon, [Mr./Ms./Dr. witness name]. My name is [attorney name], with [law firm name], and we just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few minutes ago. I’m one of the attorneys for [party name].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Are you being represented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today?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Who is representing you?</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[Witness name], you understand that you are being deposed today in the case of [case name]; correct?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Before we get started, I have some instructions for you to help the deposition go more smoothly.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First, In your deposition today, I am going to be asking you questions, and you are going to be answering those questions under oath. Do you understand?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You also understand that you have been sworn to tell the truth, and the effect is the same as if you were testifying in court; correct?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The court reporter will be taking down everything that’s being said here today, so it’s important that we don’t talk over each other. Instead, you should wait until I finish my question before you start your answer, and I will wait until you finish your answer before starting my next question. Do you understand?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It’s also important for you to answer my questions audibly, using words instead of gestures. For example,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calls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“yes” or “no” answer, you should say “yes” or “no” rather than nodding or shaking your head. Do you understand?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You also should avoid using “uh huh” or “huh uh” in your answers, because that can be difficult for the court reporter to distinguish. Is that clear?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If any question that I ask you is unclear in any way, please let me know so I can rephrase the question. You also can ask the court reporter to read the question back to you, if necessary. Do you understand that?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You should not guess when responding to my questions, but you can provide estimates based on your best recollection, if that’s appropriate. Do you understand?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We will be taking breaks periodically during this deposition, and if you feel you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break to use the restroom or for another reason, please ask. However,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is pending to you, I may ask that you answer the question before we take the break. Do you understand that?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Other attorneys may be making objections today, which are for the judge to consider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You are required to answer my questions, even if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unless your attorney instructs you not to answer. Is that clear?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After this deposition is over, the court reporter will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transcript that contains all the questions, answers and objections. At that point, you will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review the transcript and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changes. Do you understand that?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Biographic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Please state your full name.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Have you ever used any other names? What other names have you used?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Do you have any nicknames? What are they?</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is your date of birth?</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Where do you live? / What is your home address?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is your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For whom do you work?</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is your work address?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is your work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Do you have any personal e-mail addresses?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is/are your personal e-mail address(es)?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Is there any reason,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or mental condition, unusual stress, or being under the influence of any substances, that would prevent you from answering my questions fully and truthfully today?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Preliminary Questions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Deposition Experience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Have you ever had your deposition taken before?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many times?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prior deposition of the expert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When was the [first, second, third, etc.] time you had your deposition take?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was the case about?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Who were the parties to the case?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was your relationship to the parties in the case?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information were you asked about at your deposition?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Do you know what happened in the case after your deposition was taken?</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happened? (E.g., the case settled, or it went to trial and the inventor did/did not testify at the trial.)</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Ask follow-up questions as appropriate to elicit information about the underlying facts of the prior litigation and the substance of the expert’s deposition and/or trial testimony, including his/her expert opinions in the case.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When did you first learn that your deposition would be taken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How did you learn that your deposition would be taken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Did you do anything to prepare for this deposition?/What did you do to prepare for this deposition?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review any documents to prepare for your deposition?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documents pertaining to the case have you reviewed?</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When did you review those documents?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meet with any attorneys to prepare for this deposition?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Who are the attorneys that you met with?</w:t>
      </w:r>
    </w:p>
    <w:p>
      <w:pPr>
        <w:keepNext w:val="0"/>
        <w:spacing w:before="200" w:after="0" w:line="260" w:lineRule="exact"/>
        <w:ind w:left="1800" w:right="0" w:firstLine="0"/>
        <w:jc w:val="both"/>
      </w:pPr>
      <w:r>
        <w:rPr>
          <w:rFonts w:ascii="Times New Roman" w:hAnsi="Times New Roman" w:eastAsia="Times New Roman" w:cs="Times New Roman"/>
          <w:b w:val="0"/>
          <w:sz w:val="24"/>
        </w:rPr>
        <w:t>▪</w:t>
        <w:tab/>
        <w:t>How many times did you meet with attorneys to prepare for this deposition?</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meeting</w:t>
      </w:r>
      <w:r>
        <w:rPr>
          <w:rFonts w:ascii="Times New Roman" w:hAnsi="Times New Roman" w:eastAsia="Times New Roman" w:cs="Times New Roman"/>
          <w:b w:val="0"/>
          <w:sz w:val="24"/>
        </w:rPr>
        <w:t>: When did you meet with the attorneys to prepare for this deposition?</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Where did you meet with the attorneys?</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Was anyone else present at this meeting with your attorneys?</w:t>
      </w:r>
    </w:p>
    <w:p>
      <w:pPr>
        <w:keepNext w:val="0"/>
        <w:spacing w:before="200" w:after="0" w:line="260" w:lineRule="exact"/>
        <w:ind w:left="252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Who was present?</w:t>
      </w:r>
    </w:p>
    <w:p>
      <w:pPr>
        <w:keepNext w:val="0"/>
        <w:spacing w:before="200" w:after="0" w:line="260" w:lineRule="exact"/>
        <w:ind w:left="2520" w:right="0" w:firstLine="0"/>
        <w:jc w:val="both"/>
      </w:pPr>
      <w:r>
        <w:rPr>
          <w:rFonts w:ascii="Times New Roman" w:hAnsi="Times New Roman" w:eastAsia="Times New Roman" w:cs="Times New Roman"/>
          <w:b w:val="0"/>
          <w:sz w:val="24"/>
        </w:rPr>
        <w:t>o</w:t>
        <w:tab/>
        <w:t>For how long was this person present at the meeting with your attorneys? (E.g., for some or all of the meeting.)</w:t>
      </w:r>
    </w:p>
    <w:p>
      <w:pPr>
        <w:keepNext w:val="0"/>
        <w:spacing w:before="200" w:after="0" w:line="260" w:lineRule="exact"/>
        <w:ind w:left="2520" w:right="0" w:firstLine="0"/>
        <w:jc w:val="both"/>
      </w:pPr>
      <w:r>
        <w:rPr>
          <w:rFonts w:ascii="Times New Roman" w:hAnsi="Times New Roman" w:eastAsia="Times New Roman" w:cs="Times New Roman"/>
          <w:b w:val="0"/>
          <w:sz w:val="24"/>
        </w:rPr>
        <w:t>o</w:t>
        <w:tab/>
        <w:t>How did this person participate in the meeting?</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review any documents with the attorneys for [party name] in preparation for this deposition?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How many documents did you review? (</w:t>
      </w:r>
      <w:r>
        <w:rPr>
          <w:rFonts w:ascii="Times New Roman" w:hAnsi="Times New Roman" w:eastAsia="Times New Roman" w:cs="Times New Roman"/>
          <w:b w:val="0"/>
          <w:sz w:val="24"/>
        </w:rPr>
        <w:t>If the witness does not know the specific number of documents, ask the witness to estimate the number of documents or file folders reviewed, or the thickness of the stack of documents that was reviewed</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Have you spoken to anyone other than the attorneys for [party name] about this case?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Who did you speak with?</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For each person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When did you speak with this person?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Where did you speak with this person?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Was anyone else present? Who?</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What specifically was discussed?</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 Deposition 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Mark the deposition notice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and review.</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Have you seen this document before?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When did you first see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was it brought to your attention?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do you understand this document to be?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Are you appearing for your deposition today in response to this notice of deposition?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If the expert is producing documents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duces tecum, mark the subpoena duces tecum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and review</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Have you seen this document before?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When did you first see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was it brought to your attention?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do you understand this document to be?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Are you producing any documents today in response to this subpoena duces tecum?</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documents are your producing?</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What did you do to search for these documents?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Were there any documents that you searched for, but were unable to find?</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documents were those?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Case Information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Involvement in case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Role as expert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is your understanding of your role with respect to the present lawsuit?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What’s the basis for your understanding?</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Who first approached you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 xml:space="preserve">When did [person/company/law firm name] approach you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he/she/they approach you? (E.g., by e-mail, phone call, etc.)</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was communicated to you at that time?</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communicated to you about the dispute between [plaintiff name] and [defendant name]?</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communicated to you about the [short patent number] patent?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communicated to you about [accused products]?</w:t>
      </w:r>
    </w:p>
    <w:p>
      <w:pPr>
        <w:keepNext w:val="0"/>
        <w:spacing w:before="200" w:after="0" w:line="260" w:lineRule="exact"/>
        <w:ind w:left="2160" w:right="0" w:firstLine="0"/>
        <w:jc w:val="both"/>
      </w:pPr>
      <w:r>
        <w:rPr>
          <w:rFonts w:ascii="Times New Roman" w:hAnsi="Times New Roman" w:eastAsia="Times New Roman" w:cs="Times New Roman"/>
          <w:b w:val="0"/>
          <w:sz w:val="24"/>
        </w:rPr>
        <w:t>▪</w:t>
        <w:tab/>
        <w:t xml:space="preserve">What was communicated to you about your possible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other information was communicated to you?</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Did you respond to any of the information that was communicated to you?</w:t>
      </w:r>
    </w:p>
    <w:p>
      <w:pPr>
        <w:keepNext w:val="0"/>
        <w:spacing w:before="200" w:after="0" w:line="260" w:lineRule="exact"/>
        <w:ind w:left="2160" w:right="0" w:firstLine="0"/>
        <w:jc w:val="both"/>
      </w:pPr>
      <w:r>
        <w:rPr>
          <w:rFonts w:ascii="Times New Roman" w:hAnsi="Times New Roman" w:eastAsia="Times New Roman" w:cs="Times New Roman"/>
          <w:b w:val="0"/>
          <w:sz w:val="24"/>
        </w:rPr>
        <w:t>▪</w:t>
        <w:tab/>
        <w:t>How did you respond?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did you say?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happened next?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Did you have any other communications with [person/company/law firm name] prior to your being retained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 ask the following questions for each such communication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did the communication occur?</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was the nature of the communication? (E.g., e-mail, phone call, face-to-face meeting, etc.)</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Who participated in the communication?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was the substance of the communication?</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communicated to you about the dispute between [plaintiff name] and [defendant name]?</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communicated to you about the [short patent number] patent?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communicated to you about [accused products]?</w:t>
      </w:r>
    </w:p>
    <w:p>
      <w:pPr>
        <w:keepNext w:val="0"/>
        <w:spacing w:before="200" w:after="0" w:line="260" w:lineRule="exact"/>
        <w:ind w:left="2160" w:right="0" w:firstLine="0"/>
        <w:jc w:val="both"/>
      </w:pPr>
      <w:r>
        <w:rPr>
          <w:rFonts w:ascii="Times New Roman" w:hAnsi="Times New Roman" w:eastAsia="Times New Roman" w:cs="Times New Roman"/>
          <w:b w:val="0"/>
          <w:sz w:val="24"/>
        </w:rPr>
        <w:t>▪</w:t>
        <w:tab/>
        <w:t xml:space="preserve">What was communicated to you about your possible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other information was communicated to you?</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happened next?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When were you formally retained to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Who informed you that you had been selected to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he/she/they approach you? (E.g., by e-mail, phone call, etc.)</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was communicated to you at that time?</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communicated to you about the dispute between [plaintiff name] and [defendant name]?</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communicated to you about the [short patent number] patent?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communicated to you about [accused products]?</w:t>
      </w:r>
    </w:p>
    <w:p>
      <w:pPr>
        <w:keepNext w:val="0"/>
        <w:spacing w:before="200" w:after="0" w:line="260" w:lineRule="exact"/>
        <w:ind w:left="2160" w:right="0" w:firstLine="0"/>
        <w:jc w:val="both"/>
      </w:pPr>
      <w:r>
        <w:rPr>
          <w:rFonts w:ascii="Times New Roman" w:hAnsi="Times New Roman" w:eastAsia="Times New Roman" w:cs="Times New Roman"/>
          <w:b w:val="0"/>
          <w:sz w:val="24"/>
        </w:rPr>
        <w:t>▪</w:t>
        <w:tab/>
        <w:t xml:space="preserve">What was communicated to you about your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other information was communicated to you?</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Did you respond to any of the information that was communicated to you?</w:t>
      </w:r>
    </w:p>
    <w:p>
      <w:pPr>
        <w:keepNext w:val="0"/>
        <w:spacing w:before="200" w:after="0" w:line="260" w:lineRule="exact"/>
        <w:ind w:left="2160" w:right="0" w:firstLine="0"/>
        <w:jc w:val="both"/>
      </w:pPr>
      <w:r>
        <w:rPr>
          <w:rFonts w:ascii="Times New Roman" w:hAnsi="Times New Roman" w:eastAsia="Times New Roman" w:cs="Times New Roman"/>
          <w:b w:val="0"/>
          <w:sz w:val="24"/>
        </w:rPr>
        <w:t>▪</w:t>
        <w:tab/>
        <w:t>How did you respond?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did you say?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happened next?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prior knowledge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is your understanding of the circumstances giving rise to the dispute between [plaintiff] and [defendant] concerning [subject matter of present lawsuit]?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is your understanding based 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Did you have any knowledge of the dispute between [plaintiff name] and [defendant name] before you were first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 xml:space="preserve">What knowledge did you have regarding the dispute between [plaintiff name] and [defendant name] before you were first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[party name]?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did you obtain this knowledge?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From whom did you obtain this knowledge?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Knowledge of the Parties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 capacity as expert or otherwise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When did you first become aware of [plaintiff/defendant]?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How did you first become aware of [plaintiff/defendant]?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is your general understanding of what [plaintiff/defendant] is, and what [plaintiff/defendant] does?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Have you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[plaintiff/defendant] in any other dispute?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 then ask the following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Which parties were involved in that dispute?</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the nature of the dispute?</w:t>
      </w:r>
    </w:p>
    <w:p>
      <w:pPr>
        <w:keepNext w:val="0"/>
        <w:spacing w:before="200" w:after="0" w:line="260" w:lineRule="exact"/>
        <w:ind w:left="2160" w:right="0" w:firstLine="0"/>
        <w:jc w:val="both"/>
      </w:pPr>
      <w:r>
        <w:rPr>
          <w:rFonts w:ascii="Times New Roman" w:hAnsi="Times New Roman" w:eastAsia="Times New Roman" w:cs="Times New Roman"/>
          <w:b w:val="0"/>
          <w:sz w:val="24"/>
        </w:rPr>
        <w:t>▪</w:t>
        <w:tab/>
        <w:t xml:space="preserve">What was the nature of your involvement in this dispute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(E.g., infringement expert, invalidity expert, etc.)</w:t>
      </w:r>
    </w:p>
    <w:p>
      <w:pPr>
        <w:keepNext w:val="0"/>
        <w:spacing w:before="200" w:after="0" w:line="260" w:lineRule="exact"/>
        <w:ind w:left="2160" w:right="0" w:firstLine="0"/>
        <w:jc w:val="both"/>
      </w:pPr>
      <w:r>
        <w:rPr>
          <w:rFonts w:ascii="Times New Roman" w:hAnsi="Times New Roman" w:eastAsia="Times New Roman" w:cs="Times New Roman"/>
          <w:b w:val="0"/>
          <w:sz w:val="24"/>
        </w:rPr>
        <w:t>▪</w:t>
        <w:tab/>
        <w:t xml:space="preserve">When were you involved in this dispute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the substance of your expert opinions in connection with this dispute?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Have you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against [plaintiff/defendant] in any other dispute?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 xml:space="preserve">If yes, then ask the same questions as above for the situation in which the witness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for the plaintiff or defendant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with anyone at company (e.g., current or former employees)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Before you were retained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 did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personal relationship with any current or former employees or officers of [patent owner]?</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 then ask the following for each current or former employee or officer</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 xml:space="preserve">With whom did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personal relationship?</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was the nature of that relationship?</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did the relationship start?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 xml:space="preserve">Have you had any communications with [employee or officer name] regarding your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 then ask the following for each such communication</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When did the communication occur?</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the nature of the communication? (E.g., e-mail, phone call, etc.)</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the substance of the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with law firm for patent owner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Before you were retained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 did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personal relationship with any attorneys with [law firm for patent owner]?</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 then ask the following for each attorney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 xml:space="preserve">With whom did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personal relationship?</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was the nature of that relationship?</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did the relationship start?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Have you served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represented by [law firm for patent owner] in any other dispute?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 then ask the following</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Which parties were involved in that dispute?</w:t>
      </w:r>
    </w:p>
    <w:p>
      <w:pPr>
        <w:keepNext w:val="0"/>
        <w:spacing w:before="200" w:after="0" w:line="260" w:lineRule="exact"/>
        <w:ind w:left="2160" w:right="0" w:firstLine="0"/>
        <w:jc w:val="both"/>
      </w:pPr>
      <w:r>
        <w:rPr>
          <w:rFonts w:ascii="Times New Roman" w:hAnsi="Times New Roman" w:eastAsia="Times New Roman" w:cs="Times New Roman"/>
          <w:b w:val="0"/>
          <w:sz w:val="24"/>
        </w:rPr>
        <w:t>▪</w:t>
        <w:tab/>
        <w:t xml:space="preserve">For which party did you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the nature of the dispute?</w:t>
      </w:r>
    </w:p>
    <w:p>
      <w:pPr>
        <w:keepNext w:val="0"/>
        <w:spacing w:before="200" w:after="0" w:line="260" w:lineRule="exact"/>
        <w:ind w:left="2160" w:right="0" w:firstLine="0"/>
        <w:jc w:val="both"/>
      </w:pPr>
      <w:r>
        <w:rPr>
          <w:rFonts w:ascii="Times New Roman" w:hAnsi="Times New Roman" w:eastAsia="Times New Roman" w:cs="Times New Roman"/>
          <w:b w:val="0"/>
          <w:sz w:val="24"/>
        </w:rPr>
        <w:t>▪</w:t>
        <w:tab/>
        <w:t xml:space="preserve">What was the nature of your involvement in this dispute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(E.g., infringement expert, invalidity expert, etc.)</w:t>
      </w:r>
    </w:p>
    <w:p>
      <w:pPr>
        <w:keepNext w:val="0"/>
        <w:spacing w:before="200" w:after="0" w:line="260" w:lineRule="exact"/>
        <w:ind w:left="2160" w:right="0" w:firstLine="0"/>
        <w:jc w:val="both"/>
      </w:pPr>
      <w:r>
        <w:rPr>
          <w:rFonts w:ascii="Times New Roman" w:hAnsi="Times New Roman" w:eastAsia="Times New Roman" w:cs="Times New Roman"/>
          <w:b w:val="0"/>
          <w:sz w:val="24"/>
        </w:rPr>
        <w:t>▪</w:t>
        <w:tab/>
        <w:t xml:space="preserve">When were you involved in this dispute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the substance of your expert opinions in connection with this dispute?</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interest (see Section 5)</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Other than your role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do you have any involvement with [plaintiff/defendant] concerning the [short patent no.] patent or the subject matter of this litigation?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is the nature of your involvement?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your involvement come about?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What’s the current status of your involvement?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Other than your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do you have any financial interest in the [short patent no.] patent or any other financial interest relating to the present litigation?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What’s the nature of your financial interest?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acquire this financial interest?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did you acquire this financial interest?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What’s your understanding of the value of this financial interest?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What’s the basis for your understanding?</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Do you own any stock in [name of party]?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much stock in [name of party] do you own?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What’s the value of your stock in [name of party]?</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Do you receive dividends each year from [name of party] on account of the stock you own in [name of party]?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much did you receive in dividends from [name of party] during the most recent fiscal year?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Are you aware of any analysis, opinion or other information regarding how the value of stock in [name of party] would be affected if [name of party] prevails in this lawsuit?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Are you aware of any analysis, opinion or other information regarding how the dividends paid by [name of party] would be affected if [name of party] prevails in this lawsuit?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the answer to either of the two preceding questions is yes, ask follow-up questions to discover the substance of the analysis, opinion, or other information; the source of the analysis, opinion, or other information; and how the inventor would benefit assuming that the analysis, opinion or other information were correct</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Knowledge of the patent (prior to case)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Did you have any knowledge of the [short patent no.] patent prior to your being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When did you first become aware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become aware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do you understand to be the subject matter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is your understanding based 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do you understand to be the invention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is your understanding based 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Knowledge of the accused products (prior to case)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Did you have any knowledge of [accused products] prior to your being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When did you first become aware of [accused products]?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become aware of [accused products]?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What knowledge about [accused products] did you have prior to your being approached about possibly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Background</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Resume/CV</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Mark the expert’s resume/CV, list of publications, presentations, patents, etc., authenticate and review.</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Is this your [describe nature of document]?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When was this document prepared / last updated?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For each category of information on the document, e.g., education, employment, publications, etc., ask the following</w:t>
      </w:r>
      <w:r>
        <w:rPr>
          <w:rFonts w:ascii="Times New Roman" w:hAnsi="Times New Roman" w:eastAsia="Times New Roman" w:cs="Times New Roman"/>
          <w:b w:val="0"/>
          <w:sz w:val="24"/>
        </w:rPr>
        <w:t>: Do you have any [education, employment, publications, etc.] that are not listed in this document?</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information is not listed in this document?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Education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high school did you attend?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graduate? When?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type of courses did you take in high school? (E.g., particular courses, college prep curriculum, etc.)</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was the first school you attended after high school?</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When did you attend [school name]?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was your major?</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Did you also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area of emphasis?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was it?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Did you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thesis, dissertation or other research document as part of your degree program?</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was the subject of that document?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 xml:space="preserve">If you have the document, consider whether to mark it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it and review its contents with the inventor. If you don’t have the document, consider whether to request it on the record.</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Did you graduate?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When?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degree(s) did you receive from [school name]?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Did you continue your education after attending [first school name]?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Where did you go next to continue your education?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Repeat the above line of questioning until you have exhausted all of the inventor’s post-secondary education</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 History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What was your first job after [select appropriate point in time; e.g., high school, college,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Ph.D., etc.]?</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For whom did you work?</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period of time did you work for [employer name]?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were your responsibilities when you first started working for [employer name]?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Did your responsibilities with [employer name] change over time?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Describe how your responsibilities with [employer name] changed over time.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 xml:space="preserve">Ask additional or follow-up questions to focus in on events or activities that are relevant to your case. For example, you could focus on the witness’ organization, reporting structure and co-workers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point in time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When did you end your employment with [employer name]?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Why did you end your employment with [employer name]?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was your next job after [first employer name]?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Repeat the above line of questioning until you have exhausted all of the witness’ employment history</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When did you start your work/research regarding the subject matter discussed in this publication?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Did this publication build on work/research that was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publication? Which publication is that?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Do any of your later publications build on the work/research that is the subject of the present publication? Which later publication(s)?</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the publication has multiple authors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was your role in preparing this publication?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was the role of the other author(s) in preparing this publication?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was your role in performing the work/research described in this publication?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was the role of the other author(s) in performing the work/research described in this publication?</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Awards, certifications, patents, etc.</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Awards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Have you received any awards over the course of your education and your professional career?</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award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What’s the name of this award?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Who sponsors/administers this award?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often is it awarded?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is included with this award? (E.g., plaque, medal, financial stipend)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Who are the candidates for/intended recipients of this award?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is your understanding of why you received this award?</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Do you hold any professional or other certifications?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For each certification: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What’s the name of this certification?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What’s the purpose/significance of this certification?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Who administers/grants this certification?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Does this certification have any educational requirements? What are they?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Does this certification have any testing requirements?</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kind of testing is required?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Does this certification have any requirements for practical experience? What are they?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Does this certification have any other requirements? What are they?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Are you the named inventor on any patents? How many?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was the first patent application filed for one of your inventions?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was the most recent patent application filed for one of your inventions?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How many patents do you hold in the field of [e.g., the technology of the patent in suit]?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What’s the subject matter of your patents in the field of [e.g., the technology of the patent in suit]?</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For any other items of this nature that appear on the inventor’s CV, address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case-by-case basis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Expert testifying/consulting experience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Do you consider yourself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[describe subject matter; e.g., chemical arts, mechanical arts, semiconductor technology]?</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Do you consider yourself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any fields within the subject matter of [same subject matter as preceding question]?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In which fields within the subject matter of [same subject matter as preceding question] do you consider yourself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field of interest identified by the expert witness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What knowledge, skill, experience, training, or education do you have that you believe qualifies you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the field of [field of expertise previously identified by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experience do you have preparing expert reports in the field of [field of expertise previously identified by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What experience do you have providing expert testimony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in the field of [field of expertise previously identified by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What experience do you have providing expert testimony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or hearing in the field of [field of expertise previously identified by expert witness]?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experience do you have providing expert consultation in the field of [field of expertise previously identified by expert witness]?</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Ask follow-up questions as appropriate to elicit information about the underlying facts for each example of expert report preparation, expert testimony and expert consultation by the witness. For example, for expert reports and expert testimony, ask follow-up questions to elicit information regarding the underlying litigation, such as the parties and the nature of the dispute, as well as the substance of the expert’s deposition and/or trial testimony, including his/her expert opinions in the case. For expert consultations, ask follow-up questions to elicit information regarding the subject matter of the consultation, the client, and the nature and substance of the expert’s work product for the consultation</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Rate, arrangement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How are you being compensated for your expert services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How did you determine which hourly rate(s) to charge for your services?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Is this the same hourly rate(s) that you charge to other clients for similar engagements?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How does this hourly rate differ from the rate charged to other clients for similar engagements?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Is any part of your compensation dependent on the substance of your expert opinions or the outcome of this case?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is your compensation dependent on the substance of your expert opinions or the outcome of this case?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Is the total amount of compensation that you can receive for your work in this case capped or limited in any way?</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Is the amount of compensation that you can receive for any part of your work in this case [e.g., investigation, preparation of report, testimony] capped or limited in any way?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 to either or both of the preceding questions</w:t>
      </w:r>
      <w:r>
        <w:rPr>
          <w:rFonts w:ascii="Times New Roman" w:hAnsi="Times New Roman" w:eastAsia="Times New Roman" w:cs="Times New Roman"/>
          <w:b w:val="0"/>
          <w:sz w:val="24"/>
        </w:rPr>
        <w:t>: How is the amount of compensation that you can receive capped or limited?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was it determined that your compensation would be capped or limited in this way?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Examine engagement letter, fee arrangement, etc.</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Is there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engagement letter relating to your services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in this case?</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If yes, mark the engagement letter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and review</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Have you seen this document before?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is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Who prepared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Were any of the terms in this document negotiated?</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terms?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How were they negotiated?</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Are there any other written agreements relating to your services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in this case?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are the other written agreements relating to your services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in this case?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Mark each such agreement, authenticate, and ask questions to review the terms of the agreement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Expert Report(s)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 the patent in suit and expert report(s), and review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Mark the patent in suit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hand it to the witness, and ask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Do you recognize this document as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Mark the validity expert report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hand it to the witness, and ask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Is this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expert report that you prepared in this case regarding issues relating to validity of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Mark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any additional expert reports,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expert report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rebuttal expert report, hand it to the witness, and ask questions similar to the question set forth immediately above.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Preparation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request from client, assumptions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Did you receive any guidance or direction from [party retaining expert] or [law firm for party retaining expert] regarding what issues or what types of opinions you should address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guidance or direction did you receive?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Who gave you that guidance or direction?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were you given that guidance or direction?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were you given that guidance or direction?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Were you provided with any assumptions by [party retaining expert] or [law firm for party retaining expert] that you relied upon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assumptions were you provided?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Who provided you with those assumptions?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were you provided with those assumptions?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were you provided with those assumptions?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rely upon those assumptions in forming the opinions expressed in your expert report?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Materials reviewed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materials did your review in connection with the preparation of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Did you review any materials in connection with the preparation of your expert report that are not listed in [section of expert report identifying facts or data considered]?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materials did you review that are not listed in that section of your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Who made the decision not to list those materials in [section of expert report identifying facts or data considered]?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was the basis for the decision not to list those materials in [section of expert report identifying facts or data considered]?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facts or data did you consider in forming the opinions expressed in your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Are all those facts and data listed in [section of expert report identifying facts or data considered]?</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What facts or data did you consider that are not listed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Why are those facts or data not listed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In connection with preparing your expert report, were you provided with any facts or data that you did not consider in forming the opinions expressed in your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facts or data were you provided that you did not consider in forming the opinions expressed in your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Why did you not consider those facts or data in forming the opinions expressed in your report?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Consideration of prosecution history</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Did you review any part(s) of the prosecution history of the [short patent no.] patent in connection with the preparation of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part(s) of the prosecution history of the [short patent no.] patent did you review?</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Did you consider any part(s) of the prosecution history of the [short patent no.] patent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part(s) of the prosecution history did you consider?</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consider those part(s) of the prosecution history in forming the opinions expressed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Did you review any part(s) of the prosecution history that you did not consider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Which part(s) of the prosecution history did you review but not consider in forming your opinions?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Why did you not consider those part(s) of the prosecution history in forming your opinions?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any portion of the prosecution history that the expert did not review, but that is relevant to your theory of the case, direct the expert to that portion of the prosecution history and ask the following:</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You did not consider [portion of prosecution history] in forming the opinions expressed in your expert report, correct?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If you were to consider [portion of prosecution history], would that change the opinions expressed in your expert report in any way?</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would change, and how would they change?</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considered [portion of prosecution history], why would that not change the opinions expressed in your expert report?</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Tests conducted</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Did you conduct any tests or rely on any tests performed by others in connection with preparing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test(s) did you conduct/rely on in connection with preparing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For each such test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is the nature of the test? / What methodology was used to carry out the test?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Who conducted the test?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When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Where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How many times was the test performed?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were the results of the test?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How did you use the results of the test in forming your expert opinions in this case?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Are your aware of any tests performed by you or someone else in connection with the preparation of your expert report that you did not rely on, or that you rejected,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test(s) did you nor rely on or reject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For each such test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is the nature of the test? / What methodology was used to carry out the test?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Who conducted the test?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When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Where was the test conducted?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How many times was the test performed?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were the results of the test?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Why did you not rely on or reject the results of the test in forming your expert opinions in this case?</w:t>
      </w:r>
    </w:p>
    <w:p>
      <w:pPr>
        <w:keepNext w:val="0"/>
        <w:spacing w:before="120" w:after="0" w:line="260" w:lineRule="exact"/>
        <w:ind w:left="108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Others involved (role of each)</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Was anyone else involved in any way in preparing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Who else was involved in preparing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other person who was involved</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role did [name of person] play in preparing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did [name of person] become involved in preparing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Did you engage in any communications with [name of person] regarding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the nature of your communications with [name of person] regarding your expert report? (E.g., phone call, e-mail, face-to-face conversation)</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When did your communications with [name of person] occur?</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was the substance of your communications with [name of person] regarding your expert report?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Did you consider your communications with [name of person] in forming the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Are there any documents or other records relating to your communications with [name of person] regarding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 ask the following questions for each document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When was it created?</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Who created it?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Where is that document?</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If you have the document, mark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authenticate, and review</w:t>
      </w:r>
    </w:p>
    <w:p>
      <w:pPr>
        <w:keepNext w:val="0"/>
        <w:spacing w:before="200" w:after="0" w:line="260" w:lineRule="exact"/>
        <w:ind w:left="2520" w:right="0" w:firstLine="0"/>
        <w:jc w:val="both"/>
      </w:pPr>
      <w:r>
        <w:rPr>
          <w:rFonts w:ascii="Times New Roman" w:hAnsi="Times New Roman" w:eastAsia="Times New Roman" w:cs="Times New Roman"/>
          <w:b w:val="0"/>
          <w:sz w:val="24"/>
        </w:rPr>
        <w:t>•</w:t>
        <w:tab/>
        <w:t>What information does this document contain relating to your communications with [name of person] regarding your expert report?</w:t>
      </w:r>
    </w:p>
    <w:p>
      <w:pPr>
        <w:keepNext w:val="0"/>
        <w:spacing w:before="200" w:after="0" w:line="260" w:lineRule="exact"/>
        <w:ind w:left="2520" w:right="0" w:firstLine="0"/>
        <w:jc w:val="both"/>
      </w:pPr>
      <w:r>
        <w:rPr>
          <w:rFonts w:ascii="Times New Roman" w:hAnsi="Times New Roman" w:eastAsia="Times New Roman" w:cs="Times New Roman"/>
          <w:b w:val="0"/>
          <w:sz w:val="24"/>
        </w:rPr>
        <w:t>•</w:t>
        <w:tab/>
        <w:t>Where in this document reflects information relating to your communications with [name of person] regarding your expert report?</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you do not have the document, request it.</w:t>
      </w:r>
    </w:p>
    <w:p>
      <w:pPr>
        <w:keepNext w:val="0"/>
        <w:spacing w:before="120" w:after="0" w:line="260" w:lineRule="exact"/>
        <w:ind w:left="108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of opinions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Describe the process you followed in forming the opinions expressed in your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opinion stated in the expert report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In connection with your work on this case, did you form any opinions regarding [subject matter of opinion]?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opinions did you form regarding [subject matter of opinion]?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are the basis and reasons for your opinions regarding [subject matter of opinion]?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Are you aware of any facts or data that are inconsistent with your opinions regarding [subject matter of opinion], or that are inconsistent with the basis and reasons for those opinions?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facts or data are you aware of that are inconsistent with your opinions regarding [subject matter of opinion], or that are inconsistent with the basis and reasons for those opinions?</w:t>
      </w:r>
    </w:p>
    <w:p>
      <w:pPr>
        <w:keepNext w:val="0"/>
        <w:spacing w:before="200" w:after="0" w:line="260" w:lineRule="exact"/>
        <w:ind w:left="2160" w:right="0" w:firstLine="0"/>
        <w:jc w:val="both"/>
      </w:pPr>
      <w:r>
        <w:rPr>
          <w:rFonts w:ascii="Times New Roman" w:hAnsi="Times New Roman" w:eastAsia="Times New Roman" w:cs="Times New Roman"/>
          <w:b w:val="0"/>
          <w:sz w:val="24"/>
        </w:rPr>
        <w:t>▪</w:t>
        <w:tab/>
        <w:t>How did you account for the inconsistent facts or data in forming your opinions?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opinions not in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In connection with your work on this case, did you form any opinions that are not included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opinions did you form that are not included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Why did you not include these opinions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Who drafted, assistance, etc.</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Who drafted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role did you take in drafting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Did you receive assistance from anyone in drafting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Who assisted you in drafting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For each person identified:</w:t>
      </w:r>
      <w:r>
        <w:rPr>
          <w:rFonts w:ascii="Times New Roman" w:hAnsi="Times New Roman" w:eastAsia="Times New Roman" w:cs="Times New Roman"/>
          <w:b w:val="0"/>
          <w:sz w:val="24"/>
        </w:rPr>
        <w:t xml:space="preserve"> How did [name of person] assist you?</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particularly important exhibits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Why did you include Exhibit [exhibit name or number]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Does Exhibit [exhibit name or number] summarize or support any opinions expressed in your expert report?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does Exhibit [exhibit name or number] summarize or support?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Who prepared Exhibit [exhibit name or number]?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facts, data or other information were used to prepare Exhibit [exhibit name or number]?</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Are you aware of any facts or data that are inconsistent with the information presented in Exhibit [exhibit name or number]?</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facts or data are you aware of that are the information presented in Exhibit [exhibit name or number]?</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account for the inconsistent facts or data in preparing Exhibit [exhibit name or number]?</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 in Suit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Relevant technological fields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areas of technology do you consider to be relevant to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area of technology identified by the expert</w:t>
      </w:r>
      <w:r>
        <w:rPr>
          <w:rFonts w:ascii="Times New Roman" w:hAnsi="Times New Roman" w:eastAsia="Times New Roman" w:cs="Times New Roman"/>
          <w:b w:val="0"/>
          <w:sz w:val="24"/>
        </w:rPr>
        <w:t>: Why do you consider [area of technology] to be relevant to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Do you consider [additional area of technology not volunteered by the inventor] to be relevant to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Why? / Why not?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 xml:space="preserve">If the expert does not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area of technology is relevant</w:t>
      </w:r>
      <w:r>
        <w:rPr>
          <w:rFonts w:ascii="Times New Roman" w:hAnsi="Times New Roman" w:eastAsia="Times New Roman" w:cs="Times New Roman"/>
          <w:b w:val="0"/>
          <w:sz w:val="24"/>
        </w:rPr>
        <w:t xml:space="preserve">: Is [area of technology] something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working in the field of [area of technology of patent in suit] would consider when trying to solve problems relating to that field?</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relevant area of technology, whether volunteered by the expert or not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experience do you have working in [relevant area of technology]?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When did you gain this experience?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Where were you working when you gained this experience?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work with other people when you were working in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many other people did you work with?</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What were their roles?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What were their respective levels of education?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regularly consult any reference materials when you were working in this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reference materials did you consult?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For what purpose did you consult these reference materials?</w:t>
      </w:r>
    </w:p>
    <w:p>
      <w:pPr>
        <w:keepNext w:val="0"/>
        <w:spacing w:before="200" w:after="0" w:line="260" w:lineRule="exact"/>
        <w:ind w:left="1800" w:right="0" w:firstLine="0"/>
        <w:jc w:val="both"/>
      </w:pPr>
      <w:r>
        <w:rPr>
          <w:rFonts w:ascii="Times New Roman" w:hAnsi="Times New Roman" w:eastAsia="Times New Roman" w:cs="Times New Roman"/>
          <w:b w:val="0"/>
          <w:sz w:val="24"/>
        </w:rPr>
        <w:t>▪</w:t>
        <w:tab/>
        <w:t>Do you have copies of the reference materials?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Problem invention addressed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Awareness of common prior art methods/principles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problem is addressed by the invention of the [short patent no.] patent? (</w:t>
      </w:r>
      <w:r>
        <w:rPr>
          <w:rFonts w:ascii="Times New Roman" w:hAnsi="Times New Roman" w:eastAsia="Times New Roman" w:cs="Times New Roman"/>
          <w:b w:val="0"/>
          <w:sz w:val="24"/>
        </w:rPr>
        <w:t>Direct the witness to specific text in the specification of the patent in suit, if appropriate.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How was this problem addressed before the invention of the [short patent no.] patent? / What methods or principles were used to address this problem before the invention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How is the invention of the [short patent no.] patent different from what was previously done to address this problem?</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At the time of the invention of the patent in suit, was [specific method or principle] used by persons of ordinary skill in [area of technology] to address [problem addressed by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Advantages/Disadvantages of invention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your opinion, does the invention of [short patent no.] patent have any advantages over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advantages does the invention of [short patent no.] patent have over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For each advantage identified</w:t>
      </w:r>
      <w:r>
        <w:rPr>
          <w:rFonts w:ascii="Times New Roman" w:hAnsi="Times New Roman" w:eastAsia="Times New Roman" w:cs="Times New Roman"/>
          <w:b w:val="0"/>
          <w:sz w:val="24"/>
        </w:rPr>
        <w:t>: How does the invention of [short patent no.] patent achieve this advantage over the prior art?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your opinion, does the invention of [short patent no.] patent have any disadvantages compared to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disadvantages does the invention of [short patent no.] patent have compared to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For each disadvantage identified</w:t>
      </w:r>
      <w:r>
        <w:rPr>
          <w:rFonts w:ascii="Times New Roman" w:hAnsi="Times New Roman" w:eastAsia="Times New Roman" w:cs="Times New Roman"/>
          <w:b w:val="0"/>
          <w:sz w:val="24"/>
        </w:rPr>
        <w:t>: What causes the invention of [short patent no.] patent to have this disadvantage compared to the prior art?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Products embodying the patent-in-suit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Are you aware of any commercial products that embody one or more claims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products are you aware of?</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For each product identified:</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Which claim(s) of the [short patent no.] patent is/are embodied in [commercial product name]?</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When did you first become aware of [commercial product name]?</w:t>
      </w:r>
    </w:p>
    <w:p>
      <w:pPr>
        <w:keepNext w:val="0"/>
        <w:spacing w:before="200" w:after="0" w:line="260" w:lineRule="exact"/>
        <w:ind w:left="1800" w:right="0" w:firstLine="0"/>
        <w:jc w:val="both"/>
      </w:pPr>
      <w:r>
        <w:rPr>
          <w:rFonts w:ascii="Times New Roman" w:hAnsi="Times New Roman" w:eastAsia="Times New Roman" w:cs="Times New Roman"/>
          <w:b w:val="0"/>
          <w:sz w:val="24"/>
        </w:rPr>
        <w:t>▪</w:t>
        <w:tab/>
        <w:t>How did you first become aware of [commercial product name]?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Process to arrive that determination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product identified above: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determine that [commercial product name] was covered by one or more claim(s)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information did you consider in making the determination that [commercial product name] was covered by one or more claim(s)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did you determine that [commercial product name] was covered by one or more claim(s)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In reaching your determination that [commercial product name] was covered by one or more claim(s) of the [short patent no.] patent, did you observe or analyze any physical specimens of [commercial product name]?</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 ask follow-up questions as appropriate to discover information regarding the observation or analysis of physical specimens of the commercial product, including what observations were made, whether any photographs were taken, etc.</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In reaching your determination that [commercial product name] was covered by one or more claim(s) of the [short patent no.] patent, did you review any documents or other information concerning [commercial product name]?</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 ask follow-up questions as appropriate to discover what documents or information was reviewed, what conclusions were drawn from the documents or information, etc.</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In reaching your determination that [commercial product name] was covered by one or more claim(s) of the [short patent no.] patent, did you conduct any testing of physical specimens of [commercial product name]?</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If yes, ask follow-up questions as appropriate to discover what testing was conducted, the results of the testing, what conclusions were drawn from the documents or information, etc. See Sections </w:t>
      </w:r>
      <w:r>
        <w:rPr>
          <w:rFonts w:ascii="Times New Roman" w:hAnsi="Times New Roman" w:eastAsia="Times New Roman" w:cs="Times New Roman"/>
          <w:b w:val="0"/>
          <w:sz w:val="24"/>
        </w:rPr>
        <w:t>6.</w:t>
      </w:r>
      <w:r>
        <w:rPr>
          <w:rFonts w:ascii="Times New Roman" w:hAnsi="Times New Roman" w:eastAsia="Times New Roman" w:cs="Times New Roman"/>
          <w:b w:val="0"/>
          <w:sz w:val="24"/>
        </w:rPr>
        <w:t>b.</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outline for examples of questions relating to testing.</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limitation-by-limitation analysis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Does the [short patent no.] patent cover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claim(s) of the [short patent no.] patent cover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Where is [first claim limitation] found in [commercial product]? / How does [first claim limitation] read on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Where is [second claim limitation] found in [commercial product]? / How does [second claim limitation] read on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Where is [first claim limitation in claimed relationship with second claim limitation] found in [commercial product]?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Does the [short patent no.] patent cover [describe feature] of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claim(s) of the [short patent no.] patent cover [describe feature] of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does claim [number] read on [describe feature] of [commercial product]?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Comparisons to any examples in specification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Is [commercial product] described in the specification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Where is [commercial product] described in the specification?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Where is [first claim limitation as embodied in commercial product] described in the specification?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Where is [second claim limitation as embodied in commercial product] described in the specification?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Where is [first claim limitation in claimed relationship with second claim limitation as embodied in commercial product] described in the specification?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Does commercial product contain/embody [unclaimed feature described in specification]?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Where is [unclaimed feature described in specification] found in [commercial product]?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Important areas of specification not discussed in report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the opinions expressed in your expert report, did you consider the information in the specification beginning at [column, line] and ending at [column, line]?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Why did you not consider that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If you had considered that information, would it have affected the opinions expressed in your report?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would this information have affected the opinions expressed in your report?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Why not?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Issues re: inventorship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the course of your work on this case, did you form any opinions regarding who invented the subject matter claimed in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If yes, then ask the following for each claim: In your opinion, who invented the subject matter of claim [number]?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What’s the basis for your opinion?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form your opinion that [inventor name] invented the subject matter of claim [number]?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documents did you review that support your opinion that [inventor name] invented the subject matter of claim [number]?</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document identified</w:t>
      </w:r>
      <w:r>
        <w:rPr>
          <w:rFonts w:ascii="Times New Roman" w:hAnsi="Times New Roman" w:eastAsia="Times New Roman" w:cs="Times New Roman"/>
          <w:b w:val="0"/>
          <w:sz w:val="24"/>
        </w:rPr>
        <w:t>: What specific information in [document name] supports your opinion that [inventor name] invented the subject matter of claim [number]?</w:t>
      </w:r>
    </w:p>
    <w:p>
      <w:pPr>
        <w:keepNext w:val="0"/>
        <w:spacing w:before="200" w:after="0" w:line="260" w:lineRule="exact"/>
        <w:ind w:left="1800" w:right="0" w:firstLine="0"/>
        <w:jc w:val="both"/>
      </w:pPr>
      <w:r>
        <w:rPr>
          <w:rFonts w:ascii="Times New Roman" w:hAnsi="Times New Roman" w:eastAsia="Times New Roman" w:cs="Times New Roman"/>
          <w:b w:val="0"/>
          <w:sz w:val="24"/>
        </w:rPr>
        <w:t>▪</w:t>
        <w:tab/>
        <w:t>How does the information in [document name] support your opinion that [inventor name] invented the subject matter of claim [number]?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other information, facts or data did you consider that supports your opinion that [inventor name] invented the subject matter of claim [number]?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does that information, facts or data support your opinion that [inventor name] invented the subject matter of claim [number]?</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Issues re: date of invention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In forming the opinions expressed in your expert report, did you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date as the date of invention for the invention claimed in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date of invention did you use in forming the opinions expressed in your report?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Why didn’t you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date of invention for the invention claimed in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Are you aware that [expert for accused infringer] is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date of invention for the invention claimed in the [short patent no.] patent; specifically, [accused infringer’s date of invention]?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If you were to use [accused infringer’s date of invention] as the date of invention for the invention claimed in the [short patent no.] patent, would that change the opinions expressed in your expert report in any way?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would change, and how would they change?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used [accused infringer’s date of invention] as the date of invention for the invention claimed in the [short patent no.] patent, why would that not change the opinions expressed in your expert report?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 Construction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Constructions used in performing validity analysis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Do you understand that,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validity analysis, the claims of the patent at issue must be properly construed to determine their scope and meaning?</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In forming your opinions on validity in this case, did you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claim construction for the asserted claims of the [short patent no.] patent?</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court’s claim 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Are you aware that the court issued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construction order in this case on [date of order], construing several terms in the claims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In forming your opinions on validity in this case, did you use the court’s construction of any claim terms for the asserted claims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For which claim terms did you use the court’s 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Ask additional questions concerning the expert’s use of the court’s claim construction as relevant to your theory of the case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use of constructions other than the court’s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When you compared the claims of [short patent no.] patent to [accused product] in order to form your opinions on validity in this case, did you use any constructions of claim terms that were different from or in addition to the court’s claim construction?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For which terms did you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construction that was different from or in addition to the court’s construction?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For each such claim term</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What claim construction did you use for [construed claim term]?</w:t>
      </w:r>
    </w:p>
    <w:p>
      <w:pPr>
        <w:keepNext w:val="0"/>
        <w:spacing w:before="200" w:after="0" w:line="260" w:lineRule="exact"/>
        <w:ind w:left="2160" w:right="0" w:firstLine="0"/>
        <w:jc w:val="both"/>
      </w:pPr>
      <w:r>
        <w:rPr>
          <w:rFonts w:ascii="Times New Roman" w:hAnsi="Times New Roman" w:eastAsia="Times New Roman" w:cs="Times New Roman"/>
          <w:b w:val="0"/>
          <w:sz w:val="24"/>
        </w:rPr>
        <w:t>▪</w:t>
        <w:tab/>
        <w:t>How did you arrive at the claim construction for [construed claim term]?</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Ask additional questions concerning the expert’s use of constructions other than the court’s claim construction as relevant to your theory of the case.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questionable interpretations of terms not construed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Consider asking the following questions regarding any questionable interpretations of terms not already covered under Section </w:t>
      </w:r>
      <w:r>
        <w:rPr>
          <w:rFonts w:ascii="Times New Roman" w:hAnsi="Times New Roman" w:eastAsia="Times New Roman" w:cs="Times New Roman"/>
          <w:b w:val="0"/>
          <w:sz w:val="24"/>
        </w:rPr>
        <w:t>8.</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outline. Also consider using regular dictionaries, technical dictionaries, or other reference materials as appropriate to show the plain and ordinary meaning of terms consistent with your theory of the case.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In forming your opinions on validity in this case, what meaning did you give to [claim term]?</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is the plain and ordinary meaning of [claim term]?</w:t>
      </w:r>
    </w:p>
    <w:p>
      <w:pPr>
        <w:keepNext w:val="0"/>
        <w:spacing w:before="200" w:after="0" w:line="260" w:lineRule="exact"/>
        <w:ind w:left="1800" w:right="0" w:firstLine="0"/>
        <w:jc w:val="both"/>
      </w:pPr>
      <w:r>
        <w:rPr>
          <w:rFonts w:ascii="Times New Roman" w:hAnsi="Times New Roman" w:eastAsia="Times New Roman" w:cs="Times New Roman"/>
          <w:b w:val="0"/>
          <w:sz w:val="24"/>
        </w:rPr>
        <w:t>▪</w:t>
        <w:tab/>
        <w:t>How did you arrive at that meaning?</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If you were to use [accused infringer’s meaning] as the meaning of [claim term], would that change the opinions expressed in your expert report in any way?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would change, and how would they change?</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used [accused infringer’s meaning] as the meaning of [claim term], why would that not change the opinions expressed in your expert report?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 of Ordinary Skill in the Art (POSITA)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Level of skill applied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the opinions expressed in your expert report, what level of skill did you attribute to the person of ordinary skill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In forming the opinions expressed in your expert report, what did you consider to be the relevant area(s) of technology for the person of ordinary skill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level of education was possessed by the person of ordinary skill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amount of experience was possessed by the person of ordinary skill in the art?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If someone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[greater/lesser] level of education but also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[lesser/greater] amount of experience, could that person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for purposes of the opinions expressed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 xml:space="preserve">If yes, ask follow-up questions as appropriate. For example, “if someone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master’s degree rather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doctoral degree, then in your opinion how many years of experience would that person need in order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In forming the opinions expressed in your expert report, did you consider the person of ordinary skill in the art to possess any other attributes besides the level of education and amount of experience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area of technology?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additional attributes did you consider the person of ordinary skill in the art to possess?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How did you apply the level of skill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in forming the opinions expressed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frame considered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the opinions expressed in your expert report, what did you consider as the relevant time frame when the person of ordinary skill in the art would be working in [relevant area of technology]?</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Why did you choose that time frame?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If you were to consider [accused infringer’s time frame] as the relevant time frame for the person of ordinary skill in the art, would that change the opinions expressed in your expert report in any way?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would change, and how would they change?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considered [accused infringer’s time frame] as the relevant time frame for the person of ordinary skill in the art, why would that not change the opinions expressed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Factors considered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factors did you consider to determine the level of skill attributed to the person of ordinary skill in the art?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consider the educational level of the inventors?</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consider the type of problems encountered in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consider how the prior art solved the problems addressed by the invention of the [short patent no.] patent?</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consider the rapidity with which innovations are made in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consider the sophistication of the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did you consider that factor?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Did you consider the education level of active workers in [relevant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did you consider that factor?</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Expert’s level of skill vs POSITA</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Ask questions to compare the expert’s level of skill to that of the person of ordinary skill in the art. The following are examples of the types of questions you may want to ask the expert.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The highest level of education that you attained was [level of education]; correct?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So, you attained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[higher/lower] level of education that the person of ordinary skill in the art that you considered in forming the opinions expressed in your expert report; correct?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You started working in [relevant area of technology] in [year]; correct?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So, you didn’t start working in [relevant area of technology] until [number] years after the period that you considered to be the relevant time frame when the person of ordinary skill in the art would be working in [relevant area of technology]; correct?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Contrast with level of skill applied by accused infringer’s expert (mark Invalidity expert report)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Mark the accused infringer’s invalidity expert report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and show the report to the infringement expert.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Directing your attention to [page of invalidity expert report], do you see that [invalidity expert] describes the level of skill attributed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for purposes of the opinions expressed in that report?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Do you see that [invalidity expert] considered the relevant area(s) of technology for the person of ordinary skill in the art to be [area(s) of technology]?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If you were to consider [invalidity expert’s area(s) of technology] as the relevant area(s) of technology for the person of ordinary skill in the art, would that change the opinions expressed in your expert report in any way?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would change, and how would they change?</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considered [invalidity expert’s area(s) of technology] as the relevant area(s) of technology for the person of ordinary skill in the art, why would that not change the opinions expressed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Do you see that [invalidity expert] considered the level of education possessed by the person of ordinary skill in the art to be [level of education]?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If you were to consider [invalidity expert’s level of education] as the relevant level of education for the person of ordinary skill in the art, would that change the opinions expressed in your expert report in any way?</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would change, and how would they change?</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considered [invalidity expert’s level of education] as the relevant level of education for the person of ordinary skill in the art, why would that not change the opinions expressed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Do you see that [invalidity expert] considered the amount of experience possessed by the person of ordinary skill in the art to be [amount of experience]?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If you were to consider [invalidity expert’s amount of experience] as the relevant area(s) of technology for the person of ordinary skill in the art, would that change the opinions expressed in your expert report in any way?</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would change, and how would they change?</w:t>
      </w:r>
    </w:p>
    <w:p>
      <w:pPr>
        <w:keepNext w:val="0"/>
        <w:spacing w:before="200" w:after="0" w:line="260" w:lineRule="exact"/>
        <w:ind w:left="216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considered [invalidity expert’s amount of experience] as the relevant amount of experience for the person of ordinary skill in the art, why would that not change the opinions expressed in your expert report?</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Use questions similar to those above to address any other attributes of the person of ordinary skill in the art that are identified in the invalidity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misapplication of the level of skill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Ask questions as appropriate to address any misapplication of the level of ordinary skill in the art by the validity expert witness as they relate to your theory of the case. On the issue of validity, potential areas for misapplication of the level of skill include: (1) use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incorrect time frame, causing the validity expert to consider prior art or other information that was not yet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at the time of the invention, or fail to consider prior art or other information that was available at the time of the invention; (2) misinterpretation of the court’s claim construction or the plain and ordinary meaning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term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or (3) making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incorrect comparison of the claim as properly construed to the accused product. Work with your invalidity expert witness to identify questions on this topic for the validity expert.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Anticipation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each reference analyzed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questions re: prior art reference</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prior art reference addressed in the validity expert’s report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In your expert report, you have expressed opinions regarding [prior art reference]; correct?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did you first become aware of [prior art reference]?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first become aware of [prior art reference]?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is [described/depicted/embodied] by [prior art reference]?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areas of technology do you consider to be relevant to [prior art reference]?</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Are the teachings of [prior art reference] of interest to persons skilled in [area of technology]?</w:t>
      </w:r>
    </w:p>
    <w:p>
      <w:pPr>
        <w:keepNext w:val="0"/>
        <w:spacing w:before="200" w:after="0" w:line="260" w:lineRule="exact"/>
        <w:ind w:left="2160" w:right="0" w:firstLine="0"/>
        <w:jc w:val="both"/>
      </w:pPr>
      <w:r>
        <w:rPr>
          <w:rFonts w:ascii="Times New Roman" w:hAnsi="Times New Roman" w:eastAsia="Times New Roman" w:cs="Times New Roman"/>
          <w:b w:val="0"/>
          <w:sz w:val="24"/>
        </w:rPr>
        <w:t>▪</w:t>
        <w:tab/>
        <w:t>Why are the teachings of [prior art reference] of interest to persons skilled in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When was [prior art reference] first accessible to persons skilled in [area of technology]?</w:t>
      </w:r>
    </w:p>
    <w:p>
      <w:pPr>
        <w:keepNext w:val="0"/>
        <w:spacing w:before="200" w:after="0" w:line="260" w:lineRule="exact"/>
        <w:ind w:left="2160" w:right="0" w:firstLine="0"/>
        <w:jc w:val="both"/>
      </w:pPr>
      <w:r>
        <w:rPr>
          <w:rFonts w:ascii="Times New Roman" w:hAnsi="Times New Roman" w:eastAsia="Times New Roman" w:cs="Times New Roman"/>
          <w:b w:val="0"/>
          <w:sz w:val="24"/>
        </w:rPr>
        <w:t>▪</w:t>
        <w:tab/>
        <w:t>How did [prior art reference] first become accessible to persons skilled in [area of technology]?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Describe the process you used to [evaluate/analyze] [prior art reference] for the purpose of forming the opinions expressed in your expert report.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Element by element analysis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You have expressed the opinion that [prior art reference] does not [describe/depict/embody] [first claim element]; correct?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is the basis for your opinion that [prior art reference] does not [describe/depict/embody] [first claim element]?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form the opinion that [prior art reference] does not [describe/depict/embody] [first claim element]?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facts or data did you consider in forming the opinion that [prior art reference] does not [describe/depict/embody] [first claim element]?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You have expressed the opinion that [prior art reference] does not [describe/depict/embody] [first claim element in claimed relationship with second claim element]; correct?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is the basis for your opinion that [prior art reference] does not [describe/depict/embody] [first claim element in claimed relationship with second claim element]?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form the opinion that [prior art reference] does not [describe/depict/embody] [first claim element in claimed relationship with second claim element]?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What facts or data did you consider in forming the opinion that [prior art reference] does not [describe/depict/embody] [first claim element in claimed relationship with second claim element]?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In your expert report, you do not express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as to whether [prior art reference] [describes/depicts/embodies] [third claim element]; correct?</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So as you sit here today, you do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as to whether [prior art reference] [describes/depicts/embodies] [third claim element]; correct?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analysis of enablement of reference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You have expressed the opinion that [prior art reference] does not enable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skilled in the art to make the invention described in claim [number] of the [short patent number] patent; correct?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is the basis for your opinion that [prior art reference] does not enable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skilled in the art to make the invention described in claim [number] of the [short patent number]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How did you form the opinion that [prior art reference] does not enable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skilled in the art to make the invention described in claim [number] of the [short patent number]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What facts or data did you consider in forming the opinion that [prior art reference] does not enable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skilled in the art to make the invention described in claim [number] of the [short patent number]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You understand that,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anticipatory reference, [prior art reference] does not have to enable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skilled in the art to use the invention described in claim [number] of the [short patent number] patent; correct?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You understand that,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anticipatory reference, [prior art reference] does not have to disclose, or enable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skilled in the art to make, the full scope of the invention described in claim [number] of the [short patent number] patent; correct?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You understand that,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anticipatory reference, [prior art reference] only has to disclose, and enable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skilled in the art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species or embodiment within the scope of the invention described in claim [number] of the [short patent number] patent; correct?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References not considered, why?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prior art reference of interest that the expert did not consider, ask the following</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In forming the opinions expressed in your validity expert report, you did not consider [prior art reference]; correct?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Why did you not consider [prior art reference] in forming your opinions?</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any prior art reference that the expert did not consider, but that is relevant to your theory of the case, direct the expert to that reference and ask the following:</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If you were to consider [prior art reference], would that change the opinions expressed in your expert report in any way?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would change, and how would they change?</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considered [prior art reference], why would that not change the opinions expressed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Questionable constructions used (e.g., differing from court)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claim construction did you rely on in forming your opinion that [claim limitation] is not found in [prior art reference]?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How did you arrive at [claim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arriving at your claim construction, did you consider [specific information from patent specification/prosecution history]?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did you consider that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If you interpreted [claim limitation] to mean [alternate claim construction], would that change your opinion that [prior art reference] does not disclose [claim limitation]?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Why? / Why not?</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Obviousness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Prior Art considered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areas of technology do you consider to be relevant to the [short patent no.] patent?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area of technology identified: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In forming your opinion that the claims of the [short patent no.] patent were not invalid for obviousness, did you consider prior art from [area of technology]?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prior art references from [area of technology] did you consider?</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additional areas of technology that are relevant to your theory of the case, but were not identified by the validity expert: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In forming your opinion that the claims of the [short patent no.] patent were not invalid for obviousness, did you consider prior art from [area of technology]?</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prior art references from [area of technology] did you consider?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Why not?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problem(s) [was/were] the invention of the [short patent no.] patent trying to solve? (</w:t>
      </w:r>
      <w:r>
        <w:rPr>
          <w:rFonts w:ascii="Times New Roman" w:hAnsi="Times New Roman" w:eastAsia="Times New Roman" w:cs="Times New Roman"/>
          <w:b w:val="0"/>
          <w:sz w:val="24"/>
        </w:rPr>
        <w:t>NOTE: Refer to the specification of the patent in suit, if appropriate.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each problem identified:</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In forming your opinion that the claims of the [short patent no.] patent were not invalid for obviousness, did you consider prior art relating to [problem]?</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prior art references did you consider relating to [problem]?</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solutions to this problem were known at the time of the invention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In forming your opinion that the claims of the [short patent no.] patent were not invalid for obviousness, did you consider prior art relating to [known solutions to problem]?</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prior art references did you consider relating to [known solutions to problem]?</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additional problems in the prior art that are relevant to your theory of the case, but were not identified by the validity expert: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In forming your opinion that the claims of the [short patent no.] patent were not invalid for obviousness, did you consider prior art relating to [problem]?</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prior art references did you consider relating to [problem]?</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Why not?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For each prior art reference identified by the validity expert, ask follow-up questions like those at Section </w:t>
      </w:r>
      <w:r>
        <w:rPr>
          <w:rFonts w:ascii="Times New Roman" w:hAnsi="Times New Roman" w:eastAsia="Times New Roman" w:cs="Times New Roman"/>
          <w:b w:val="0"/>
          <w:sz w:val="24"/>
        </w:rPr>
        <w:t>10.</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outline.</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Novel elements of invention over the prior art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Which element(s) of the invention of the [short patent no.] patent do you consider to be novel over [the prior art in general/particular prior art reference]?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Why do you consider [identified element(s) of invention] to be novel over [the prior art in general/particular prior art reference]?</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For elements not identified as being novel over the prior art: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You [agree that/have no opinion whether] [element of invention] was known in [area of technology] prior to the invention of the [short patent no.] patent; correct?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different basis for potential obviousness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Element by element analysis</w:t>
      </w:r>
    </w:p>
    <w:p>
      <w:pPr>
        <w:keepNext w:val="0"/>
        <w:spacing w:before="200" w:after="0" w:line="260" w:lineRule="exact"/>
        <w:ind w:left="144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For examples of questions regarding the element by element analysis of claims of the patent in suit, see Section </w:t>
      </w:r>
      <w:r>
        <w:rPr>
          <w:rFonts w:ascii="Times New Roman" w:hAnsi="Times New Roman" w:eastAsia="Times New Roman" w:cs="Times New Roman"/>
          <w:b w:val="0"/>
          <w:sz w:val="24"/>
        </w:rPr>
        <w:t>10.</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outline, above.</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Motivation to Combine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[Claim element one] and [claim element two] were both known in the art at the time of the invention of the [short patent no.] patent; correct?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As shown by [prior art reference], at the time of the invention of the [short patent no.] patent, it was known to combine [claim element one] with [claim element two] in [describe way of combining]; correct?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As shown by [prior art reference], at the time of the invention of the [short patent no.] patent, when [claim element one] was combined with [claim element two] in [describe way of combining], the expected result was [describe result]; correct?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Likelihood of success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Considering claim [number] of the [short patent no.] patent, that claim merely describes the combination in [prior art reference], except that claim [number] substitutes [second known element] for [first known element]; correct?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At the time of the invention of the [short patent no.] patent, it was known in the art that [first known element] and [second known element] both possessed the property of [describe property]; correct?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As shown by [prior art reference], at the time of the invention of the [short patent no.] patent, it was known that [combination described in prior art reference] achieved [describe result] because [first known element] possessed the property of [describe property]; correct?</w:t>
      </w:r>
    </w:p>
    <w:p>
      <w:pPr>
        <w:keepNext w:val="0"/>
        <w:spacing w:before="200" w:after="0" w:line="260" w:lineRule="exact"/>
        <w:ind w:left="1440" w:right="0" w:firstLine="0"/>
        <w:jc w:val="both"/>
      </w:pPr>
      <w:r>
        <w:rPr>
          <w:rFonts w:ascii="Times New Roman" w:hAnsi="Times New Roman" w:eastAsia="Times New Roman" w:cs="Times New Roman"/>
          <w:b w:val="0"/>
          <w:sz w:val="24"/>
        </w:rPr>
        <w:t>•</w:t>
        <w:tab/>
        <w:t>So, if someone skilled in the art were to substitute [second known element] for [first known element] in [combination described in prior art reference], knowing that [second known element] also possessed the property of [describe property], that person could reasonably predict that the new combination containing [second known element] would achieve [describe result] similar to [combination described in prior art reference]; correct?</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references not considered, why?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 xml:space="preserve">For examples of questions regarding prior art references not considered by the validity expert, see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outline, above.</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Considerations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In your validity expert report, you assert that there is evidence of secondary considerations because [patented commercial product]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success; correct?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What’s the basis for your statement that [patented commercial product]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success?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What facts or data did you consider to support the statement that [patented commercial product]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success?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your opinion, what features of [patented commercial product] drive consumers’ demand for that product?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Did you consider what effect [unpatented feature] has on consumers’ demand for [patented commercial product]?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do you consider to be the effect of [unpatented feature] on consumers’ demand for [patented commercial product]?</w:t>
      </w:r>
    </w:p>
    <w:p>
      <w:pPr>
        <w:keepNext w:val="0"/>
        <w:spacing w:before="200" w:after="0" w:line="260" w:lineRule="exact"/>
        <w:ind w:left="1800" w:right="0" w:firstLine="0"/>
        <w:jc w:val="both"/>
      </w:pPr>
      <w:r>
        <w:rPr>
          <w:rFonts w:ascii="Times New Roman" w:hAnsi="Times New Roman" w:eastAsia="Times New Roman" w:cs="Times New Roman"/>
          <w:b w:val="0"/>
          <w:sz w:val="24"/>
        </w:rPr>
        <w:t>▪</w:t>
        <w:tab/>
        <w:t>What’s the basis for your answer?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were to consider the effect of [unpatented feature] on consumers’ demand for [patented commercial product], would that change the opinions expressed in your report in any way?</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Which opinions would change, and how would they change?</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considered the effect of [unpatented feature] on consumers’ demand for [patented commercial product], why would that not change the opinions expressed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Questionable constructions used (e.g., differing from court)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For examples of questions regarding questionable constructions used by the validity expert, see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outline, above.</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Written Description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opinions on written description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You have expressed the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 correct?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What is the basis for your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How did you form the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Basis of opinion (e.g., specification, skill in the art, etc.)</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What information in the specification of the [short patent no.] patent did you consider that supports your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Are you aware of any information, facts or data that would support the conclusion that the [short patent no.] patent does not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w:t>
      </w:r>
    </w:p>
    <w:p>
      <w:pPr>
        <w:keepNext w:val="0"/>
        <w:spacing w:before="200" w:after="0" w:line="260" w:lineRule="exact"/>
        <w:ind w:left="216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do you reconcile your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 with the information, facts or data that support the opposite conclusion?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In forming your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 how did you apply the level of skill in the art to determine what the specification of the [short patent no.] patent would convey to someone skilled in [technology of patented invention]?</w:t>
      </w:r>
    </w:p>
    <w:p>
      <w:pPr>
        <w:keepNext w:val="0"/>
        <w:spacing w:before="200" w:after="0" w:line="260" w:lineRule="exact"/>
        <w:ind w:left="1800" w:right="0" w:firstLine="0"/>
        <w:jc w:val="both"/>
      </w:pPr>
      <w:r>
        <w:rPr>
          <w:rFonts w:ascii="Times New Roman" w:hAnsi="Times New Roman" w:eastAsia="Times New Roman" w:cs="Times New Roman"/>
          <w:b w:val="0"/>
          <w:sz w:val="24"/>
        </w:rPr>
        <w:t>•</w:t>
        <w:tab/>
        <w:t xml:space="preserve">What other facts or data did you consider in forming the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portions of specification not considered, why?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Did you review any portion(s) of the specification of the [short patent no.] patent that you did not consider in forming your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Which portion(s) of the specification did you review but not consider in forming your opinions?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Why did you not consider those portions(s) of the specification in forming your opinions?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If you were to consider [portion of specification], would that change in any way your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would your opinion change?</w:t>
      </w:r>
    </w:p>
    <w:p>
      <w:pPr>
        <w:keepNext w:val="0"/>
        <w:spacing w:before="200" w:after="0" w:line="260" w:lineRule="exact"/>
        <w:ind w:left="180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xml:space="preserve">: If you considered [portion of specification], why would that not change your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Enablement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opinions on enablement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You have expressed the opinion that the specification of the [short patent no.] patent contains sufficient disclosure to teach those skilled in the art how to make and use the full scope of the invention of claim [number] without undue experimentation; correct?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is the basis for your opinion that the specification of the [short patent no.] patent contains sufficient disclosure to teach those skilled in the art how to make and use the full scope of the invention of claim [number] without undue experimentation?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form the opinion that the specification of the [short patent no.] patent contains sufficient disclosure to teach those skilled in the art how to make and use the full scope of the invention of claim [number] without undue experimentation?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Basis of opinion (e.g., specification, skill in the art, etc.)</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information in the specification of the [short patent no.] patent did you consider that supports your opinion that the specification contains sufficient disclosure to teach those skilled in the art how to make and use the full scope of the invention of claim [number] without undue experimentation?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Are you aware of any information, facts or data that would support the conclusion that the specification does not contain sufficient disclosure to teach those skilled in the art how to make and use the full scope of the invention of claim [number] without undue experimentation?</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xml:space="preserve">: How do you reconcile your opinion that the [short patent no.] patent contains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written description of the invention of claim [number] with the information, facts or data that support the opposite conclusion?</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In forming your opinion that the specification of the [short patent no.] patent contains sufficient disclosure to teach those skilled in the art how to make and use the full scope of the invention of claim [number] without undue experimentation, how did you apply the level of skill in the art to determine what the specification of the [short patent no.] patent would teach someone skilled in [technology of patented invention]? </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other facts or data did you consider in forming the opinion that the specification of the [short patent no.] patent contains sufficient disclosure to teach those skilled in the art how to make and use the full scope of the invention of claim [number] without undue experimentation?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limitations not considered, why?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the specification of the [short patent no.] patent contains sufficient disclosure to teach those skilled in the art how to make and use the full scope of the invention of claim [number] without undue experimentation, were there any limitations in claim [number] that you did not consider?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Which limitation(s) in claim [number] did you not consider in forming your opinion that the specification of the [short patent no.] patent contains sufficient disclosure to teach those skilled in the art how to make and use the full scope of the invention of claim [number] without undue experimentation?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Why did you not consider [claim limitation] in forming your opinion?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If you were to consider [claim limitation], would that change in any way your opinion that the specification of the [short patent no.] patent contains sufficient disclosure to teach those skilled in the art how to make and use the full scope of the invention of claim [number] without undue experimentation?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would your opinion change?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considered [claim limitation], why would that not change your opinion that the specification of the [short patent no.] patent contains sufficient disclosure to teach those skilled in the art how to make and use the full scope of the invention of claim [number] without undue experimentation?</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consideration of experimentation required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What information, facts or data did you consider in forming your opinion that the specification of the [short patent no.] patent enabled the full scope of claim [number] without undue experimentation?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undue experimentation was not required, what information, facts or data did you consider regarding the breadth of claim [number] in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take that information, facts or data into account in forming your opinion that undue experimentation was not required to enable the full scope of the invention?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undue experimentation was not required, what information, facts or data did you consider regarding the nature of the invention of claim [number] in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take that information, facts or data into account in forming your opinion that undue experimentation was not required to enable the full scope of the invention?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undue experimentation was not required, what information, facts or data did you consider regarding the state of the prior art relating to the invention of claim [number] in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take that information, facts or data into account in forming your opinion that undue experimentation was not required to enable the full scope of the invention?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undue experimentation was not required, what information, facts or data did you consider regarding the level of ordinary skill in the art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take that information, facts or data into account in forming your opinion that undue experimentation was not required to enable the full scope of the invention?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undue experimentation was not required, what information, facts or data did you consider regarding the level of predictability in the art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take that information, facts or data into account in forming your opinion that undue experimentation was not required to enable the full scope of the invention?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undue experimentation was not required, what information, facts or data did you consider regarding the amount of direction provided by the inventor in the specification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take that information, facts or data into account in forming your opinion that undue experimentation was not required to enable the full scope of the invention?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undue experimentation was not required, what information, facts or data did you consider regarding the existence of working examples in the specification of the [short patent no.] patent?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take that information, facts or data into account in forming your opinion that undue experimentation was not required to enable the full scope of the invention?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undue experimentation was not required, what information, facts or data did you consider regarding the quantity of experimentation needed to make or use the invention based on the content of the disclosure?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take that information, facts or data into account in forming your opinion that undue experimentation was not required to enable the full scope of the invention?</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Indefiniteness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opinions on indefiniteness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You have expressed the opinion that claim [number] of the [short patent no.] patent is not invalid for indefiniteness; correct?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is the basis for your opinion that claim [number] is not invalid for indefiniteness?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form the opinion that claim [number] is not invalid for indefiniteness?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Basis of opinion (e.g., specification, skill in the art, etc.)</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information in the specification of the [short patent no.] patent did you consider that supports your opinion that claim [number] is not invalid for indefiniteness?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take that information into account in forming your opinion that claim [number] is not invalid for indefiniteness?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information in the prosecution history of the [short patent no.] patent did you consider that supports your opinion that claim [number] is not invalid for indefiniteness?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take that information into account in forming your opinion that claim [number] is not invalid for indefiniteness?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information in the teachings of the prior art did you consider that supports your opinion that claim [number] is not invalid for indefiniteness?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take that information into account in forming your opinion that claim [number] is not invalid for indefiniteness?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What information did you consider regarding the claim interpretation that would be given to claim [number]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ordinary skill in the art at the time of the invention of claim [number] that supports your opinion that claim [number] is not invalid for indefiniteness?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take that information into account in forming your opinion that claim [number] is not invalid for indefiniteness?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What other information, facts or data did you consider in forming the opinion that claim [number] of the [short patent no.] patent is not invalid for indefiniteness?</w:t>
      </w:r>
    </w:p>
    <w:p>
      <w:pPr>
        <w:keepNext w:val="0"/>
        <w:spacing w:before="200" w:after="0" w:line="260" w:lineRule="exact"/>
        <w:ind w:left="1800" w:right="0" w:firstLine="0"/>
        <w:jc w:val="both"/>
      </w:pPr>
      <w:r>
        <w:rPr>
          <w:rFonts w:ascii="Times New Roman" w:hAnsi="Times New Roman" w:eastAsia="Times New Roman" w:cs="Times New Roman"/>
          <w:b w:val="0"/>
          <w:sz w:val="24"/>
        </w:rPr>
        <w:t>o</w:t>
        <w:tab/>
        <w:t>How did you take that information, facts or data into account in forming your opinion that claim [number] is not invalid for indefiniteness?</w:t>
      </w:r>
    </w:p>
    <w:p>
      <w:pPr>
        <w:keepNext w:val="0"/>
        <w:spacing w:before="200" w:after="0" w:line="260" w:lineRule="exact"/>
        <w:ind w:left="1440" w:right="0" w:firstLine="0"/>
        <w:jc w:val="both"/>
      </w:pPr>
      <w:r>
        <w:rPr>
          <w:rFonts w:ascii="Times New Roman" w:hAnsi="Times New Roman" w:eastAsia="Times New Roman" w:cs="Times New Roman"/>
          <w:b w:val="0"/>
          <w:sz w:val="24"/>
        </w:rPr>
        <w:t>•</w:t>
        <w:tab/>
        <w:t>Are you aware of any information, facts or data that would support the conclusion that claim [number] is invalid for indefiniteness because it fails to inform those skilled in the art about the scope of the invention with reasonable certainty?</w:t>
      </w:r>
    </w:p>
    <w:p>
      <w:pPr>
        <w:keepNext w:val="0"/>
        <w:spacing w:before="200" w:after="0" w:line="260" w:lineRule="exact"/>
        <w:ind w:left="180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do you reconcile your opinion that claim [number] of the [short patent no.] patent is not invalid for indefiniteness with the information, facts or data that support the opposite conclusion?</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limitations not considered, why?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In forming your opinion that claim [number] of the [short patent no.] patent is not invalid for indefiniteness, were there any limitations in claim [number] that you did not consider?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Which limitation(s) in claim [number] did you not consider in forming your opinion that claim [number] of the [short patent no.] patent is not invalid for indefiniteness?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Why did you not consider [claim limitation] in forming your opinion?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If you were to consider [claim limitation], would that change in any way your opinion that claim [number] of the [short patent no.] patent is not invalid for indefiniteness?</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How would your opinion change?</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If you considered [claim limitation], why would that not change your opinion that claim [number] of the [short patent no.] patent is not invalid for indefiniteness?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Patent-Eligible Subject Matter</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any opinions on subject matter eligibility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You have expressed the opinion that claim [number] of the [short patent no.] patent is directed to patentable subject matter; correct?</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is the basis for your opinion that claim [number] is directed to patentable subject matter?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information, facts or data did you consider in forming your opinion that claim [number] is directed to patentable subject matter?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form the opinion that claim [number] is directed to patentable subject matter?</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Is it your opinion that claim [number] of the [short patent no.] patent is not directed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abstract idea/</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phenomenon]?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is the basis for your opinion?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information, facts or data did you consider in forming your opinion that claim [number] is not directed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abstract idea/</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phenomenon]?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 xml:space="preserve">How did you form the opinion that claim [number] is not directed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abstract idea/</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phenomenon?</w:t>
      </w:r>
    </w:p>
    <w:p>
      <w:pPr>
        <w:keepNext w:val="0"/>
        <w:spacing w:before="200" w:after="0" w:line="260" w:lineRule="exact"/>
        <w:ind w:left="1080" w:right="0" w:firstLine="0"/>
        <w:jc w:val="both"/>
      </w:pPr>
      <w:r>
        <w:rPr>
          <w:rFonts w:ascii="Times New Roman" w:hAnsi="Times New Roman" w:eastAsia="Times New Roman" w:cs="Times New Roman"/>
          <w:b w:val="0"/>
          <w:sz w:val="24"/>
        </w:rPr>
        <w:t>•</w:t>
        <w:tab/>
        <w:t>Is it your opinion that claim [number] of the [short patent no.] patent recites additional elements that amount to significantly more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abstract idea/</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phenomenon]?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r>
      <w:r>
        <w:rPr>
          <w:rFonts w:ascii="Times New Roman" w:hAnsi="Times New Roman" w:eastAsia="Times New Roman" w:cs="Times New Roman"/>
          <w:b w:val="0"/>
          <w:sz w:val="24"/>
        </w:rPr>
        <w:t>If yes</w:t>
      </w:r>
      <w:r>
        <w:rPr>
          <w:rFonts w:ascii="Times New Roman" w:hAnsi="Times New Roman" w:eastAsia="Times New Roman" w:cs="Times New Roman"/>
          <w:b w:val="0"/>
          <w:sz w:val="24"/>
        </w:rPr>
        <w:t>: What is the basis for your opinion? / What additional elements are recited in claim [number]?</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What information, facts or data did you consider in forming your opinion that claim [number] recites additional elements that amount to significantly more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abstract idea/</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phenomenon]?</w:t>
      </w:r>
    </w:p>
    <w:p>
      <w:pPr>
        <w:keepNext w:val="0"/>
        <w:spacing w:before="200" w:after="0" w:line="260" w:lineRule="exact"/>
        <w:ind w:left="1440" w:right="0" w:firstLine="0"/>
        <w:jc w:val="both"/>
      </w:pPr>
      <w:r>
        <w:rPr>
          <w:rFonts w:ascii="Times New Roman" w:hAnsi="Times New Roman" w:eastAsia="Times New Roman" w:cs="Times New Roman"/>
          <w:b w:val="0"/>
          <w:sz w:val="24"/>
        </w:rPr>
        <w:t>o</w:t>
        <w:tab/>
        <w:t>How did you form the opinion that claim [number] recites additional elements that amount to significantly more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abstract idea/</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of nature/</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phenomenon]?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Discredit Report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materials listed but not discussed in report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After directing witness to appropriate section of validity expert report</w:t>
      </w:r>
      <w:r>
        <w:rPr>
          <w:rFonts w:ascii="Times New Roman" w:hAnsi="Times New Roman" w:eastAsia="Times New Roman" w:cs="Times New Roman"/>
          <w:b w:val="0"/>
          <w:sz w:val="24"/>
        </w:rPr>
        <w:t>: Your expert report lists [specific facts or data] as something that you considered in forming the opinions expressed in your expert report; correct?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Are [specific facts or data] discussed anywhere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If no</w:t>
      </w:r>
      <w:r>
        <w:rPr>
          <w:rFonts w:ascii="Times New Roman" w:hAnsi="Times New Roman" w:eastAsia="Times New Roman" w:cs="Times New Roman"/>
          <w:b w:val="0"/>
          <w:sz w:val="24"/>
        </w:rPr>
        <w:t>: How did you consider [specific facts or data] in forming the opinions expressed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Why did you not discuss [specific facts or data] in your expert report?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relevant opinions/materials not listed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tab/>
        <w:t>You testified earlier today about [specific opinion, materials, or facts or data]; correct?</w:t>
      </w:r>
    </w:p>
    <w:p>
      <w:pPr>
        <w:keepNext w:val="0"/>
        <w:spacing w:before="200" w:after="0" w:line="260" w:lineRule="exact"/>
        <w:ind w:left="1080" w:right="0" w:firstLine="0"/>
        <w:jc w:val="both"/>
      </w:pPr>
      <w:r>
        <w:rPr>
          <w:rFonts w:ascii="Times New Roman" w:hAnsi="Times New Roman" w:eastAsia="Times New Roman" w:cs="Times New Roman"/>
          <w:b w:val="0"/>
          <w:sz w:val="24"/>
        </w:rPr>
        <w:t>•</w:t>
        <w:tab/>
        <w:t>But you did not discuss [specific opinion, materials, or facts or data] in your expert report; did you?</w:t>
      </w:r>
    </w:p>
    <w:p>
      <w:pPr>
        <w:keepNext w:val="0"/>
        <w:spacing w:before="200" w:after="0" w:line="260" w:lineRule="exact"/>
        <w:ind w:left="1080" w:right="0" w:firstLine="0"/>
        <w:jc w:val="both"/>
      </w:pPr>
      <w:r>
        <w:rPr>
          <w:rFonts w:ascii="Times New Roman" w:hAnsi="Times New Roman" w:eastAsia="Times New Roman" w:cs="Times New Roman"/>
          <w:b w:val="0"/>
          <w:sz w:val="24"/>
        </w:rPr>
        <w:t>•</w:t>
        <w:tab/>
        <w:t>Why did you not discuss [specific opinion, materials, or facts or data] in your expert report?</w:t>
      </w:r>
    </w:p>
    <w:p>
      <w:pPr>
        <w:keepNext w:val="0"/>
        <w:spacing w:before="200" w:after="0" w:line="260" w:lineRule="exact"/>
        <w:ind w:left="108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Optional</w:t>
      </w:r>
      <w:r>
        <w:rPr>
          <w:rFonts w:ascii="Times New Roman" w:hAnsi="Times New Roman" w:eastAsia="Times New Roman" w:cs="Times New Roman"/>
          <w:b w:val="0"/>
          <w:sz w:val="24"/>
        </w:rPr>
        <w:t>: Do you intend to supplement your expert report to address [specific opinion, materials, or facts or data]?</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Authentication of Any Remaining Documents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t>
        <w:tab/>
        <w:t>Mark, authenticate and review any remaining documents not already covered; ask substantive questions regarding the contents of the documents as appropriate.</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Follow-Up Questions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t>
        <w:tab/>
      </w:r>
      <w:r>
        <w:rPr>
          <w:rFonts w:ascii="Times New Roman" w:hAnsi="Times New Roman" w:eastAsia="Times New Roman" w:cs="Times New Roman"/>
          <w:b w:val="0"/>
          <w:sz w:val="24"/>
        </w:rPr>
        <w:t>Review your notes or the draft deposition transcript, if available, and ask any follow-up questions regarding the expert’s responses to earlier questions.</w:t>
      </w:r>
    </w:p>
    <w:p>
      <w:pPr>
        <w:keepNext w:val="0"/>
        <w:spacing w:before="200" w:after="0" w:line="260" w:lineRule="exact"/>
        <w:ind w:left="720" w:right="0" w:firstLine="0"/>
        <w:jc w:val="both"/>
      </w:pPr>
      <w:r>
        <w:rPr>
          <w:rFonts w:ascii="Times New Roman" w:hAnsi="Times New Roman" w:eastAsia="Times New Roman" w:cs="Times New Roman"/>
          <w:b w:val="0"/>
          <w:sz w:val="24"/>
        </w:rPr>
        <w:t>•</w:t>
        <w:tab/>
        <w:t>Considering the questions that I’ve asked you during your deposition, are you aware of any information as you sit here that would cause you to change or supplement any of the answers that you’ve given?</w:t>
      </w:r>
    </w:p>
    <w:p>
      <w:pPr>
        <w:keepNext w:val="0"/>
        <w:spacing w:before="200" w:after="0" w:line="260" w:lineRule="exact"/>
        <w:ind w:left="720" w:right="0" w:firstLine="0"/>
        <w:jc w:val="both"/>
      </w:pPr>
      <w:r>
        <w:rPr>
          <w:rFonts w:ascii="Times New Roman" w:hAnsi="Times New Roman" w:eastAsia="Times New Roman" w:cs="Times New Roman"/>
          <w:b w:val="0"/>
          <w:sz w:val="24"/>
        </w:rPr>
        <w:t>•</w:t>
        <w:tab/>
        <w:t>Considering the questions that I’ve asked you during your deposition and the answers that you provided, do you intend to change or supplement any of the opinions stated in your expert report?</w:t>
      </w:r>
    </w:p>
    <w:p>
      <w:pPr>
        <w:keepNext w:val="0"/>
        <w:spacing w:before="200" w:after="0" w:line="260" w:lineRule="exact"/>
        <w:ind w:left="720" w:right="0" w:firstLine="0"/>
        <w:jc w:val="both"/>
      </w:pPr>
      <w:r>
        <w:rPr>
          <w:rFonts w:ascii="Times New Roman" w:hAnsi="Times New Roman" w:eastAsia="Times New Roman" w:cs="Times New Roman"/>
          <w:b w:val="0"/>
          <w:sz w:val="24"/>
        </w:rPr>
        <w:t>•</w:t>
        <w:tab/>
        <w:t>Is it your intention to review the transcript of this deposition for errors, note any errors and then sign the transcript, or do you waive the opportunity to do that?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