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VEHICLE ACCIDENT RELEASE OF LIABILITY FORM</w:t>
      </w:r>
    </w:p>
    <w:p>
      <w:pPr>
        <w:jc w:val="center"/>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I, _____________________, with a mailing address of _____________________, City of _____________________, State of _____________________, Hereinafter the “Releasor”, hereby voluntarily and knowingly sign this release with the express intention of eliminating _____________________, with a mailing address of _____________________, in the City of _____________________, State of _____________________, Hereinafter the “Releasee”, of their liabilities and obligations as described below.</w:t>
      </w:r>
    </w:p>
    <w:p>
      <w:pPr/>
    </w:p>
    <w:p>
      <w:pPr/>
      <w:r>
        <w:rPr>
          <w:rFonts w:ascii="Times New Roman" w:hAnsi="Times New Roman" w:eastAsia="Times New Roman" w:cs="Times New Roman"/>
          <w:b/>
          <w:sz w:val="24"/>
        </w:rPr>
        <w:t>II. Release</w:t>
      </w:r>
      <w:r>
        <w:rPr>
          <w:rFonts w:ascii="Times New Roman" w:hAnsi="Times New Roman" w:eastAsia="Times New Roman" w:cs="Times New Roman"/>
          <w:sz w:val="24"/>
        </w:rPr>
        <w:t xml:space="preserve">. Releasor hereby releases Releasee from all liability for claims, known and unknown, arising from property damage sustained by Releasor in an accident that occurred on _____________________, 20____ at ____:____ </w:t>
      </w:r>
      <w:r>
        <w:rPr>
          <w:rFonts w:ascii="Times New Roman" w:hAnsi="Times New Roman" w:eastAsia="Times New Roman" w:cs="Times New Roman"/>
          <w:sz w:val="24"/>
        </w:rPr>
        <w:t>☐</w:t>
      </w:r>
      <w:r>
        <w:rPr>
          <w:rFonts w:ascii="Times New Roman" w:hAnsi="Times New Roman" w:eastAsia="Times New Roman" w:cs="Times New Roman"/>
          <w:sz w:val="24"/>
        </w:rPr>
        <w:t xml:space="preserve"> AM </w:t>
      </w:r>
      <w:r>
        <w:rPr>
          <w:rFonts w:ascii="Times New Roman" w:hAnsi="Times New Roman" w:eastAsia="Times New Roman" w:cs="Times New Roman"/>
          <w:sz w:val="24"/>
        </w:rPr>
        <w:t>☐</w:t>
      </w:r>
      <w:r>
        <w:rPr>
          <w:rFonts w:ascii="Times New Roman" w:hAnsi="Times New Roman" w:eastAsia="Times New Roman" w:cs="Times New Roman"/>
          <w:sz w:val="24"/>
        </w:rPr>
        <w:t xml:space="preserve"> PM involving a vehicle owned by Releasee or driven by Releasee or Releasee's agent. Releasor understands that, as to claims that are known to the parties when the release is signed, any statutory provisions that would otherwise apply to limit this general release are hereby waived. Releasor also understands that this release extends to claims arising out of this incident that are not known by Releasor at the time this release is signed.</w:t>
      </w:r>
    </w:p>
    <w:p>
      <w:pPr/>
    </w:p>
    <w:p>
      <w:pPr/>
      <w:r>
        <w:rPr>
          <w:rFonts w:ascii="Times New Roman" w:hAnsi="Times New Roman" w:eastAsia="Times New Roman" w:cs="Times New Roman"/>
          <w:b/>
          <w:sz w:val="24"/>
        </w:rPr>
        <w:t>III. Right to Claims</w:t>
      </w:r>
      <w:r>
        <w:rPr>
          <w:rFonts w:ascii="Times New Roman" w:hAnsi="Times New Roman" w:eastAsia="Times New Roman" w:cs="Times New Roman"/>
          <w:sz w:val="24"/>
        </w:rPr>
        <w:t>. By signing this release, Releasor does not give up any claim that he or she may now or hereafter have against any person, firm, or corporation other than Releasee and those persons and entities specified in Section I.</w:t>
      </w:r>
    </w:p>
    <w:p>
      <w:pPr/>
    </w:p>
    <w:p>
      <w:pPr/>
      <w:r>
        <w:rPr>
          <w:rFonts w:ascii="Times New Roman" w:hAnsi="Times New Roman" w:eastAsia="Times New Roman" w:cs="Times New Roman"/>
          <w:b/>
          <w:sz w:val="24"/>
        </w:rPr>
        <w:t>IV. Non-Admission of Liability</w:t>
      </w:r>
      <w:r>
        <w:rPr>
          <w:rFonts w:ascii="Times New Roman" w:hAnsi="Times New Roman" w:eastAsia="Times New Roman" w:cs="Times New Roman"/>
          <w:sz w:val="24"/>
        </w:rPr>
        <w:t>. Releasor understands that Releasee does not, by providing the value described in Section V, admit any liability or responsibility for the accident described in Section II or its consequences.</w:t>
      </w:r>
    </w:p>
    <w:p>
      <w:pPr/>
    </w:p>
    <w:p>
      <w:pPr/>
      <w:r>
        <w:rPr>
          <w:rFonts w:ascii="Times New Roman" w:hAnsi="Times New Roman" w:eastAsia="Times New Roman" w:cs="Times New Roman"/>
          <w:b/>
          <w:sz w:val="24"/>
        </w:rPr>
        <w:t>V. Payment</w:t>
      </w:r>
      <w:r>
        <w:rPr>
          <w:rFonts w:ascii="Times New Roman" w:hAnsi="Times New Roman" w:eastAsia="Times New Roman" w:cs="Times New Roman"/>
          <w:sz w:val="24"/>
        </w:rPr>
        <w:t>. Releasor has received good and adequate value (consideration) for this release in the form of: $ _____________________ (US Dollars).</w:t>
      </w:r>
    </w:p>
    <w:p>
      <w:pPr/>
    </w:p>
    <w:p>
      <w:pPr/>
      <w:r>
        <w:rPr>
          <w:rFonts w:ascii="Times New Roman" w:hAnsi="Times New Roman" w:eastAsia="Times New Roman" w:cs="Times New Roman"/>
          <w:b/>
          <w:sz w:val="24"/>
        </w:rPr>
        <w:t>VI. Binding Arrangement</w:t>
      </w:r>
      <w:r>
        <w:rPr>
          <w:rFonts w:ascii="Times New Roman" w:hAnsi="Times New Roman" w:eastAsia="Times New Roman" w:cs="Times New Roman"/>
          <w:sz w:val="24"/>
        </w:rPr>
        <w:t>. By signing this release, Releasor additionally intends to bind his or her spouse, heirs, legal representatives, assigns, and anyone else claiming under him or her. Releasor has not assigned any claim arising from the accident described in Section II to any other party. This release applies to Releasee's heirs, legal representatives, insurers, and successors, as well as to Releasee.</w:t>
      </w:r>
    </w:p>
    <w:p>
      <w:pPr/>
    </w:p>
    <w:p>
      <w:pPr/>
    </w:p>
    <w:p>
      <w:pPr/>
      <w:r>
        <w:rPr>
          <w:rFonts w:ascii="Times New Roman" w:hAnsi="Times New Roman" w:eastAsia="Times New Roman" w:cs="Times New Roman"/>
          <w:b/>
          <w:sz w:val="24"/>
        </w:rPr>
        <w:t>Releasor’s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Print Name ___________________</w:t>
      </w:r>
    </w:p>
    <w:p>
      <w:pPr/>
    </w:p>
    <w:p>
      <w:pPr/>
      <w:r>
        <w:rPr>
          <w:rFonts w:ascii="Times New Roman" w:hAnsi="Times New Roman" w:eastAsia="Times New Roman" w:cs="Times New Roman"/>
          <w:sz w:val="24"/>
        </w:rPr>
        <w:t>Date _______________________</w:t>
      </w:r>
    </w:p>
    <w:p>
      <w:pPr/>
    </w:p>
    <w:p>
      <w:pPr/>
    </w:p>
    <w:p>
      <w:pPr/>
      <w:r>
        <w:rPr>
          <w:rFonts w:ascii="Times New Roman" w:hAnsi="Times New Roman" w:eastAsia="Times New Roman" w:cs="Times New Roman"/>
          <w:b/>
          <w:sz w:val="24"/>
        </w:rPr>
        <w:t>Releasee’s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Print Name __________________</w:t>
      </w:r>
    </w:p>
    <w:p>
      <w:pPr/>
    </w:p>
    <w:p>
      <w:pPr/>
      <w:r>
        <w:rPr>
          <w:rFonts w:ascii="Times New Roman" w:hAnsi="Times New Roman" w:eastAsia="Times New Roman" w:cs="Times New Roman"/>
          <w:sz w:val="24"/>
        </w:rPr>
        <w:t>Date 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