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Vendor-to-Vendor Consulting Agreement and Nondisclosure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dated [date], is between [name of vendor]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corporation or limited liability company or partnership], located at [address of principal place of business], and [name of consultant]( "Subcontractor"),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[identify state corporation or partnership], located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[address of principal place of business], with Federal Tax Identification Number [number].</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establishes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Vendor-to-Vendor, Contractor-Subcontractor relationship. Company presently has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position to provide consulting services to its client, [name of client]("Client"), in the field of [specify, e.g., Internet marketing]. Company agrees[, subject to Client's approval,] to have Subcontractor provide those services to Client under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accepts and agrees to provide services to Client in accordance with this Vendor-to-Vendor contract (subject to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w:t>
      </w:r>
      <w:r>
        <w:rPr>
          <w:rFonts w:ascii="Times New Roman" w:hAnsi="Times New Roman" w:eastAsia="Times New Roman" w:cs="Times New Roman"/>
          <w:b w:val="0"/>
          <w:sz w:val="24"/>
        </w:rPr>
        <w:t>), beginning on [date] and ending on [date]. Subcontractor agrees to devote time and efforts to the business and affairs of Company and Client, with such duties as may be assigned to Subcontractor by Company from time to time. The duration of this initial contract may be extended by mutual agreement of Subcontractor and Company.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compensation for Subcontractor's services, Company will pay Subcontractor for all Client-approved hours spent by Subcontractor in rendering to Client the services described in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above,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$[amount] per hour. Subcontractor will invoice the Company [term, e.g., weekly or bi-weekly or monthly] and provide Client-approved time sheets supporting each invoice. Company and Subcontractor agree that this rate of compensation is confidential. Subcontractor will not discuss Subcontractor's compensation with Client, other Company consultants, or anyone at Client's site.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agrees that in performing its duties and obligations under this agreement, and rendering services to Client, Subcontractor will be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of Company,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Company or Client. Accordingly, Subcontractor is responsible for filing all necessary and required tax filings, reports, payments, and similar obligations. Company is not responsible for any workers' compensation, Medicare, Medicaid, or other similar deductions or contributions, which shall be the sole responsibility of Subcontractor. Furthermore, Subcontractor is not entitled to any coverage for medical, dental, long term disability, life insurance benefits, or other benefits that Company may offer to its own employees. In addition, Subcontractor also waives any and all rights to employee-related benefits including, but not limited to, vacation, sick time, absences, holidays, educational assistance, and special employee savings plans and bonuses of any type, with the exception of, when applicable, of candidate referral bonuses.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other provisions of this Agreement, Subcontractor may terminate this Agreement by giving the Company [specify, e.g., 10 working days] written notice. Company may terminate this Agreement for any reason on notice to 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agrees that during this contract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months thereafter, Subcontractor will not directly or indirectly, in any capacity, compete or attempt to compete with Company by providing [specify services, e.g., Internet marketing services] to Client, either directly, or indirectly through another consulting company, or by inducing any other individual or entity to do so. Should Subcontractor circumvent this provision in the time frame stated above, and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position with Client, Subcontractor agrees to pay to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one-time permanent placement fee of [specify, e.g., $10,000 or five percent of Subcontractor's annualized compensation from Client]. This fee will be payable to Company in full within [specify, e.g., 30 days] after Subcontractor accepts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position with Client and shall be due and payable without regard to how long Subcontractor remains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position with Client.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Subcontractor understands and agrees and that all information or data it may receive from Company or Client in connection the process of providing services to Client will be deemed confidential and may not be disclosed to anyone other than Company or Client without the prior written consent of Company or Client. Any violation of this paragraph shall be deemed to be material and shall be cause for immediate termination of this agreement. Subcontractor also agrees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this Agreement, Subcontractor will execute the agreement relating to nondisclosure and intellectual property rights attached to this agreement as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supersedes any and all prior understandings and undertakings between the parties with regard to the subject matter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[California].</w:t>
      </w:r>
    </w:p>
    <w:p>
      <w:pPr>
        <w:keepNext w:val="0"/>
        <w:spacing w:before="200" w:after="0" w:line="260" w:lineRule="exact"/>
        <w:ind w:left="360" w:right="0" w:firstLine="0"/>
        <w:jc w:val="both"/>
      </w:pPr>
      <w:r>
        <w:rPr>
          <w:rFonts w:ascii="Times New Roman" w:hAnsi="Times New Roman" w:eastAsia="Times New Roman" w:cs="Times New Roman"/>
          <w:b w:val="0"/>
          <w:sz w:val="24"/>
        </w:rPr>
        <w:t>COMPANY</w:t>
      </w:r>
    </w:p>
    <w:p>
      <w:pPr>
        <w:keepNext w:val="0"/>
        <w:spacing w:before="200" w:after="0" w:line="260" w:lineRule="exact"/>
        <w:ind w:left="360" w:right="0" w:firstLine="0"/>
        <w:jc w:val="both"/>
      </w:pPr>
      <w:r>
        <w:rPr>
          <w:rFonts w:ascii="Times New Roman" w:hAnsi="Times New Roman" w:eastAsia="Times New Roman" w:cs="Times New Roman"/>
          <w:b w:val="0"/>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 [signature]</w:t>
      </w:r>
    </w:p>
    <w:p>
      <w:pPr>
        <w:keepNext w:val="0"/>
        <w:spacing w:before="200" w:after="0" w:line="260" w:lineRule="exact"/>
        <w:ind w:left="360" w:right="0" w:firstLine="0"/>
        <w:jc w:val="both"/>
      </w:pPr>
      <w:r>
        <w:rPr>
          <w:rFonts w:ascii="Times New Roman" w:hAnsi="Times New Roman" w:eastAsia="Times New Roman" w:cs="Times New Roman"/>
          <w:b w:val="0"/>
          <w:sz w:val="24"/>
        </w:rPr>
        <w:t>[typed 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[California].</w:t>
      </w:r>
    </w:p>
    <w:p>
      <w:pPr>
        <w:keepNext w:val="0"/>
        <w:spacing w:before="200" w:after="0" w:line="260" w:lineRule="exact"/>
        <w:ind w:left="360" w:right="0" w:firstLine="0"/>
        <w:jc w:val="both"/>
      </w:pPr>
      <w:r>
        <w:rPr>
          <w:rFonts w:ascii="Times New Roman" w:hAnsi="Times New Roman" w:eastAsia="Times New Roman" w:cs="Times New Roman"/>
          <w:b w:val="0"/>
          <w:sz w:val="24"/>
        </w:rPr>
        <w:t>SUBCONTRACTOR</w:t>
      </w:r>
    </w:p>
    <w:p>
      <w:pPr>
        <w:keepNext w:val="0"/>
        <w:spacing w:before="200" w:after="0" w:line="260" w:lineRule="exact"/>
        <w:ind w:left="360" w:right="0" w:firstLine="0"/>
        <w:jc w:val="both"/>
      </w:pPr>
      <w:r>
        <w:rPr>
          <w:rFonts w:ascii="Times New Roman" w:hAnsi="Times New Roman" w:eastAsia="Times New Roman" w:cs="Times New Roman"/>
          <w:b w:val="0"/>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 [signature]</w:t>
      </w:r>
    </w:p>
    <w:p>
      <w:pPr>
        <w:keepNext w:val="0"/>
        <w:spacing w:before="200" w:after="0" w:line="260" w:lineRule="exact"/>
        <w:ind w:left="360" w:right="0" w:firstLine="0"/>
        <w:jc w:val="both"/>
      </w:pPr>
      <w:r>
        <w:rPr>
          <w:rFonts w:ascii="Times New Roman" w:hAnsi="Times New Roman" w:eastAsia="Times New Roman" w:cs="Times New Roman"/>
          <w:b w:val="0"/>
          <w:sz w:val="24"/>
        </w:rPr>
        <w:t>[typed name and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SUBCONTRACTOR ATTACHMENT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AGREEMENT BETWEEN SUBCONTRACTOR AND CLIENT [name] REGARDING NONDISCLOSURE AND INTELLECTUAL PROPERTY</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payment for the performance of work or assignments on behalf of [name of company] ("Company") for [name of vendor's client]("Client") or any of Client's affiliates, and other good and valuable consideration, including Subcontractor's use, on behalf of Client, of Client's materials, private or proprietary information, or facilities, Subcontractor agrees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 assigns and agrees to assign to Client all Subcontractor's right, title, and interest in and to all inventions, discoveries, improvements, ideas, computer or other apparatus programs and related documentation, and other works of authorship ("Intellectual Property") whether or not patentable, copyrightable, or subject to other forms of protection, that are made, created, developed, written, or conceived by Subcontractor, during or outside of regular working hours, either solely or jointly with another, in whole or in part, either: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course of Subcontractor's work or assignment,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That are suggested by or result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task assigned to Subcontractor or work performed for on behalf of Client relating to Subcontractor's assignment,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the use of Client's time, material, private or proprietary information, or facilities.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 without charge to Client, but at ___________________ Client's expense, will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assignment of title to Client and do anything else reasonably necessary to enable Client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copyright or other form of protection for the intellectual property described in Paragraph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anywhere in the world.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 further agrees that it will keep in confidence and will not, except as required in the conduct of Client's business as authorized in writing on behalf of Client, publish, disclose, or use, during and after the period of my work or assignment, any private or proprietary information that Subcontractor may in any way acquire, learn, develop, or create by reason of my work or assignment performed for or on behalf of Client.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 agrees that this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with Client, nor does it confer any rights by license or otherwise in any Intellectual Property to which Subcontractor may have access.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 agrees that it will not disclose any information that Subcontractor considers to be proprietary or confidential to any of Subcontractor's contractors or customers, except with Client's express written consent. All specifications, drawings, sketches, models, samples, tools, computer or other apparatus programs, technical or business information or data, written, oral or otherwise, furnished by Client under this Agreement or in contemplation of this Agreement, will be treated by Subcontractor as confidential or proprietary.</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Subcontractor has previously executed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Client relating to the work that Subcontractor is about to undertake, it is understood and agreed that any and provisions of this Agreement will supersede any conflicting terms and conditions of any previously executed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[California].</w:t>
      </w:r>
    </w:p>
    <w:p>
      <w:pPr>
        <w:keepNext w:val="0"/>
        <w:spacing w:before="200" w:after="0" w:line="260" w:lineRule="exact"/>
        <w:ind w:left="360" w:right="0" w:firstLine="0"/>
        <w:jc w:val="both"/>
      </w:pPr>
      <w:r>
        <w:rPr>
          <w:rFonts w:ascii="Times New Roman" w:hAnsi="Times New Roman" w:eastAsia="Times New Roman" w:cs="Times New Roman"/>
          <w:b w:val="0"/>
          <w:sz w:val="24"/>
        </w:rPr>
        <w:t>COMPANY</w:t>
      </w:r>
    </w:p>
    <w:p>
      <w:pPr>
        <w:keepNext w:val="0"/>
        <w:spacing w:before="200" w:after="0" w:line="260" w:lineRule="exact"/>
        <w:ind w:left="360" w:right="0" w:firstLine="0"/>
        <w:jc w:val="both"/>
      </w:pPr>
      <w:r>
        <w:rPr>
          <w:rFonts w:ascii="Times New Roman" w:hAnsi="Times New Roman" w:eastAsia="Times New Roman" w:cs="Times New Roman"/>
          <w:b w:val="0"/>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 [signature]</w:t>
      </w:r>
    </w:p>
    <w:p>
      <w:pPr>
        <w:keepNext w:val="0"/>
        <w:spacing w:before="200" w:after="0" w:line="260" w:lineRule="exact"/>
        <w:ind w:left="360" w:right="0" w:firstLine="0"/>
        <w:jc w:val="both"/>
      </w:pPr>
      <w:r>
        <w:rPr>
          <w:rFonts w:ascii="Times New Roman" w:hAnsi="Times New Roman" w:eastAsia="Times New Roman" w:cs="Times New Roman"/>
          <w:b w:val="0"/>
          <w:sz w:val="24"/>
        </w:rPr>
        <w:t>[typed name and title]</w:t>
      </w:r>
    </w:p>
    <w:p>
      <w:pPr>
        <w:keepNext w:val="0"/>
        <w:spacing w:before="200" w:after="0" w:line="260" w:lineRule="exact"/>
        <w:ind w:left="360" w:right="0" w:firstLine="0"/>
        <w:jc w:val="both"/>
      </w:pPr>
      <w:r>
        <w:rPr>
          <w:rFonts w:ascii="Times New Roman" w:hAnsi="Times New Roman" w:eastAsia="Times New Roman" w:cs="Times New Roman"/>
          <w:b w:val="0"/>
          <w:sz w:val="24"/>
        </w:rPr>
        <w:t>Executed on [date] at [city], [California].</w:t>
      </w:r>
    </w:p>
    <w:p>
      <w:pPr>
        <w:keepNext w:val="0"/>
        <w:spacing w:before="200" w:after="0" w:line="260" w:lineRule="exact"/>
        <w:ind w:left="360" w:right="0" w:firstLine="0"/>
        <w:jc w:val="both"/>
      </w:pPr>
      <w:r>
        <w:rPr>
          <w:rFonts w:ascii="Times New Roman" w:hAnsi="Times New Roman" w:eastAsia="Times New Roman" w:cs="Times New Roman"/>
          <w:b w:val="0"/>
          <w:sz w:val="24"/>
        </w:rPr>
        <w:t>CLIENT</w:t>
      </w:r>
    </w:p>
    <w:p>
      <w:pPr>
        <w:keepNext w:val="0"/>
        <w:spacing w:before="200" w:after="0" w:line="260" w:lineRule="exact"/>
        <w:ind w:left="360" w:right="0" w:firstLine="0"/>
        <w:jc w:val="both"/>
      </w:pPr>
      <w:r>
        <w:rPr>
          <w:rFonts w:ascii="Times New Roman" w:hAnsi="Times New Roman" w:eastAsia="Times New Roman" w:cs="Times New Roman"/>
          <w:b w:val="0"/>
          <w:sz w:val="24"/>
        </w:rPr>
        <w:t>[name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 [signature]</w:t>
      </w:r>
    </w:p>
    <w:p>
      <w:pPr>
        <w:keepNext w:val="0"/>
        <w:spacing w:before="200" w:after="0" w:line="260" w:lineRule="exact"/>
        <w:ind w:left="360" w:right="0" w:firstLine="0"/>
        <w:jc w:val="both"/>
      </w:pPr>
      <w:r>
        <w:rPr>
          <w:rFonts w:ascii="Times New Roman" w:hAnsi="Times New Roman" w:eastAsia="Times New Roman" w:cs="Times New Roman"/>
          <w:b w:val="0"/>
          <w:sz w:val="24"/>
        </w:rPr>
        <w:t>[typed name and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