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Verification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 declare under penalty of perjury under the law of Colorado that the foregoing is true and correct.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Executed on the [date] day of [month], [year], at [location (e.g., Denver, Colorado)].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verifying party]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[Home phone number]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[Work phone number]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