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Verification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Under penalties as provided by law, the undersigned certifies that the statements set forth and the facts alleged therein are true and correct to the best of my knowledge and belief.</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verifying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