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Verification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SUPREME COURT OF THE STATE OF NEW YORK 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 name]</w:t>
      </w:r>
    </w:p>
    <w:p>
      <w:pPr>
        <w:spacing w:line="100" w:lineRule="exact"/>
      </w:pP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I, [name of person verifying the pleading], being duly sworn, deposes and says: 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[party designation or person with knowledge description] in the within action.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have reviewed the contents of this [pleading description] and verify that the statements contained herein are true to the best of my knowledge, except as to matters alleged on information and belief, and as to those matters, I believe them to be true.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aware that if any of the statements contained in the [pleading description] are willfully false, I am subject to punishment.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person verifying the pleading]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Sworn to before me this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[day] of [month],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