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Verification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VERIFICATION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signer], hereby state that I am the [plaintiff/defendant] in this action and that the facts set forth in the foregoing are true and correct [upon personal knowledge/ to the best of my information and belief/ in part upon personal knowledge and in part to the best of my information and belief]. I understand that the statements herein are made pursuant to 18 Pa. Cons. Stat. Ann. § 4904 relating to unsworn falsification to authorities.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Signature: 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[Plaintiff/Defendant]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Printed Name: 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[title, if necessary]: _______________________]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