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LANDLORD VERIFICATION FORM</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To whom this may concern,</w:t>
      </w:r>
    </w:p>
    <w:p>
      <w:pPr/>
    </w:p>
    <w:p>
      <w:pP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has granted us, </w:t>
      </w:r>
      <w:r>
        <w:rPr>
          <w:rFonts w:ascii="Times New Roman" w:hAnsi="Times New Roman" w:eastAsia="Times New Roman" w:cs="Times New Roman"/>
          <w:sz w:val="24"/>
        </w:rPr>
        <w:t>[REQUESTOR'S NAME]</w:t>
      </w:r>
      <w:r>
        <w:rPr>
          <w:rFonts w:ascii="Times New Roman" w:hAnsi="Times New Roman" w:eastAsia="Times New Roman" w:cs="Times New Roman"/>
          <w:sz w:val="24"/>
        </w:rPr>
        <w:t xml:space="preserve">, authorized consent to verify tenancy regarding the residence located at: </w:t>
      </w:r>
      <w:r>
        <w:rPr>
          <w:rFonts w:ascii="Times New Roman" w:hAnsi="Times New Roman" w:eastAsia="Times New Roman" w:cs="Times New Roman"/>
          <w:sz w:val="24"/>
        </w:rPr>
        <w:t>[ADDRESS]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The Tenant has specifically mentioned you as their current or previous landlord. If you could assist us in our decision of whether to offer housing to the Tenant, it would be greatly appreciated. </w:t>
      </w:r>
    </w:p>
    <w:p>
      <w:pPr/>
    </w:p>
    <w:p>
      <w:pPr/>
      <w:r>
        <w:rPr>
          <w:rFonts w:ascii="Times New Roman" w:hAnsi="Times New Roman" w:eastAsia="Times New Roman" w:cs="Times New Roman"/>
          <w:sz w:val="24"/>
        </w:rPr>
        <w:t>Please send this from in any of the following methods:</w:t>
      </w:r>
    </w:p>
    <w:p>
      <w:pP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[ADDRESS]</w:t>
      </w:r>
    </w:p>
    <w:p>
      <w:pPr/>
      <w:r>
        <w:rPr>
          <w:rFonts w:ascii="Times New Roman" w:hAnsi="Times New Roman" w:eastAsia="Times New Roman" w:cs="Times New Roman"/>
          <w:sz w:val="24"/>
        </w:rPr>
        <w:t>E-Mail</w:t>
      </w:r>
      <w:r>
        <w:rPr>
          <w:rFonts w:ascii="Times New Roman" w:hAnsi="Times New Roman" w:eastAsia="Times New Roman" w:cs="Times New Roman"/>
          <w:sz w:val="24"/>
        </w:rPr>
        <w:t xml:space="preserve">: </w:t>
      </w:r>
      <w:r>
        <w:rPr>
          <w:rFonts w:ascii="Times New Roman" w:hAnsi="Times New Roman" w:eastAsia="Times New Roman" w:cs="Times New Roman"/>
          <w:sz w:val="24"/>
        </w:rPr>
        <w:t>[E-MAIL]</w:t>
      </w:r>
    </w:p>
    <w:p>
      <w:pPr/>
      <w:r>
        <w:rPr>
          <w:rFonts w:ascii="Times New Roman" w:hAnsi="Times New Roman" w:eastAsia="Times New Roman" w:cs="Times New Roman"/>
          <w:sz w:val="24"/>
        </w:rPr>
        <w:t>Fax</w:t>
      </w:r>
      <w:r>
        <w:rPr>
          <w:rFonts w:ascii="Times New Roman" w:hAnsi="Times New Roman" w:eastAsia="Times New Roman" w:cs="Times New Roman"/>
          <w:sz w:val="24"/>
        </w:rPr>
        <w:t xml:space="preserve">: </w:t>
      </w:r>
      <w:r>
        <w:rPr>
          <w:rFonts w:ascii="Times New Roman" w:hAnsi="Times New Roman" w:eastAsia="Times New Roman" w:cs="Times New Roman"/>
          <w:sz w:val="24"/>
        </w:rPr>
        <w:t>[FAX NUMBER]</w:t>
      </w:r>
    </w:p>
    <w:p>
      <w:pPr/>
    </w:p>
    <w:p>
      <w:pPr/>
    </w:p>
    <w:p>
      <w:pPr/>
      <w:r>
        <w:rPr>
          <w:rFonts w:ascii="Times New Roman" w:hAnsi="Times New Roman" w:eastAsia="Times New Roman" w:cs="Times New Roman"/>
          <w:sz w:val="24"/>
        </w:rPr>
        <w:t>Please answer the following questions:</w:t>
      </w:r>
    </w:p>
    <w:p>
      <w:pPr/>
    </w:p>
    <w:p>
      <w:pPr/>
      <w:r>
        <w:rPr>
          <w:rFonts w:ascii="Times New Roman" w:hAnsi="Times New Roman" w:eastAsia="Times New Roman" w:cs="Times New Roman"/>
          <w:b/>
          <w:sz w:val="24"/>
        </w:rPr>
        <w:t>Is the Tenant currently renting from you?</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is the Tenant current with </w:t>
      </w:r>
      <w:r>
        <w:rPr>
          <w:rFonts w:ascii="Times New Roman" w:hAnsi="Times New Roman" w:eastAsia="Times New Roman" w:cs="Times New Roman"/>
          <w:sz w:val="24"/>
        </w:rPr>
        <w:t>ALL</w:t>
      </w:r>
      <w:r>
        <w:rPr>
          <w:rFonts w:ascii="Times New Roman" w:hAnsi="Times New Roman" w:eastAsia="Times New Roman" w:cs="Times New Roman"/>
          <w:sz w:val="24"/>
        </w:rPr>
        <w:t xml:space="preserve"> rental payments?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p>
    <w:p>
      <w:pPr/>
      <w:r>
        <w:rPr>
          <w:rFonts w:ascii="Times New Roman" w:hAnsi="Times New Roman" w:eastAsia="Times New Roman" w:cs="Times New Roman"/>
          <w:b/>
          <w:sz w:val="24"/>
        </w:rPr>
        <w:t>Did the applicant ever pay rent late during the term of their lease?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how many times? </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Has the applicant ever been more than thirty (30) days late with any rental payment?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p>
    <w:p>
      <w:pPr/>
      <w:r>
        <w:rPr>
          <w:rFonts w:ascii="Times New Roman" w:hAnsi="Times New Roman" w:eastAsia="Times New Roman" w:cs="Times New Roman"/>
          <w:b/>
          <w:sz w:val="24"/>
        </w:rPr>
        <w:t>Did the applicant have any pets?</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how many and what kind? </w:t>
      </w:r>
      <w:r>
        <w:rPr>
          <w:rFonts w:ascii="Times New Roman" w:hAnsi="Times New Roman" w:eastAsia="Times New Roman" w:cs="Times New Roman"/>
          <w:sz w:val="24"/>
        </w:rPr>
        <w:t>[DESCRIBE]</w:t>
      </w: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Have you had to give the applicant a lease violation notice, at any time, during the term of their lease?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what was the reason?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Was there ever any legal issues or property damage?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please describe: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Would you rent to this Tenant again?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no, please explain: </w:t>
      </w:r>
      <w:r>
        <w:rPr>
          <w:rFonts w:ascii="Times New Roman" w:hAnsi="Times New Roman" w:eastAsia="Times New Roman" w:cs="Times New Roman"/>
          <w:sz w:val="24"/>
        </w:rPr>
        <w:t>[DESCRIBE]</w:t>
      </w:r>
    </w:p>
    <w:p>
      <w:pPr/>
    </w:p>
    <w:p>
      <w:pPr/>
      <w:r>
        <w:rPr>
          <w:rFonts w:ascii="Times New Roman" w:hAnsi="Times New Roman" w:eastAsia="Times New Roman" w:cs="Times New Roman"/>
          <w:sz w:val="24"/>
        </w:rPr>
        <w:t xml:space="preserve">I certify that as the Tenant’s previous landlord that I have answered the questions herein truthfully and to the best of my ability. </w:t>
      </w:r>
    </w:p>
    <w:p>
      <w:pPr/>
    </w:p>
    <w:p>
      <w:pPr/>
      <w:r>
        <w:rPr>
          <w:rFonts w:ascii="Times New Roman" w:hAnsi="Times New Roman" w:eastAsia="Times New Roman" w:cs="Times New Roman"/>
          <w:sz w:val="24"/>
        </w:rPr>
        <w:t xml:space="preserve">Signature: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