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72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VERMONT 14</w:t>
      </w:r>
      <w:r>
        <w:rPr>
          <w:rFonts w:ascii="Times New Roman" w:hAnsi="Times New Roman" w:eastAsia="Times New Roman" w:cs="Times New Roman"/>
          <w:b/>
          <w:sz w:val="24"/>
        </w:rPr>
        <w:t>-</w:t>
      </w:r>
      <w:r>
        <w:rPr>
          <w:rFonts w:ascii="Times New Roman" w:hAnsi="Times New Roman" w:eastAsia="Times New Roman" w:cs="Times New Roman"/>
          <w:b/>
          <w:sz w:val="24"/>
        </w:rPr>
        <w:t>DA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NOTIC</w:t>
      </w:r>
      <w:r>
        <w:rPr>
          <w:rFonts w:ascii="Times New Roman" w:hAnsi="Times New Roman" w:eastAsia="Times New Roman" w:cs="Times New Roman"/>
          <w:b/>
          <w:sz w:val="24"/>
        </w:rPr>
        <w:t>E</w:t>
      </w:r>
      <w:r>
        <w:rPr>
          <w:rFonts w:ascii="Times New Roman" w:hAnsi="Times New Roman" w:eastAsia="Times New Roman" w:cs="Times New Roman"/>
          <w:b/>
          <w:sz w:val="24"/>
        </w:rPr>
        <w:t xml:space="preserve"> (ILLEGAL ACTIVITY)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In Accordance with § 4467</w:t>
      </w:r>
    </w:p>
    <w:p>
      <w:pPr/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>:</w:t>
      </w:r>
      <w:r>
        <w:rPr>
          <w:rFonts w:ascii="Times New Roman" w:hAnsi="Times New Roman" w:eastAsia="Times New Roman" w:cs="Times New Roman"/>
          <w:sz w:val="24"/>
        </w:rPr>
        <w:t xml:space="preserve"> Tenant(s)</w:t>
      </w:r>
      <w:r>
        <w:rPr>
          <w:rFonts w:ascii="Times New Roman" w:hAnsi="Times New Roman" w:eastAsia="Times New Roman" w:cs="Times New Roman"/>
          <w:sz w:val="24"/>
        </w:rPr>
        <w:t xml:space="preserve">: ________________________________  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From</w:t>
      </w:r>
      <w:r>
        <w:rPr>
          <w:rFonts w:ascii="Times New Roman" w:hAnsi="Times New Roman" w:eastAsia="Times New Roman" w:cs="Times New Roman"/>
          <w:sz w:val="24"/>
        </w:rPr>
        <w:t>:</w:t>
      </w:r>
      <w:r>
        <w:rPr>
          <w:rFonts w:ascii="Times New Roman" w:hAnsi="Times New Roman" w:eastAsia="Times New Roman" w:cs="Times New Roman"/>
          <w:sz w:val="24"/>
        </w:rPr>
        <w:t xml:space="preserve"> Landlor</w:t>
      </w:r>
      <w:r>
        <w:rPr>
          <w:rFonts w:ascii="Times New Roman" w:hAnsi="Times New Roman" w:eastAsia="Times New Roman" w:cs="Times New Roman"/>
          <w:sz w:val="24"/>
        </w:rPr>
        <w:t xml:space="preserve">d: ________________________________  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Addres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Lease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Premises: </w:t>
      </w:r>
      <w:r>
        <w:rPr>
          <w:rFonts w:ascii="Times New Roman" w:hAnsi="Times New Roman" w:eastAsia="Times New Roman" w:cs="Times New Roman"/>
          <w:sz w:val="24"/>
        </w:rPr>
        <w:t>_______________________________________________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 xml:space="preserve">Date of Signed Lease Agreement: </w:t>
      </w:r>
      <w:r>
        <w:rPr>
          <w:rFonts w:ascii="Times New Roman" w:hAnsi="Times New Roman" w:eastAsia="Times New Roman" w:cs="Times New Roman"/>
          <w:sz w:val="24"/>
        </w:rPr>
        <w:t xml:space="preserve">________________________________  </w:t>
      </w:r>
    </w:p>
    <w:p>
      <w:pPr/>
    </w:p>
    <w:p>
      <w:pPr/>
    </w:p>
    <w:p>
      <w:pPr>
        <w:spacing w:before="1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HEREB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GIVE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breac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Agreemen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abov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described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the following illegal act: 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</w:t>
      </w:r>
    </w:p>
    <w:p>
      <w:pPr>
        <w:spacing w:before="29" w:after="0"/>
      </w:pPr>
    </w:p>
    <w:p>
      <w:pPr>
        <w:spacing w:before="29" w:after="0"/>
      </w:pPr>
    </w:p>
    <w:p>
      <w:pPr/>
      <w:r>
        <w:rPr>
          <w:rFonts w:ascii="Times New Roman" w:hAnsi="Times New Roman" w:eastAsia="Times New Roman" w:cs="Times New Roman"/>
          <w:b/>
          <w:sz w:val="24"/>
        </w:rPr>
        <w:t>Your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Leas</w:t>
      </w:r>
      <w:r>
        <w:rPr>
          <w:rFonts w:ascii="Times New Roman" w:hAnsi="Times New Roman" w:eastAsia="Times New Roman" w:cs="Times New Roman"/>
          <w:b/>
          <w:sz w:val="24"/>
        </w:rPr>
        <w:t>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has been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terminate</w:t>
      </w:r>
      <w:r>
        <w:rPr>
          <w:rFonts w:ascii="Times New Roman" w:hAnsi="Times New Roman" w:eastAsia="Times New Roman" w:cs="Times New Roman"/>
          <w:b/>
          <w:sz w:val="24"/>
        </w:rPr>
        <w:t>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must </w:t>
      </w:r>
      <w:r>
        <w:rPr>
          <w:rFonts w:ascii="Times New Roman" w:hAnsi="Times New Roman" w:eastAsia="Times New Roman" w:cs="Times New Roman"/>
          <w:sz w:val="24"/>
        </w:rPr>
        <w:t>surrende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fail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fourteen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(14</w:t>
      </w:r>
      <w:r>
        <w:rPr>
          <w:rFonts w:ascii="Times New Roman" w:hAnsi="Times New Roman" w:eastAsia="Times New Roman" w:cs="Times New Roman"/>
          <w:b/>
          <w:sz w:val="24"/>
        </w:rPr>
        <w:t>)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notice </w:t>
      </w:r>
      <w:r>
        <w:rPr>
          <w:rFonts w:ascii="Times New Roman" w:hAnsi="Times New Roman" w:eastAsia="Times New Roman" w:cs="Times New Roman"/>
          <w:sz w:val="24"/>
        </w:rPr>
        <w:t>period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surrende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 xml:space="preserve">legal </w:t>
      </w:r>
      <w:r>
        <w:rPr>
          <w:rFonts w:ascii="Times New Roman" w:hAnsi="Times New Roman" w:eastAsia="Times New Roman" w:cs="Times New Roman"/>
          <w:sz w:val="24"/>
        </w:rPr>
        <w:t>proceeding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wil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commence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agains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 xml:space="preserve">u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>recove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possessio</w:t>
      </w:r>
      <w:r>
        <w:rPr>
          <w:rFonts w:ascii="Times New Roman" w:hAnsi="Times New Roman" w:eastAsia="Times New Roman" w:cs="Times New Roman"/>
          <w:sz w:val="24"/>
        </w:rPr>
        <w:t xml:space="preserve">n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>recove</w:t>
      </w:r>
      <w:r>
        <w:rPr>
          <w:rFonts w:ascii="Times New Roman" w:hAnsi="Times New Roman" w:eastAsia="Times New Roman" w:cs="Times New Roman"/>
          <w:sz w:val="24"/>
        </w:rPr>
        <w:t xml:space="preserve">r a </w:t>
      </w:r>
      <w:r>
        <w:rPr>
          <w:rFonts w:ascii="Times New Roman" w:hAnsi="Times New Roman" w:eastAsia="Times New Roman" w:cs="Times New Roman"/>
          <w:sz w:val="24"/>
        </w:rPr>
        <w:t>judgmen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fo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 xml:space="preserve">the </w:t>
      </w:r>
      <w:r>
        <w:rPr>
          <w:rFonts w:ascii="Times New Roman" w:hAnsi="Times New Roman" w:eastAsia="Times New Roman" w:cs="Times New Roman"/>
          <w:sz w:val="24"/>
        </w:rPr>
        <w:t>ren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damage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unlawfu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detentio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cost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cour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includin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attorneys’ fee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exten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allowe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applicabl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w </w:t>
      </w:r>
      <w:r>
        <w:rPr>
          <w:rFonts w:ascii="Times New Roman" w:hAnsi="Times New Roman" w:eastAsia="Times New Roman" w:cs="Times New Roman"/>
          <w:sz w:val="24"/>
        </w:rPr>
        <w:t>and/o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agreement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Surrende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f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premises </w:t>
      </w:r>
      <w:r>
        <w:rPr>
          <w:rFonts w:ascii="Times New Roman" w:hAnsi="Times New Roman" w:eastAsia="Times New Roman" w:cs="Times New Roman"/>
          <w:sz w:val="24"/>
        </w:rPr>
        <w:t>doe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reliev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liabilit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fo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outstandin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 xml:space="preserve"> balance of any unpaid rent.</w:t>
      </w:r>
    </w:p>
    <w:p>
      <w:pPr>
        <w:spacing w:before="1" w:after="0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fourteen (14</w:t>
      </w:r>
      <w:r>
        <w:rPr>
          <w:rFonts w:ascii="Times New Roman" w:hAnsi="Times New Roman" w:eastAsia="Times New Roman" w:cs="Times New Roman"/>
          <w:b/>
          <w:sz w:val="24"/>
        </w:rPr>
        <w:t>)</w:t>
      </w:r>
      <w:r>
        <w:rPr>
          <w:rFonts w:ascii="Times New Roman" w:hAnsi="Times New Roman" w:eastAsia="Times New Roman" w:cs="Times New Roman"/>
          <w:b/>
          <w:sz w:val="24"/>
        </w:rPr>
        <w:t xml:space="preserve"> da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perio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describe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herei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shal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expir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at:</w:t>
      </w:r>
      <w:r>
        <w:rPr>
          <w:rFonts w:ascii="Times New Roman" w:hAnsi="Times New Roman" w:eastAsia="Times New Roman" w:cs="Times New Roman"/>
          <w:sz w:val="24"/>
        </w:rPr>
        <w:t xml:space="preserve"> 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O’cloc</w:t>
      </w:r>
      <w:r>
        <w:rPr>
          <w:rFonts w:ascii="Times New Roman" w:hAnsi="Times New Roman" w:eastAsia="Times New Roman" w:cs="Times New Roman"/>
          <w:sz w:val="24"/>
        </w:rPr>
        <w:t>k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A.M.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P.M.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_____ </w:t>
      </w:r>
      <w:r>
        <w:rPr>
          <w:rFonts w:ascii="Times New Roman" w:hAnsi="Times New Roman" w:eastAsia="Times New Roman" w:cs="Times New Roman"/>
          <w:sz w:val="24"/>
        </w:rPr>
        <w:t>da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of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>, 20</w:t>
      </w:r>
      <w:r>
        <w:rPr>
          <w:rFonts w:ascii="Times New Roman" w:hAnsi="Times New Roman" w:eastAsia="Times New Roman" w:cs="Times New Roman"/>
          <w:sz w:val="24"/>
        </w:rPr>
        <w:t>____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5" w:after="0"/>
      </w:pPr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LANDLOR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RESERVE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AL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RIGHT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REMEDIE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UNDE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AGREEMENT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UNDE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APPLICABL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LAW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INCLUDIN</w:t>
      </w:r>
      <w:r>
        <w:rPr>
          <w:rFonts w:ascii="Times New Roman" w:hAnsi="Times New Roman" w:eastAsia="Times New Roman" w:cs="Times New Roman"/>
          <w:sz w:val="24"/>
        </w:rPr>
        <w:t xml:space="preserve">G </w:t>
      </w:r>
      <w:r>
        <w:rPr>
          <w:rFonts w:ascii="Times New Roman" w:hAnsi="Times New Roman" w:eastAsia="Times New Roman" w:cs="Times New Roman"/>
          <w:sz w:val="24"/>
        </w:rPr>
        <w:t>BU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NO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LIMITE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 xml:space="preserve">CONTRACTUAL </w:t>
      </w:r>
      <w:r>
        <w:rPr>
          <w:rFonts w:ascii="Times New Roman" w:hAnsi="Times New Roman" w:eastAsia="Times New Roman" w:cs="Times New Roman"/>
          <w:sz w:val="24"/>
        </w:rPr>
        <w:t>DAMAGE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FO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UNPAI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RENT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NOTHIN</w:t>
      </w:r>
      <w:r>
        <w:rPr>
          <w:rFonts w:ascii="Times New Roman" w:hAnsi="Times New Roman" w:eastAsia="Times New Roman" w:cs="Times New Roman"/>
          <w:sz w:val="24"/>
        </w:rPr>
        <w:t xml:space="preserve">G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 xml:space="preserve">N </w:t>
      </w:r>
      <w:r>
        <w:rPr>
          <w:rFonts w:ascii="Times New Roman" w:hAnsi="Times New Roman" w:eastAsia="Times New Roman" w:cs="Times New Roman"/>
          <w:sz w:val="24"/>
        </w:rPr>
        <w:t>THI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SHOUL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 xml:space="preserve">BE </w:t>
      </w:r>
      <w:r>
        <w:rPr>
          <w:rFonts w:ascii="Times New Roman" w:hAnsi="Times New Roman" w:eastAsia="Times New Roman" w:cs="Times New Roman"/>
          <w:sz w:val="24"/>
        </w:rPr>
        <w:t>CONSTRUE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WAIVE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RELINQUISHMEN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SAME.</w:t>
      </w:r>
    </w:p>
    <w:p>
      <w:pPr>
        <w:spacing w:before="76" w:after="0"/>
      </w:pP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hav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an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questio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pleas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cal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________________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5" w:after="0"/>
      </w:pPr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Signed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thi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line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_____ </w:t>
      </w:r>
      <w:r>
        <w:rPr>
          <w:rFonts w:ascii="Times New Roman" w:hAnsi="Times New Roman" w:eastAsia="Times New Roman" w:cs="Times New Roman"/>
          <w:sz w:val="24"/>
        </w:rPr>
        <w:t>da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of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>, 20</w:t>
      </w:r>
      <w:r>
        <w:rPr>
          <w:rFonts w:ascii="Times New Roman" w:hAnsi="Times New Roman" w:eastAsia="Times New Roman" w:cs="Times New Roman"/>
          <w:sz w:val="24"/>
        </w:rPr>
        <w:t>____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Landlord/Lessor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authorize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agent</w:t>
      </w:r>
    </w:p>
    <w:p>
      <w:pPr/>
    </w:p>
    <w:p>
      <w:pPr/>
    </w:p>
    <w:p>
      <w:pPr/>
    </w:p>
    <w:p>
      <w:pPr>
        <w:spacing w:before="4" w:after="0"/>
      </w:pPr>
    </w:p>
    <w:p>
      <w:pPr>
        <w:spacing w:before="29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</w:t>
      </w:r>
      <w:r>
        <w:rPr>
          <w:rFonts w:ascii="Times New Roman" w:hAnsi="Times New Roman" w:eastAsia="Times New Roman" w:cs="Times New Roman"/>
          <w:b/>
          <w:sz w:val="24"/>
        </w:rPr>
        <w:t>F</w:t>
      </w:r>
      <w:r>
        <w:rPr>
          <w:rFonts w:ascii="Times New Roman" w:hAnsi="Times New Roman" w:eastAsia="Times New Roman" w:cs="Times New Roman"/>
          <w:b/>
          <w:sz w:val="24"/>
        </w:rPr>
        <w:t xml:space="preserve"> O</w:t>
      </w:r>
      <w:r>
        <w:rPr>
          <w:rFonts w:ascii="Times New Roman" w:hAnsi="Times New Roman" w:eastAsia="Times New Roman" w:cs="Times New Roman"/>
          <w:b/>
          <w:sz w:val="24"/>
        </w:rPr>
        <w:t>F</w:t>
      </w:r>
      <w:r>
        <w:rPr>
          <w:rFonts w:ascii="Times New Roman" w:hAnsi="Times New Roman" w:eastAsia="Times New Roman" w:cs="Times New Roman"/>
          <w:b/>
          <w:sz w:val="24"/>
        </w:rPr>
        <w:t xml:space="preserve"> DELIVERY</w:t>
      </w:r>
    </w:p>
    <w:p>
      <w:pPr>
        <w:spacing w:before="4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cop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thi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wa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delivere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Tenant:</w:t>
      </w:r>
    </w:p>
    <w:p>
      <w:pPr>
        <w:spacing w:before="9" w:after="0"/>
      </w:pPr>
    </w:p>
    <w:p>
      <w:pPr/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By hand</w:t>
      </w:r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registered/certifie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m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abov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address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whic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 xml:space="preserve"> is: </w:t>
      </w:r>
    </w:p>
    <w:p>
      <w:pPr>
        <w:spacing w:before="39" w:after="0"/>
        <w:ind w:hanging="360"/>
      </w:pPr>
      <w:r>
        <w:rPr>
          <w:rFonts w:ascii="Times New Roman" w:hAnsi="Times New Roman" w:eastAsia="Times New Roman" w:cs="Times New Roman"/>
          <w:sz w:val="24"/>
        </w:rPr>
        <w:t>The place designated by Tenant for receipt of communications;</w:t>
      </w:r>
    </w:p>
    <w:p>
      <w:pPr>
        <w:spacing w:before="39" w:after="0"/>
        <w:ind w:hanging="360"/>
      </w:pPr>
      <w:r>
        <w:rPr>
          <w:rFonts w:ascii="Times New Roman" w:hAnsi="Times New Roman" w:eastAsia="Times New Roman" w:cs="Times New Roman"/>
          <w:sz w:val="24"/>
        </w:rPr>
        <w:t>Tenant’s last known place of residence;</w:t>
      </w:r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By posting prominently on the front door of the leased premises.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delivered/mailed/poste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by</w:t>
      </w:r>
      <w:r>
        <w:rPr>
          <w:rFonts w:ascii="Times New Roman" w:hAnsi="Times New Roman" w:eastAsia="Times New Roman" w:cs="Times New Roman"/>
          <w:sz w:val="24"/>
        </w:rPr>
        <w:t>:</w:t>
        <w:tab/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before="24" w:after="0"/>
      </w:pPr>
    </w:p>
    <w:p>
      <w:pPr>
        <w:spacing w:before="24" w:after="0"/>
      </w:pPr>
      <w:r>
        <w:rPr>
          <w:rFonts w:ascii="Times New Roman" w:hAnsi="Times New Roman" w:eastAsia="Times New Roman" w:cs="Times New Roman"/>
          <w:sz w:val="24"/>
        </w:rPr>
        <w:t xml:space="preserve">Name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before="9" w:after="0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Nam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before="5" w:after="0"/>
      </w:pPr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 xml:space="preserve">In his/her capacity as: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Landlord/Lessor;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Manager;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Agent.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Notice delivered/mailed/posted on: ___________________ [date]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