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72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VERMONT 14</w:t>
      </w:r>
      <w:r>
        <w:rPr>
          <w:rFonts w:ascii="Times New Roman" w:hAnsi="Times New Roman" w:eastAsia="Times New Roman" w:cs="Times New Roman"/>
          <w:b/>
          <w:sz w:val="24"/>
        </w:rPr>
        <w:t>-</w:t>
      </w:r>
      <w:r>
        <w:rPr>
          <w:rFonts w:ascii="Times New Roman" w:hAnsi="Times New Roman" w:eastAsia="Times New Roman" w:cs="Times New Roman"/>
          <w:b/>
          <w:sz w:val="24"/>
        </w:rPr>
        <w:t>DA</w:t>
      </w:r>
      <w:r>
        <w:rPr>
          <w:rFonts w:ascii="Times New Roman" w:hAnsi="Times New Roman" w:eastAsia="Times New Roman" w:cs="Times New Roman"/>
          <w:b/>
          <w:sz w:val="24"/>
        </w:rPr>
        <w:t>Y</w:t>
      </w:r>
      <w:r>
        <w:rPr>
          <w:rFonts w:ascii="Times New Roman" w:hAnsi="Times New Roman" w:eastAsia="Times New Roman" w:cs="Times New Roman"/>
          <w:b/>
          <w:sz w:val="24"/>
        </w:rPr>
        <w:t xml:space="preserve"> NOTIC</w:t>
      </w:r>
      <w:r>
        <w:rPr>
          <w:rFonts w:ascii="Times New Roman" w:hAnsi="Times New Roman" w:eastAsia="Times New Roman" w:cs="Times New Roman"/>
          <w:b/>
          <w:sz w:val="24"/>
        </w:rPr>
        <w:t>E</w:t>
      </w:r>
      <w:r>
        <w:rPr>
          <w:rFonts w:ascii="Times New Roman" w:hAnsi="Times New Roman" w:eastAsia="Times New Roman" w:cs="Times New Roman"/>
          <w:b/>
          <w:sz w:val="24"/>
        </w:rPr>
        <w:t xml:space="preserve"> T</w:t>
      </w:r>
      <w:r>
        <w:rPr>
          <w:rFonts w:ascii="Times New Roman" w:hAnsi="Times New Roman" w:eastAsia="Times New Roman" w:cs="Times New Roman"/>
          <w:b/>
          <w:sz w:val="24"/>
        </w:rPr>
        <w:t>O</w:t>
      </w:r>
      <w:r>
        <w:rPr>
          <w:rFonts w:ascii="Times New Roman" w:hAnsi="Times New Roman" w:eastAsia="Times New Roman" w:cs="Times New Roman"/>
          <w:b/>
          <w:sz w:val="24"/>
        </w:rPr>
        <w:t xml:space="preserve"> PA</w:t>
      </w:r>
      <w:r>
        <w:rPr>
          <w:rFonts w:ascii="Times New Roman" w:hAnsi="Times New Roman" w:eastAsia="Times New Roman" w:cs="Times New Roman"/>
          <w:b/>
          <w:sz w:val="24"/>
        </w:rPr>
        <w:t>Y</w:t>
      </w:r>
      <w:r>
        <w:rPr>
          <w:rFonts w:ascii="Times New Roman" w:hAnsi="Times New Roman" w:eastAsia="Times New Roman" w:cs="Times New Roman"/>
          <w:b/>
          <w:sz w:val="24"/>
        </w:rPr>
        <w:t xml:space="preserve"> RENT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In Accordance with § 4467</w:t>
      </w:r>
    </w:p>
    <w:p>
      <w:pPr/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To</w:t>
      </w:r>
      <w:r>
        <w:rPr>
          <w:rFonts w:ascii="Times New Roman" w:hAnsi="Times New Roman" w:eastAsia="Times New Roman" w:cs="Times New Roman"/>
          <w:sz w:val="24"/>
        </w:rPr>
        <w:t>:</w:t>
      </w:r>
      <w:r>
        <w:rPr>
          <w:rFonts w:ascii="Times New Roman" w:hAnsi="Times New Roman" w:eastAsia="Times New Roman" w:cs="Times New Roman"/>
          <w:sz w:val="24"/>
        </w:rPr>
        <w:t xml:space="preserve"> Tenant(s)</w:t>
      </w:r>
      <w:r>
        <w:rPr>
          <w:rFonts w:ascii="Times New Roman" w:hAnsi="Times New Roman" w:eastAsia="Times New Roman" w:cs="Times New Roman"/>
          <w:sz w:val="24"/>
        </w:rPr>
        <w:t xml:space="preserve">: ________________________________  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From</w:t>
      </w:r>
      <w:r>
        <w:rPr>
          <w:rFonts w:ascii="Times New Roman" w:hAnsi="Times New Roman" w:eastAsia="Times New Roman" w:cs="Times New Roman"/>
          <w:sz w:val="24"/>
        </w:rPr>
        <w:t>:</w:t>
      </w:r>
      <w:r>
        <w:rPr>
          <w:rFonts w:ascii="Times New Roman" w:hAnsi="Times New Roman" w:eastAsia="Times New Roman" w:cs="Times New Roman"/>
          <w:sz w:val="24"/>
        </w:rPr>
        <w:t xml:space="preserve"> Landlor</w:t>
      </w:r>
      <w:r>
        <w:rPr>
          <w:rFonts w:ascii="Times New Roman" w:hAnsi="Times New Roman" w:eastAsia="Times New Roman" w:cs="Times New Roman"/>
          <w:sz w:val="24"/>
        </w:rPr>
        <w:t xml:space="preserve">d: ________________________________  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Addres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Lease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Premises: </w:t>
      </w:r>
      <w:r>
        <w:rPr>
          <w:rFonts w:ascii="Times New Roman" w:hAnsi="Times New Roman" w:eastAsia="Times New Roman" w:cs="Times New Roman"/>
          <w:sz w:val="24"/>
        </w:rPr>
        <w:t>_______________________________________________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 xml:space="preserve">Date of Signed Lease Agreement: </w:t>
      </w:r>
      <w:r>
        <w:rPr>
          <w:rFonts w:ascii="Times New Roman" w:hAnsi="Times New Roman" w:eastAsia="Times New Roman" w:cs="Times New Roman"/>
          <w:sz w:val="24"/>
        </w:rPr>
        <w:t xml:space="preserve">________________________________  </w:t>
      </w:r>
    </w:p>
    <w:p>
      <w:pPr/>
    </w:p>
    <w:p>
      <w:pPr/>
    </w:p>
    <w:p>
      <w:pPr>
        <w:spacing w:before="1" w:after="0"/>
      </w:pPr>
    </w:p>
    <w:p>
      <w:pPr>
        <w:spacing w:before="29" w:after="0"/>
        <w:jc w:val="both"/>
      </w:pPr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HEREB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GIVE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breac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Agreemen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abov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described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du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failur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timel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rent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Excep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provide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below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fourtee</w:t>
      </w:r>
      <w:r>
        <w:rPr>
          <w:rFonts w:ascii="Times New Roman" w:hAnsi="Times New Roman" w:eastAsia="Times New Roman" w:cs="Times New Roman"/>
          <w:b/>
          <w:sz w:val="24"/>
        </w:rPr>
        <w:t>n</w:t>
      </w:r>
      <w:r>
        <w:rPr>
          <w:rFonts w:ascii="Times New Roman" w:hAnsi="Times New Roman" w:eastAsia="Times New Roman" w:cs="Times New Roman"/>
          <w:b/>
          <w:sz w:val="24"/>
        </w:rPr>
        <w:t xml:space="preserve"> (14</w:t>
      </w:r>
      <w:r>
        <w:rPr>
          <w:rFonts w:ascii="Times New Roman" w:hAnsi="Times New Roman" w:eastAsia="Times New Roman" w:cs="Times New Roman"/>
          <w:b/>
          <w:sz w:val="24"/>
        </w:rPr>
        <w:t>)</w:t>
      </w:r>
      <w:r>
        <w:rPr>
          <w:rFonts w:ascii="Times New Roman" w:hAnsi="Times New Roman" w:eastAsia="Times New Roman" w:cs="Times New Roman"/>
          <w:b/>
          <w:sz w:val="24"/>
        </w:rPr>
        <w:t xml:space="preserve"> days </w:t>
      </w:r>
      <w:r>
        <w:rPr>
          <w:rFonts w:ascii="Times New Roman" w:hAnsi="Times New Roman" w:eastAsia="Times New Roman" w:cs="Times New Roman"/>
          <w:sz w:val="24"/>
        </w:rPr>
        <w:t>afte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servic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f </w:t>
      </w:r>
      <w:r>
        <w:rPr>
          <w:rFonts w:ascii="Times New Roman" w:hAnsi="Times New Roman" w:eastAsia="Times New Roman" w:cs="Times New Roman"/>
          <w:sz w:val="24"/>
        </w:rPr>
        <w:t>thi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upo</w:t>
      </w:r>
      <w:r>
        <w:rPr>
          <w:rFonts w:ascii="Times New Roman" w:hAnsi="Times New Roman" w:eastAsia="Times New Roman" w:cs="Times New Roman"/>
          <w:sz w:val="24"/>
        </w:rPr>
        <w:t xml:space="preserve">n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 xml:space="preserve">u </w:t>
      </w:r>
      <w:r>
        <w:rPr>
          <w:rFonts w:ascii="Times New Roman" w:hAnsi="Times New Roman" w:eastAsia="Times New Roman" w:cs="Times New Roman"/>
          <w:sz w:val="24"/>
        </w:rPr>
        <w:t>mus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pa</w:t>
      </w:r>
      <w:r>
        <w:rPr>
          <w:rFonts w:ascii="Times New Roman" w:hAnsi="Times New Roman" w:eastAsia="Times New Roman" w:cs="Times New Roman"/>
          <w:sz w:val="24"/>
        </w:rPr>
        <w:t xml:space="preserve">y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 xml:space="preserve">n </w:t>
      </w:r>
      <w:r>
        <w:rPr>
          <w:rFonts w:ascii="Times New Roman" w:hAnsi="Times New Roman" w:eastAsia="Times New Roman" w:cs="Times New Roman"/>
          <w:sz w:val="24"/>
        </w:rPr>
        <w:t>ful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</w:t>
      </w:r>
      <w:r>
        <w:rPr>
          <w:rFonts w:ascii="Times New Roman" w:hAnsi="Times New Roman" w:eastAsia="Times New Roman" w:cs="Times New Roman"/>
          <w:sz w:val="24"/>
        </w:rPr>
        <w:t>Landlor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ren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othe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charge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now du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unpaid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follows:</w:t>
      </w:r>
    </w:p>
    <w:p>
      <w:pPr>
        <w:spacing w:before="1" w:after="0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$ _____________ </w:t>
      </w:r>
      <w:r>
        <w:rPr>
          <w:rFonts w:ascii="Times New Roman" w:hAnsi="Times New Roman" w:eastAsia="Times New Roman" w:cs="Times New Roman"/>
          <w:sz w:val="24"/>
        </w:rPr>
        <w:t>Ren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for the period of </w:t>
      </w:r>
      <w:r>
        <w:rPr>
          <w:rFonts w:ascii="Times New Roman" w:hAnsi="Times New Roman" w:eastAsia="Times New Roman" w:cs="Times New Roman"/>
          <w:sz w:val="24"/>
        </w:rPr>
        <w:t xml:space="preserve">________________________________  </w:t>
      </w:r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 xml:space="preserve"> _____________ </w:t>
      </w:r>
      <w:r>
        <w:rPr>
          <w:rFonts w:ascii="Times New Roman" w:hAnsi="Times New Roman" w:eastAsia="Times New Roman" w:cs="Times New Roman"/>
          <w:sz w:val="24"/>
        </w:rPr>
        <w:t>Lat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Charges </w:t>
      </w:r>
      <w:r>
        <w:rPr>
          <w:rFonts w:ascii="Times New Roman" w:hAnsi="Times New Roman" w:eastAsia="Times New Roman" w:cs="Times New Roman"/>
          <w:sz w:val="24"/>
        </w:rPr>
        <w:t xml:space="preserve">________________________________  </w:t>
      </w:r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>$</w:t>
      </w:r>
      <w:r>
        <w:rPr>
          <w:rFonts w:ascii="Times New Roman" w:hAnsi="Times New Roman" w:eastAsia="Times New Roman" w:cs="Times New Roman"/>
          <w:sz w:val="24"/>
        </w:rPr>
        <w:t xml:space="preserve"> _____________ </w:t>
      </w:r>
      <w:r>
        <w:rPr>
          <w:rFonts w:ascii="Times New Roman" w:hAnsi="Times New Roman" w:eastAsia="Times New Roman" w:cs="Times New Roman"/>
          <w:sz w:val="24"/>
        </w:rPr>
        <w:t xml:space="preserve">Other </w:t>
      </w:r>
      <w:r>
        <w:rPr>
          <w:rFonts w:ascii="Times New Roman" w:hAnsi="Times New Roman" w:eastAsia="Times New Roman" w:cs="Times New Roman"/>
          <w:sz w:val="24"/>
        </w:rPr>
        <w:t xml:space="preserve">________________________________  </w:t>
      </w:r>
    </w:p>
    <w:p>
      <w:pPr>
        <w:spacing w:before="3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 xml:space="preserve">$ </w:t>
      </w:r>
      <w:r>
        <w:rPr>
          <w:rFonts w:ascii="Times New Roman" w:hAnsi="Times New Roman" w:eastAsia="Times New Roman" w:cs="Times New Roman"/>
          <w:sz w:val="24"/>
        </w:rPr>
        <w:t>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Tota</w:t>
      </w:r>
      <w:r>
        <w:rPr>
          <w:rFonts w:ascii="Times New Roman" w:hAnsi="Times New Roman" w:eastAsia="Times New Roman" w:cs="Times New Roman"/>
          <w:b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(exclusiv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futur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accruin</w:t>
      </w:r>
      <w:r>
        <w:rPr>
          <w:rFonts w:ascii="Times New Roman" w:hAnsi="Times New Roman" w:eastAsia="Times New Roman" w:cs="Times New Roman"/>
          <w:sz w:val="24"/>
        </w:rPr>
        <w:t>g</w:t>
      </w:r>
      <w:r>
        <w:rPr>
          <w:rFonts w:ascii="Times New Roman" w:hAnsi="Times New Roman" w:eastAsia="Times New Roman" w:cs="Times New Roman"/>
          <w:sz w:val="24"/>
        </w:rPr>
        <w:t xml:space="preserve"> costs)</w:t>
      </w:r>
    </w:p>
    <w:p>
      <w:pPr>
        <w:spacing w:before="5" w:after="0"/>
      </w:pPr>
    </w:p>
    <w:p>
      <w:pPr/>
    </w:p>
    <w:p>
      <w:pPr>
        <w:spacing w:before="29" w:after="0"/>
        <w:jc w:val="both"/>
      </w:pPr>
      <w:r>
        <w:rPr>
          <w:rFonts w:ascii="Times New Roman" w:hAnsi="Times New Roman" w:eastAsia="Times New Roman" w:cs="Times New Roman"/>
          <w:sz w:val="24"/>
        </w:rPr>
        <w:t>Paymen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wil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b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accepte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onl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by:</w:t>
      </w:r>
    </w:p>
    <w:p>
      <w:pPr>
        <w:spacing w:before="29" w:after="0"/>
        <w:jc w:val="both"/>
      </w:pPr>
    </w:p>
    <w:p>
      <w:pPr>
        <w:spacing w:before="29" w:after="0"/>
        <w:jc w:val="both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Cash</w:t>
      </w:r>
      <w:r>
        <w:rPr>
          <w:rFonts w:ascii="Times New Roman" w:hAnsi="Times New Roman" w:eastAsia="Times New Roman" w:cs="Times New Roman"/>
          <w:sz w:val="24"/>
        </w:rPr>
        <w:t xml:space="preserve">;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Money Order</w:t>
      </w:r>
      <w:r>
        <w:rPr>
          <w:rFonts w:ascii="Times New Roman" w:hAnsi="Times New Roman" w:eastAsia="Times New Roman" w:cs="Times New Roman"/>
          <w:sz w:val="24"/>
        </w:rPr>
        <w:t xml:space="preserve">;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Cashier’s/Certified Check </w:t>
      </w:r>
      <w:r>
        <w:rPr>
          <w:rFonts w:ascii="Times New Roman" w:hAnsi="Times New Roman" w:eastAsia="Times New Roman" w:cs="Times New Roman"/>
          <w:sz w:val="24"/>
        </w:rPr>
        <w:t xml:space="preserve">;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Personal Check</w:t>
      </w:r>
      <w:r>
        <w:rPr>
          <w:rFonts w:ascii="Times New Roman" w:hAnsi="Times New Roman" w:eastAsia="Times New Roman" w:cs="Times New Roman"/>
          <w:sz w:val="24"/>
        </w:rPr>
        <w:t xml:space="preserve">; </w:t>
      </w:r>
    </w:p>
    <w:p>
      <w:pPr>
        <w:spacing w:before="29" w:after="0"/>
        <w:jc w:val="both"/>
      </w:pPr>
    </w:p>
    <w:p>
      <w:pPr/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FAI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TENDE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FUL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PAYMENT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you</w:t>
      </w:r>
      <w:r>
        <w:rPr>
          <w:rFonts w:ascii="Times New Roman" w:hAnsi="Times New Roman" w:eastAsia="Times New Roman" w:cs="Times New Roman"/>
          <w:b/>
          <w:sz w:val="24"/>
        </w:rPr>
        <w:t>r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Leas</w:t>
      </w:r>
      <w:r>
        <w:rPr>
          <w:rFonts w:ascii="Times New Roman" w:hAnsi="Times New Roman" w:eastAsia="Times New Roman" w:cs="Times New Roman"/>
          <w:b/>
          <w:sz w:val="24"/>
        </w:rPr>
        <w:t>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wil</w:t>
      </w:r>
      <w:r>
        <w:rPr>
          <w:rFonts w:ascii="Times New Roman" w:hAnsi="Times New Roman" w:eastAsia="Times New Roman" w:cs="Times New Roman"/>
          <w:b/>
          <w:sz w:val="24"/>
        </w:rPr>
        <w:t>l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b</w:t>
      </w:r>
      <w:r>
        <w:rPr>
          <w:rFonts w:ascii="Times New Roman" w:hAnsi="Times New Roman" w:eastAsia="Times New Roman" w:cs="Times New Roman"/>
          <w:b/>
          <w:sz w:val="24"/>
        </w:rPr>
        <w:t>e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terminate</w:t>
      </w:r>
      <w:r>
        <w:rPr>
          <w:rFonts w:ascii="Times New Roman" w:hAnsi="Times New Roman" w:eastAsia="Times New Roman" w:cs="Times New Roman"/>
          <w:b/>
          <w:sz w:val="24"/>
        </w:rPr>
        <w:t>d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must </w:t>
      </w:r>
      <w:r>
        <w:rPr>
          <w:rFonts w:ascii="Times New Roman" w:hAnsi="Times New Roman" w:eastAsia="Times New Roman" w:cs="Times New Roman"/>
          <w:sz w:val="24"/>
        </w:rPr>
        <w:t>surrende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Landlord</w:t>
      </w:r>
      <w:r>
        <w:rPr>
          <w:rFonts w:ascii="Times New Roman" w:hAnsi="Times New Roman" w:eastAsia="Times New Roman" w:cs="Times New Roman"/>
          <w:sz w:val="24"/>
        </w:rPr>
        <w:t>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fail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withi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fourtee</w:t>
      </w:r>
      <w:r>
        <w:rPr>
          <w:rFonts w:ascii="Times New Roman" w:hAnsi="Times New Roman" w:eastAsia="Times New Roman" w:cs="Times New Roman"/>
          <w:b/>
          <w:sz w:val="24"/>
        </w:rPr>
        <w:t>n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(14</w:t>
      </w:r>
      <w:r>
        <w:rPr>
          <w:rFonts w:ascii="Times New Roman" w:hAnsi="Times New Roman" w:eastAsia="Times New Roman" w:cs="Times New Roman"/>
          <w:b/>
          <w:sz w:val="24"/>
        </w:rPr>
        <w:t>)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da</w:t>
      </w:r>
      <w:r>
        <w:rPr>
          <w:rFonts w:ascii="Times New Roman" w:hAnsi="Times New Roman" w:eastAsia="Times New Roman" w:cs="Times New Roman"/>
          <w:b/>
          <w:sz w:val="24"/>
        </w:rPr>
        <w:t>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notice </w:t>
      </w:r>
      <w:r>
        <w:rPr>
          <w:rFonts w:ascii="Times New Roman" w:hAnsi="Times New Roman" w:eastAsia="Times New Roman" w:cs="Times New Roman"/>
          <w:sz w:val="24"/>
        </w:rPr>
        <w:t>period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eithe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pa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tota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charge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full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surrende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possessio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 xml:space="preserve">legal </w:t>
      </w:r>
      <w:r>
        <w:rPr>
          <w:rFonts w:ascii="Times New Roman" w:hAnsi="Times New Roman" w:eastAsia="Times New Roman" w:cs="Times New Roman"/>
          <w:sz w:val="24"/>
        </w:rPr>
        <w:t>proceeding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wil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commence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agains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yo</w:t>
      </w:r>
      <w:r>
        <w:rPr>
          <w:rFonts w:ascii="Times New Roman" w:hAnsi="Times New Roman" w:eastAsia="Times New Roman" w:cs="Times New Roman"/>
          <w:sz w:val="24"/>
        </w:rPr>
        <w:t xml:space="preserve">u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</w:t>
      </w:r>
      <w:r>
        <w:rPr>
          <w:rFonts w:ascii="Times New Roman" w:hAnsi="Times New Roman" w:eastAsia="Times New Roman" w:cs="Times New Roman"/>
          <w:sz w:val="24"/>
        </w:rPr>
        <w:t>recove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possessio</w:t>
      </w:r>
      <w:r>
        <w:rPr>
          <w:rFonts w:ascii="Times New Roman" w:hAnsi="Times New Roman" w:eastAsia="Times New Roman" w:cs="Times New Roman"/>
          <w:sz w:val="24"/>
        </w:rPr>
        <w:t xml:space="preserve">n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</w:t>
      </w:r>
      <w:r>
        <w:rPr>
          <w:rFonts w:ascii="Times New Roman" w:hAnsi="Times New Roman" w:eastAsia="Times New Roman" w:cs="Times New Roman"/>
          <w:sz w:val="24"/>
        </w:rPr>
        <w:t>recove</w:t>
      </w:r>
      <w:r>
        <w:rPr>
          <w:rFonts w:ascii="Times New Roman" w:hAnsi="Times New Roman" w:eastAsia="Times New Roman" w:cs="Times New Roman"/>
          <w:sz w:val="24"/>
        </w:rPr>
        <w:t xml:space="preserve">r a </w:t>
      </w:r>
      <w:r>
        <w:rPr>
          <w:rFonts w:ascii="Times New Roman" w:hAnsi="Times New Roman" w:eastAsia="Times New Roman" w:cs="Times New Roman"/>
          <w:sz w:val="24"/>
        </w:rPr>
        <w:t>judgmen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fo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 xml:space="preserve">the </w:t>
      </w:r>
      <w:r>
        <w:rPr>
          <w:rFonts w:ascii="Times New Roman" w:hAnsi="Times New Roman" w:eastAsia="Times New Roman" w:cs="Times New Roman"/>
          <w:sz w:val="24"/>
        </w:rPr>
        <w:t>ren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damage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fo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you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unlawfu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detentio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premises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cost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cour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includin</w:t>
      </w:r>
      <w:r>
        <w:rPr>
          <w:rFonts w:ascii="Times New Roman" w:hAnsi="Times New Roman" w:eastAsia="Times New Roman" w:cs="Times New Roman"/>
          <w:sz w:val="24"/>
        </w:rPr>
        <w:t>g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attorneys’ fee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exten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allowe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applicabl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w </w:t>
      </w:r>
      <w:r>
        <w:rPr>
          <w:rFonts w:ascii="Times New Roman" w:hAnsi="Times New Roman" w:eastAsia="Times New Roman" w:cs="Times New Roman"/>
          <w:sz w:val="24"/>
        </w:rPr>
        <w:t>and/o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agreement</w:t>
      </w:r>
      <w:r>
        <w:rPr>
          <w:rFonts w:ascii="Times New Roman" w:hAnsi="Times New Roman" w:eastAsia="Times New Roman" w:cs="Times New Roman"/>
          <w:sz w:val="24"/>
        </w:rPr>
        <w:t xml:space="preserve">. </w:t>
      </w:r>
      <w:r>
        <w:rPr>
          <w:rFonts w:ascii="Times New Roman" w:hAnsi="Times New Roman" w:eastAsia="Times New Roman" w:cs="Times New Roman"/>
          <w:sz w:val="24"/>
        </w:rPr>
        <w:t>Surrende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f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premises </w:t>
      </w:r>
      <w:r>
        <w:rPr>
          <w:rFonts w:ascii="Times New Roman" w:hAnsi="Times New Roman" w:eastAsia="Times New Roman" w:cs="Times New Roman"/>
          <w:sz w:val="24"/>
        </w:rPr>
        <w:t>doe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no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reliev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liabilit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fo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outstandin</w:t>
      </w:r>
      <w:r>
        <w:rPr>
          <w:rFonts w:ascii="Times New Roman" w:hAnsi="Times New Roman" w:eastAsia="Times New Roman" w:cs="Times New Roman"/>
          <w:sz w:val="24"/>
        </w:rPr>
        <w:t>g</w:t>
      </w:r>
      <w:r>
        <w:rPr>
          <w:rFonts w:ascii="Times New Roman" w:hAnsi="Times New Roman" w:eastAsia="Times New Roman" w:cs="Times New Roman"/>
          <w:sz w:val="24"/>
        </w:rPr>
        <w:t xml:space="preserve"> balance.</w:t>
      </w:r>
    </w:p>
    <w:p>
      <w:pPr>
        <w:spacing w:before="1" w:after="0"/>
      </w:pPr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fourtee</w:t>
      </w:r>
      <w:r>
        <w:rPr>
          <w:rFonts w:ascii="Times New Roman" w:hAnsi="Times New Roman" w:eastAsia="Times New Roman" w:cs="Times New Roman"/>
          <w:b/>
          <w:sz w:val="24"/>
        </w:rPr>
        <w:t>n</w:t>
      </w:r>
      <w:r>
        <w:rPr>
          <w:rFonts w:ascii="Times New Roman" w:hAnsi="Times New Roman" w:eastAsia="Times New Roman" w:cs="Times New Roman"/>
          <w:b/>
          <w:sz w:val="24"/>
        </w:rPr>
        <w:t xml:space="preserve"> (14</w:t>
      </w:r>
      <w:r>
        <w:rPr>
          <w:rFonts w:ascii="Times New Roman" w:hAnsi="Times New Roman" w:eastAsia="Times New Roman" w:cs="Times New Roman"/>
          <w:b/>
          <w:sz w:val="24"/>
        </w:rPr>
        <w:t>)</w:t>
      </w:r>
      <w:r>
        <w:rPr>
          <w:rFonts w:ascii="Times New Roman" w:hAnsi="Times New Roman" w:eastAsia="Times New Roman" w:cs="Times New Roman"/>
          <w:b/>
          <w:sz w:val="24"/>
        </w:rPr>
        <w:t xml:space="preserve"> da</w:t>
      </w:r>
      <w:r>
        <w:rPr>
          <w:rFonts w:ascii="Times New Roman" w:hAnsi="Times New Roman" w:eastAsia="Times New Roman" w:cs="Times New Roman"/>
          <w:b/>
          <w:sz w:val="24"/>
        </w:rPr>
        <w:t>y</w:t>
      </w:r>
      <w:r>
        <w:rPr>
          <w:rFonts w:ascii="Times New Roman" w:hAnsi="Times New Roman" w:eastAsia="Times New Roman" w:cs="Times New Roman"/>
          <w:b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perio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describe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herei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shal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expir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at:</w:t>
      </w:r>
      <w:r>
        <w:rPr>
          <w:rFonts w:ascii="Times New Roman" w:hAnsi="Times New Roman" w:eastAsia="Times New Roman" w:cs="Times New Roman"/>
          <w:sz w:val="24"/>
        </w:rPr>
        <w:t xml:space="preserve"> 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O’cloc</w:t>
      </w:r>
      <w:r>
        <w:rPr>
          <w:rFonts w:ascii="Times New Roman" w:hAnsi="Times New Roman" w:eastAsia="Times New Roman" w:cs="Times New Roman"/>
          <w:sz w:val="24"/>
        </w:rPr>
        <w:t>k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A.M.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P.M.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 xml:space="preserve"> 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_____ </w:t>
      </w:r>
      <w:r>
        <w:rPr>
          <w:rFonts w:ascii="Times New Roman" w:hAnsi="Times New Roman" w:eastAsia="Times New Roman" w:cs="Times New Roman"/>
          <w:sz w:val="24"/>
        </w:rPr>
        <w:t>da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of </w:t>
      </w:r>
      <w:r>
        <w:rPr>
          <w:rFonts w:ascii="Times New Roman" w:hAnsi="Times New Roman" w:eastAsia="Times New Roman" w:cs="Times New Roman"/>
          <w:sz w:val="24"/>
        </w:rPr>
        <w:t>_____________</w:t>
      </w:r>
      <w:r>
        <w:rPr>
          <w:rFonts w:ascii="Times New Roman" w:hAnsi="Times New Roman" w:eastAsia="Times New Roman" w:cs="Times New Roman"/>
          <w:sz w:val="24"/>
        </w:rPr>
        <w:t>, 20</w:t>
      </w:r>
      <w:r>
        <w:rPr>
          <w:rFonts w:ascii="Times New Roman" w:hAnsi="Times New Roman" w:eastAsia="Times New Roman" w:cs="Times New Roman"/>
          <w:sz w:val="24"/>
        </w:rPr>
        <w:t>____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5" w:after="0"/>
      </w:pPr>
    </w:p>
    <w:p>
      <w:pPr/>
    </w:p>
    <w:p>
      <w:pPr>
        <w:spacing w:before="29" w:after="0"/>
        <w:jc w:val="both"/>
      </w:pPr>
      <w:r>
        <w:rPr>
          <w:rFonts w:ascii="Times New Roman" w:hAnsi="Times New Roman" w:eastAsia="Times New Roman" w:cs="Times New Roman"/>
          <w:sz w:val="24"/>
        </w:rPr>
        <w:t>LANDLOR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RESERVE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AL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RIGHT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REMEDIE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UNDE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LEAS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AGREEMENT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UNDE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APPLICABL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LAW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INCLUDIN</w:t>
      </w:r>
      <w:r>
        <w:rPr>
          <w:rFonts w:ascii="Times New Roman" w:hAnsi="Times New Roman" w:eastAsia="Times New Roman" w:cs="Times New Roman"/>
          <w:sz w:val="24"/>
        </w:rPr>
        <w:t xml:space="preserve">G </w:t>
      </w:r>
      <w:r>
        <w:rPr>
          <w:rFonts w:ascii="Times New Roman" w:hAnsi="Times New Roman" w:eastAsia="Times New Roman" w:cs="Times New Roman"/>
          <w:sz w:val="24"/>
        </w:rPr>
        <w:t>BU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NO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LIMITE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O </w:t>
      </w:r>
      <w:r>
        <w:rPr>
          <w:rFonts w:ascii="Times New Roman" w:hAnsi="Times New Roman" w:eastAsia="Times New Roman" w:cs="Times New Roman"/>
          <w:sz w:val="24"/>
        </w:rPr>
        <w:t xml:space="preserve">CONTRACTUAL </w:t>
      </w:r>
      <w:r>
        <w:rPr>
          <w:rFonts w:ascii="Times New Roman" w:hAnsi="Times New Roman" w:eastAsia="Times New Roman" w:cs="Times New Roman"/>
          <w:sz w:val="24"/>
        </w:rPr>
        <w:t>DAMAGE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FO</w:t>
      </w:r>
      <w:r>
        <w:rPr>
          <w:rFonts w:ascii="Times New Roman" w:hAnsi="Times New Roman" w:eastAsia="Times New Roman" w:cs="Times New Roman"/>
          <w:sz w:val="24"/>
        </w:rPr>
        <w:t xml:space="preserve">R </w:t>
      </w:r>
      <w:r>
        <w:rPr>
          <w:rFonts w:ascii="Times New Roman" w:hAnsi="Times New Roman" w:eastAsia="Times New Roman" w:cs="Times New Roman"/>
          <w:sz w:val="24"/>
        </w:rPr>
        <w:t>UNPAI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RENT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AN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>NOTHIN</w:t>
      </w:r>
      <w:r>
        <w:rPr>
          <w:rFonts w:ascii="Times New Roman" w:hAnsi="Times New Roman" w:eastAsia="Times New Roman" w:cs="Times New Roman"/>
          <w:sz w:val="24"/>
        </w:rPr>
        <w:t xml:space="preserve">G 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 xml:space="preserve">N </w:t>
      </w:r>
      <w:r>
        <w:rPr>
          <w:rFonts w:ascii="Times New Roman" w:hAnsi="Times New Roman" w:eastAsia="Times New Roman" w:cs="Times New Roman"/>
          <w:sz w:val="24"/>
        </w:rPr>
        <w:t>THI</w:t>
      </w:r>
      <w:r>
        <w:rPr>
          <w:rFonts w:ascii="Times New Roman" w:hAnsi="Times New Roman" w:eastAsia="Times New Roman" w:cs="Times New Roman"/>
          <w:sz w:val="24"/>
        </w:rPr>
        <w:t xml:space="preserve">S </w:t>
      </w:r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SHOUL</w:t>
      </w:r>
      <w:r>
        <w:rPr>
          <w:rFonts w:ascii="Times New Roman" w:hAnsi="Times New Roman" w:eastAsia="Times New Roman" w:cs="Times New Roman"/>
          <w:sz w:val="24"/>
        </w:rPr>
        <w:t xml:space="preserve">D </w:t>
      </w:r>
      <w:r>
        <w:rPr>
          <w:rFonts w:ascii="Times New Roman" w:hAnsi="Times New Roman" w:eastAsia="Times New Roman" w:cs="Times New Roman"/>
          <w:sz w:val="24"/>
        </w:rPr>
        <w:t xml:space="preserve">BE </w:t>
      </w:r>
      <w:r>
        <w:rPr>
          <w:rFonts w:ascii="Times New Roman" w:hAnsi="Times New Roman" w:eastAsia="Times New Roman" w:cs="Times New Roman"/>
          <w:sz w:val="24"/>
        </w:rPr>
        <w:t>CONSTRUE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WAIVE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RELINQUISHMEN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SAME.</w:t>
      </w:r>
    </w:p>
    <w:p>
      <w:pPr>
        <w:spacing w:before="76" w:after="0"/>
      </w:pP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yo</w:t>
      </w:r>
      <w:r>
        <w:rPr>
          <w:rFonts w:ascii="Times New Roman" w:hAnsi="Times New Roman" w:eastAsia="Times New Roman" w:cs="Times New Roman"/>
          <w:sz w:val="24"/>
        </w:rPr>
        <w:t>u</w:t>
      </w:r>
      <w:r>
        <w:rPr>
          <w:rFonts w:ascii="Times New Roman" w:hAnsi="Times New Roman" w:eastAsia="Times New Roman" w:cs="Times New Roman"/>
          <w:sz w:val="24"/>
        </w:rPr>
        <w:t xml:space="preserve"> hav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an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questio</w:t>
      </w:r>
      <w:r>
        <w:rPr>
          <w:rFonts w:ascii="Times New Roman" w:hAnsi="Times New Roman" w:eastAsia="Times New Roman" w:cs="Times New Roman"/>
          <w:sz w:val="24"/>
        </w:rPr>
        <w:t>n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pleas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cal</w:t>
      </w:r>
      <w:r>
        <w:rPr>
          <w:rFonts w:ascii="Times New Roman" w:hAnsi="Times New Roman" w:eastAsia="Times New Roman" w:cs="Times New Roman"/>
          <w:sz w:val="24"/>
        </w:rPr>
        <w:t xml:space="preserve">l </w:t>
      </w:r>
      <w:r>
        <w:rPr>
          <w:rFonts w:ascii="Times New Roman" w:hAnsi="Times New Roman" w:eastAsia="Times New Roman" w:cs="Times New Roman"/>
          <w:sz w:val="24"/>
        </w:rPr>
        <w:t>_____________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a</w:t>
      </w:r>
      <w:r>
        <w:rPr>
          <w:rFonts w:ascii="Times New Roman" w:hAnsi="Times New Roman" w:eastAsia="Times New Roman" w:cs="Times New Roman"/>
          <w:sz w:val="24"/>
        </w:rPr>
        <w:t xml:space="preserve">t </w:t>
      </w:r>
      <w:r>
        <w:rPr>
          <w:rFonts w:ascii="Times New Roman" w:hAnsi="Times New Roman" w:eastAsia="Times New Roman" w:cs="Times New Roman"/>
          <w:sz w:val="24"/>
        </w:rPr>
        <w:t>________________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5" w:after="0"/>
      </w:pPr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Signed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thi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line </w:t>
      </w:r>
      <w:r>
        <w:rPr>
          <w:rFonts w:ascii="Times New Roman" w:hAnsi="Times New Roman" w:eastAsia="Times New Roman" w:cs="Times New Roman"/>
          <w:sz w:val="24"/>
        </w:rPr>
        <w:t>th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 xml:space="preserve">_____ </w:t>
      </w:r>
      <w:r>
        <w:rPr>
          <w:rFonts w:ascii="Times New Roman" w:hAnsi="Times New Roman" w:eastAsia="Times New Roman" w:cs="Times New Roman"/>
          <w:sz w:val="24"/>
        </w:rPr>
        <w:t>da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of </w:t>
      </w:r>
      <w:r>
        <w:rPr>
          <w:rFonts w:ascii="Times New Roman" w:hAnsi="Times New Roman" w:eastAsia="Times New Roman" w:cs="Times New Roman"/>
          <w:sz w:val="24"/>
        </w:rPr>
        <w:t>_____________</w:t>
      </w:r>
      <w:r>
        <w:rPr>
          <w:rFonts w:ascii="Times New Roman" w:hAnsi="Times New Roman" w:eastAsia="Times New Roman" w:cs="Times New Roman"/>
          <w:sz w:val="24"/>
        </w:rPr>
        <w:t>, 20</w:t>
      </w:r>
      <w:r>
        <w:rPr>
          <w:rFonts w:ascii="Times New Roman" w:hAnsi="Times New Roman" w:eastAsia="Times New Roman" w:cs="Times New Roman"/>
          <w:sz w:val="24"/>
        </w:rPr>
        <w:t>____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Signature: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___________________________</w:t>
      </w:r>
    </w:p>
    <w:p>
      <w:pPr/>
      <w:r>
        <w:rPr>
          <w:rFonts w:ascii="Times New Roman" w:hAnsi="Times New Roman" w:eastAsia="Times New Roman" w:cs="Times New Roman"/>
          <w:sz w:val="24"/>
        </w:rPr>
        <w:t>Landlord/Lessor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r</w:t>
      </w:r>
      <w:r>
        <w:rPr>
          <w:rFonts w:ascii="Times New Roman" w:hAnsi="Times New Roman" w:eastAsia="Times New Roman" w:cs="Times New Roman"/>
          <w:sz w:val="24"/>
        </w:rPr>
        <w:t xml:space="preserve"> authorize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agent</w:t>
      </w:r>
    </w:p>
    <w:p>
      <w:pPr/>
    </w:p>
    <w:p>
      <w:pPr/>
    </w:p>
    <w:p>
      <w:pPr/>
    </w:p>
    <w:p>
      <w:pPr>
        <w:spacing w:before="4" w:after="0"/>
      </w:pPr>
    </w:p>
    <w:p>
      <w:pPr>
        <w:spacing w:before="29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PROO</w:t>
      </w:r>
      <w:r>
        <w:rPr>
          <w:rFonts w:ascii="Times New Roman" w:hAnsi="Times New Roman" w:eastAsia="Times New Roman" w:cs="Times New Roman"/>
          <w:b/>
          <w:sz w:val="24"/>
        </w:rPr>
        <w:t>F</w:t>
      </w:r>
      <w:r>
        <w:rPr>
          <w:rFonts w:ascii="Times New Roman" w:hAnsi="Times New Roman" w:eastAsia="Times New Roman" w:cs="Times New Roman"/>
          <w:b/>
          <w:sz w:val="24"/>
        </w:rPr>
        <w:t xml:space="preserve"> O</w:t>
      </w:r>
      <w:r>
        <w:rPr>
          <w:rFonts w:ascii="Times New Roman" w:hAnsi="Times New Roman" w:eastAsia="Times New Roman" w:cs="Times New Roman"/>
          <w:b/>
          <w:sz w:val="24"/>
        </w:rPr>
        <w:t>F</w:t>
      </w:r>
      <w:r>
        <w:rPr>
          <w:rFonts w:ascii="Times New Roman" w:hAnsi="Times New Roman" w:eastAsia="Times New Roman" w:cs="Times New Roman"/>
          <w:b/>
          <w:sz w:val="24"/>
        </w:rPr>
        <w:t xml:space="preserve"> DELIVERY</w:t>
      </w:r>
    </w:p>
    <w:p>
      <w:pPr>
        <w:spacing w:before="4" w:after="0"/>
      </w:pPr>
    </w:p>
    <w:p>
      <w:pPr/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 xml:space="preserve"> cop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o</w:t>
      </w:r>
      <w:r>
        <w:rPr>
          <w:rFonts w:ascii="Times New Roman" w:hAnsi="Times New Roman" w:eastAsia="Times New Roman" w:cs="Times New Roman"/>
          <w:sz w:val="24"/>
        </w:rPr>
        <w:t>f</w:t>
      </w:r>
      <w:r>
        <w:rPr>
          <w:rFonts w:ascii="Times New Roman" w:hAnsi="Times New Roman" w:eastAsia="Times New Roman" w:cs="Times New Roman"/>
          <w:sz w:val="24"/>
        </w:rPr>
        <w:t xml:space="preserve"> thi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wa</w:t>
      </w:r>
      <w:r>
        <w:rPr>
          <w:rFonts w:ascii="Times New Roman" w:hAnsi="Times New Roman" w:eastAsia="Times New Roman" w:cs="Times New Roman"/>
          <w:sz w:val="24"/>
        </w:rPr>
        <w:t>s</w:t>
      </w:r>
      <w:r>
        <w:rPr>
          <w:rFonts w:ascii="Times New Roman" w:hAnsi="Times New Roman" w:eastAsia="Times New Roman" w:cs="Times New Roman"/>
          <w:sz w:val="24"/>
        </w:rPr>
        <w:t xml:space="preserve"> delivere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t</w:t>
      </w:r>
      <w:r>
        <w:rPr>
          <w:rFonts w:ascii="Times New Roman" w:hAnsi="Times New Roman" w:eastAsia="Times New Roman" w:cs="Times New Roman"/>
          <w:sz w:val="24"/>
        </w:rPr>
        <w:t>o</w:t>
      </w:r>
      <w:r>
        <w:rPr>
          <w:rFonts w:ascii="Times New Roman" w:hAnsi="Times New Roman" w:eastAsia="Times New Roman" w:cs="Times New Roman"/>
          <w:sz w:val="24"/>
        </w:rPr>
        <w:t xml:space="preserve"> Tenant:</w:t>
      </w:r>
    </w:p>
    <w:p>
      <w:pPr>
        <w:spacing w:before="9" w:after="0"/>
      </w:pPr>
    </w:p>
    <w:p>
      <w:pPr/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By hand</w:t>
      </w:r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B</w:t>
      </w:r>
      <w:r>
        <w:rPr>
          <w:rFonts w:ascii="Times New Roman" w:hAnsi="Times New Roman" w:eastAsia="Times New Roman" w:cs="Times New Roman"/>
          <w:sz w:val="24"/>
        </w:rPr>
        <w:t>y</w:t>
      </w:r>
      <w:r>
        <w:rPr>
          <w:rFonts w:ascii="Times New Roman" w:hAnsi="Times New Roman" w:eastAsia="Times New Roman" w:cs="Times New Roman"/>
          <w:sz w:val="24"/>
        </w:rPr>
        <w:t xml:space="preserve"> registered/certifie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m</w:t>
      </w:r>
      <w:r>
        <w:rPr>
          <w:rFonts w:ascii="Times New Roman" w:hAnsi="Times New Roman" w:eastAsia="Times New Roman" w:cs="Times New Roman"/>
          <w:sz w:val="24"/>
        </w:rPr>
        <w:t>a</w:t>
      </w:r>
      <w:r>
        <w:rPr>
          <w:rFonts w:ascii="Times New Roman" w:hAnsi="Times New Roman" w:eastAsia="Times New Roman" w:cs="Times New Roman"/>
          <w:sz w:val="24"/>
        </w:rPr>
        <w:t>i</w:t>
      </w:r>
      <w:r>
        <w:rPr>
          <w:rFonts w:ascii="Times New Roman" w:hAnsi="Times New Roman" w:eastAsia="Times New Roman" w:cs="Times New Roman"/>
          <w:sz w:val="24"/>
        </w:rPr>
        <w:t>l</w:t>
      </w:r>
      <w:r>
        <w:rPr>
          <w:rFonts w:ascii="Times New Roman" w:hAnsi="Times New Roman" w:eastAsia="Times New Roman" w:cs="Times New Roman"/>
          <w:sz w:val="24"/>
        </w:rPr>
        <w:t xml:space="preserve"> a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th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abov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address</w:t>
      </w:r>
      <w:r>
        <w:rPr>
          <w:rFonts w:ascii="Times New Roman" w:hAnsi="Times New Roman" w:eastAsia="Times New Roman" w:cs="Times New Roman"/>
          <w:sz w:val="24"/>
        </w:rPr>
        <w:t>,</w:t>
      </w:r>
      <w:r>
        <w:rPr>
          <w:rFonts w:ascii="Times New Roman" w:hAnsi="Times New Roman" w:eastAsia="Times New Roman" w:cs="Times New Roman"/>
          <w:sz w:val="24"/>
        </w:rPr>
        <w:t xml:space="preserve"> whic</w:t>
      </w:r>
      <w:r>
        <w:rPr>
          <w:rFonts w:ascii="Times New Roman" w:hAnsi="Times New Roman" w:eastAsia="Times New Roman" w:cs="Times New Roman"/>
          <w:sz w:val="24"/>
        </w:rPr>
        <w:t>h</w:t>
      </w:r>
      <w:r>
        <w:rPr>
          <w:rFonts w:ascii="Times New Roman" w:hAnsi="Times New Roman" w:eastAsia="Times New Roman" w:cs="Times New Roman"/>
          <w:sz w:val="24"/>
        </w:rPr>
        <w:t xml:space="preserve"> is: </w:t>
      </w:r>
    </w:p>
    <w:p>
      <w:pPr>
        <w:spacing w:before="39" w:after="0"/>
        <w:ind w:hanging="360"/>
      </w:pPr>
      <w:r>
        <w:rPr>
          <w:rFonts w:ascii="Times New Roman" w:hAnsi="Times New Roman" w:eastAsia="Times New Roman" w:cs="Times New Roman"/>
          <w:sz w:val="24"/>
        </w:rPr>
        <w:t>The place designated by Tenant for receipt of communications;</w:t>
      </w:r>
    </w:p>
    <w:p>
      <w:pPr>
        <w:spacing w:before="39" w:after="0"/>
        <w:ind w:hanging="360"/>
      </w:pPr>
      <w:r>
        <w:rPr>
          <w:rFonts w:ascii="Times New Roman" w:hAnsi="Times New Roman" w:eastAsia="Times New Roman" w:cs="Times New Roman"/>
          <w:sz w:val="24"/>
        </w:rPr>
        <w:t>Tenant’s last known place of residence;</w:t>
      </w:r>
    </w:p>
    <w:p>
      <w:pPr>
        <w:spacing w:before="39" w:after="0"/>
      </w:pP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- </w:t>
      </w:r>
      <w:r>
        <w:rPr>
          <w:rFonts w:ascii="Times New Roman" w:hAnsi="Times New Roman" w:eastAsia="Times New Roman" w:cs="Times New Roman"/>
          <w:sz w:val="24"/>
        </w:rPr>
        <w:t>By posting prominently on the front door of the leased premises.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Notic</w:t>
      </w:r>
      <w:r>
        <w:rPr>
          <w:rFonts w:ascii="Times New Roman" w:hAnsi="Times New Roman" w:eastAsia="Times New Roman" w:cs="Times New Roman"/>
          <w:sz w:val="24"/>
        </w:rPr>
        <w:t>e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delivered/mailed/poste</w:t>
      </w:r>
      <w:r>
        <w:rPr>
          <w:rFonts w:ascii="Times New Roman" w:hAnsi="Times New Roman" w:eastAsia="Times New Roman" w:cs="Times New Roman"/>
          <w:sz w:val="24"/>
        </w:rPr>
        <w:t>d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by</w:t>
      </w:r>
      <w:r>
        <w:rPr>
          <w:rFonts w:ascii="Times New Roman" w:hAnsi="Times New Roman" w:eastAsia="Times New Roman" w:cs="Times New Roman"/>
          <w:sz w:val="24"/>
        </w:rPr>
        <w:t>:</w:t>
        <w:tab/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Signature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before="24" w:after="0"/>
      </w:pPr>
    </w:p>
    <w:p>
      <w:pPr>
        <w:spacing w:before="24" w:after="0"/>
      </w:pPr>
      <w:r>
        <w:rPr>
          <w:rFonts w:ascii="Times New Roman" w:hAnsi="Times New Roman" w:eastAsia="Times New Roman" w:cs="Times New Roman"/>
          <w:sz w:val="24"/>
        </w:rPr>
        <w:t xml:space="preserve">Name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before="9" w:after="0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Prin</w:t>
      </w:r>
      <w:r>
        <w:rPr>
          <w:rFonts w:ascii="Times New Roman" w:hAnsi="Times New Roman" w:eastAsia="Times New Roman" w:cs="Times New Roman"/>
          <w:sz w:val="24"/>
        </w:rPr>
        <w:t>t</w:t>
      </w:r>
      <w:r>
        <w:rPr>
          <w:rFonts w:ascii="Times New Roman" w:hAnsi="Times New Roman" w:eastAsia="Times New Roman" w:cs="Times New Roman"/>
          <w:sz w:val="24"/>
        </w:rPr>
        <w:t xml:space="preserve"> Nam</w:t>
      </w:r>
      <w:r>
        <w:rPr>
          <w:rFonts w:ascii="Times New Roman" w:hAnsi="Times New Roman" w:eastAsia="Times New Roman" w:cs="Times New Roman"/>
          <w:sz w:val="24"/>
        </w:rPr>
        <w:t xml:space="preserve">e </w:t>
      </w:r>
      <w:r>
        <w:rPr>
          <w:rFonts w:ascii="Times New Roman" w:hAnsi="Times New Roman" w:eastAsia="Times New Roman" w:cs="Times New Roman"/>
          <w:sz w:val="24"/>
        </w:rPr>
        <w:t>___________________</w:t>
      </w:r>
    </w:p>
    <w:p>
      <w:pPr>
        <w:spacing w:before="5" w:after="0"/>
      </w:pPr>
    </w:p>
    <w:p>
      <w:pPr/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 xml:space="preserve">In his/her capacity as: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Landlord/Lessor;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Manager; 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>Agent.</w:t>
      </w:r>
    </w:p>
    <w:p>
      <w:pPr>
        <w:spacing w:before="29" w:after="0"/>
      </w:pPr>
    </w:p>
    <w:p>
      <w:pPr>
        <w:spacing w:before="29" w:after="0"/>
      </w:pPr>
      <w:r>
        <w:rPr>
          <w:rFonts w:ascii="Times New Roman" w:hAnsi="Times New Roman" w:eastAsia="Times New Roman" w:cs="Times New Roman"/>
          <w:sz w:val="24"/>
        </w:rPr>
        <w:t>Notice delivered/mailed/posted on: ___________________ [date]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