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before="72" w:after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VERMONT 30</w:t>
      </w:r>
      <w:r>
        <w:rPr>
          <w:rFonts w:ascii="Times New Roman" w:hAnsi="Times New Roman" w:eastAsia="Times New Roman" w:cs="Times New Roman"/>
          <w:b/>
          <w:sz w:val="24"/>
        </w:rPr>
        <w:t>-</w:t>
      </w:r>
      <w:r>
        <w:rPr>
          <w:rFonts w:ascii="Times New Roman" w:hAnsi="Times New Roman" w:eastAsia="Times New Roman" w:cs="Times New Roman"/>
          <w:b/>
          <w:sz w:val="24"/>
        </w:rPr>
        <w:t>DA</w:t>
      </w:r>
      <w:r>
        <w:rPr>
          <w:rFonts w:ascii="Times New Roman" w:hAnsi="Times New Roman" w:eastAsia="Times New Roman" w:cs="Times New Roman"/>
          <w:b/>
          <w:sz w:val="24"/>
        </w:rPr>
        <w:t>Y</w:t>
      </w:r>
      <w:r>
        <w:rPr>
          <w:rFonts w:ascii="Times New Roman" w:hAnsi="Times New Roman" w:eastAsia="Times New Roman" w:cs="Times New Roman"/>
          <w:b/>
          <w:sz w:val="24"/>
        </w:rPr>
        <w:t xml:space="preserve"> NOTIC</w:t>
      </w:r>
      <w:r>
        <w:rPr>
          <w:rFonts w:ascii="Times New Roman" w:hAnsi="Times New Roman" w:eastAsia="Times New Roman" w:cs="Times New Roman"/>
          <w:b/>
          <w:sz w:val="24"/>
        </w:rPr>
        <w:t>E</w:t>
      </w:r>
      <w:r>
        <w:rPr>
          <w:rFonts w:ascii="Times New Roman" w:hAnsi="Times New Roman" w:eastAsia="Times New Roman" w:cs="Times New Roman"/>
          <w:b/>
          <w:sz w:val="24"/>
        </w:rPr>
        <w:t xml:space="preserve"> (NON-COMPLIANCE)</w:t>
      </w:r>
    </w:p>
    <w:p>
      <w:pPr>
        <w:jc w:val="center"/>
      </w:pPr>
      <w:r>
        <w:rPr>
          <w:rFonts w:ascii="Times New Roman" w:hAnsi="Times New Roman" w:eastAsia="Times New Roman" w:cs="Times New Roman"/>
          <w:sz w:val="24"/>
        </w:rPr>
        <w:t>In Accordance with § 4467</w:t>
      </w:r>
    </w:p>
    <w:p>
      <w:pPr/>
    </w:p>
    <w:p>
      <w:pPr/>
    </w:p>
    <w:p>
      <w:pPr>
        <w:spacing w:before="29" w:after="0"/>
      </w:pPr>
      <w:r>
        <w:rPr>
          <w:rFonts w:ascii="Times New Roman" w:hAnsi="Times New Roman" w:eastAsia="Times New Roman" w:cs="Times New Roman"/>
          <w:sz w:val="24"/>
        </w:rPr>
        <w:t>To</w:t>
      </w:r>
      <w:r>
        <w:rPr>
          <w:rFonts w:ascii="Times New Roman" w:hAnsi="Times New Roman" w:eastAsia="Times New Roman" w:cs="Times New Roman"/>
          <w:sz w:val="24"/>
        </w:rPr>
        <w:t>:</w:t>
      </w:r>
      <w:r>
        <w:rPr>
          <w:rFonts w:ascii="Times New Roman" w:hAnsi="Times New Roman" w:eastAsia="Times New Roman" w:cs="Times New Roman"/>
          <w:sz w:val="24"/>
        </w:rPr>
        <w:t xml:space="preserve"> Tenant(s)</w:t>
      </w:r>
      <w:r>
        <w:rPr>
          <w:rFonts w:ascii="Times New Roman" w:hAnsi="Times New Roman" w:eastAsia="Times New Roman" w:cs="Times New Roman"/>
          <w:sz w:val="24"/>
        </w:rPr>
        <w:t xml:space="preserve">: ________________________________  </w:t>
      </w:r>
    </w:p>
    <w:p>
      <w:pPr>
        <w:spacing w:before="29" w:after="0"/>
      </w:pPr>
    </w:p>
    <w:p>
      <w:pPr>
        <w:spacing w:before="29" w:after="0"/>
      </w:pPr>
      <w:r>
        <w:rPr>
          <w:rFonts w:ascii="Times New Roman" w:hAnsi="Times New Roman" w:eastAsia="Times New Roman" w:cs="Times New Roman"/>
          <w:sz w:val="24"/>
        </w:rPr>
        <w:t>From</w:t>
      </w:r>
      <w:r>
        <w:rPr>
          <w:rFonts w:ascii="Times New Roman" w:hAnsi="Times New Roman" w:eastAsia="Times New Roman" w:cs="Times New Roman"/>
          <w:sz w:val="24"/>
        </w:rPr>
        <w:t>:</w:t>
      </w:r>
      <w:r>
        <w:rPr>
          <w:rFonts w:ascii="Times New Roman" w:hAnsi="Times New Roman" w:eastAsia="Times New Roman" w:cs="Times New Roman"/>
          <w:sz w:val="24"/>
        </w:rPr>
        <w:t xml:space="preserve"> Landlor</w:t>
      </w:r>
      <w:r>
        <w:rPr>
          <w:rFonts w:ascii="Times New Roman" w:hAnsi="Times New Roman" w:eastAsia="Times New Roman" w:cs="Times New Roman"/>
          <w:sz w:val="24"/>
        </w:rPr>
        <w:t xml:space="preserve">d: ________________________________  </w:t>
      </w:r>
    </w:p>
    <w:p>
      <w:pPr>
        <w:spacing w:before="29" w:after="0"/>
      </w:pPr>
    </w:p>
    <w:p>
      <w:pPr>
        <w:spacing w:before="29" w:after="0"/>
      </w:pPr>
      <w:r>
        <w:rPr>
          <w:rFonts w:ascii="Times New Roman" w:hAnsi="Times New Roman" w:eastAsia="Times New Roman" w:cs="Times New Roman"/>
          <w:sz w:val="24"/>
        </w:rPr>
        <w:t>Addres</w:t>
      </w:r>
      <w:r>
        <w:rPr>
          <w:rFonts w:ascii="Times New Roman" w:hAnsi="Times New Roman" w:eastAsia="Times New Roman" w:cs="Times New Roman"/>
          <w:sz w:val="24"/>
        </w:rPr>
        <w:t>s</w:t>
      </w:r>
      <w:r>
        <w:rPr>
          <w:rFonts w:ascii="Times New Roman" w:hAnsi="Times New Roman" w:eastAsia="Times New Roman" w:cs="Times New Roman"/>
          <w:sz w:val="24"/>
        </w:rPr>
        <w:t xml:space="preserve"> o</w:t>
      </w:r>
      <w:r>
        <w:rPr>
          <w:rFonts w:ascii="Times New Roman" w:hAnsi="Times New Roman" w:eastAsia="Times New Roman" w:cs="Times New Roman"/>
          <w:sz w:val="24"/>
        </w:rPr>
        <w:t>f</w:t>
      </w:r>
      <w:r>
        <w:rPr>
          <w:rFonts w:ascii="Times New Roman" w:hAnsi="Times New Roman" w:eastAsia="Times New Roman" w:cs="Times New Roman"/>
          <w:sz w:val="24"/>
        </w:rPr>
        <w:t xml:space="preserve"> Lease</w:t>
      </w:r>
      <w:r>
        <w:rPr>
          <w:rFonts w:ascii="Times New Roman" w:hAnsi="Times New Roman" w:eastAsia="Times New Roman" w:cs="Times New Roman"/>
          <w:sz w:val="24"/>
        </w:rPr>
        <w:t>d</w:t>
      </w:r>
      <w:r>
        <w:rPr>
          <w:rFonts w:ascii="Times New Roman" w:hAnsi="Times New Roman" w:eastAsia="Times New Roman" w:cs="Times New Roman"/>
          <w:sz w:val="24"/>
        </w:rPr>
        <w:t xml:space="preserve"> Premises: </w:t>
      </w:r>
      <w:r>
        <w:rPr>
          <w:rFonts w:ascii="Times New Roman" w:hAnsi="Times New Roman" w:eastAsia="Times New Roman" w:cs="Times New Roman"/>
          <w:sz w:val="24"/>
        </w:rPr>
        <w:t>_______________________________________________</w:t>
      </w:r>
    </w:p>
    <w:p>
      <w:pPr>
        <w:spacing w:before="29" w:after="0"/>
      </w:pPr>
    </w:p>
    <w:p>
      <w:pPr>
        <w:spacing w:before="29" w:after="0"/>
      </w:pPr>
      <w:r>
        <w:rPr>
          <w:rFonts w:ascii="Times New Roman" w:hAnsi="Times New Roman" w:eastAsia="Times New Roman" w:cs="Times New Roman"/>
          <w:sz w:val="24"/>
        </w:rPr>
        <w:t xml:space="preserve">Date of Signed Lease Agreement: </w:t>
      </w:r>
      <w:r>
        <w:rPr>
          <w:rFonts w:ascii="Times New Roman" w:hAnsi="Times New Roman" w:eastAsia="Times New Roman" w:cs="Times New Roman"/>
          <w:sz w:val="24"/>
        </w:rPr>
        <w:t xml:space="preserve">________________________________  </w:t>
      </w:r>
    </w:p>
    <w:p>
      <w:pPr/>
    </w:p>
    <w:p>
      <w:pPr/>
    </w:p>
    <w:p>
      <w:pPr>
        <w:spacing w:before="1" w:after="0"/>
      </w:pPr>
    </w:p>
    <w:p>
      <w:pPr>
        <w:spacing w:before="29" w:after="0"/>
      </w:pPr>
      <w:r>
        <w:rPr>
          <w:rFonts w:ascii="Times New Roman" w:hAnsi="Times New Roman" w:eastAsia="Times New Roman" w:cs="Times New Roman"/>
          <w:sz w:val="24"/>
        </w:rPr>
        <w:t>NOTIC</w:t>
      </w:r>
      <w:r>
        <w:rPr>
          <w:rFonts w:ascii="Times New Roman" w:hAnsi="Times New Roman" w:eastAsia="Times New Roman" w:cs="Times New Roman"/>
          <w:sz w:val="24"/>
        </w:rPr>
        <w:t>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I</w:t>
      </w:r>
      <w:r>
        <w:rPr>
          <w:rFonts w:ascii="Times New Roman" w:hAnsi="Times New Roman" w:eastAsia="Times New Roman" w:cs="Times New Roman"/>
          <w:sz w:val="24"/>
        </w:rPr>
        <w:t>S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HEREB</w:t>
      </w:r>
      <w:r>
        <w:rPr>
          <w:rFonts w:ascii="Times New Roman" w:hAnsi="Times New Roman" w:eastAsia="Times New Roman" w:cs="Times New Roman"/>
          <w:sz w:val="24"/>
        </w:rPr>
        <w:t>Y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GIVE</w:t>
      </w:r>
      <w:r>
        <w:rPr>
          <w:rFonts w:ascii="Times New Roman" w:hAnsi="Times New Roman" w:eastAsia="Times New Roman" w:cs="Times New Roman"/>
          <w:sz w:val="24"/>
        </w:rPr>
        <w:t>N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tha</w:t>
      </w:r>
      <w:r>
        <w:rPr>
          <w:rFonts w:ascii="Times New Roman" w:hAnsi="Times New Roman" w:eastAsia="Times New Roman" w:cs="Times New Roman"/>
          <w:sz w:val="24"/>
        </w:rPr>
        <w:t>t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yo</w:t>
      </w:r>
      <w:r>
        <w:rPr>
          <w:rFonts w:ascii="Times New Roman" w:hAnsi="Times New Roman" w:eastAsia="Times New Roman" w:cs="Times New Roman"/>
          <w:sz w:val="24"/>
        </w:rPr>
        <w:t>u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ar</w:t>
      </w:r>
      <w:r>
        <w:rPr>
          <w:rFonts w:ascii="Times New Roman" w:hAnsi="Times New Roman" w:eastAsia="Times New Roman" w:cs="Times New Roman"/>
          <w:sz w:val="24"/>
        </w:rPr>
        <w:t>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i</w:t>
      </w:r>
      <w:r>
        <w:rPr>
          <w:rFonts w:ascii="Times New Roman" w:hAnsi="Times New Roman" w:eastAsia="Times New Roman" w:cs="Times New Roman"/>
          <w:sz w:val="24"/>
        </w:rPr>
        <w:t>n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breac</w:t>
      </w:r>
      <w:r>
        <w:rPr>
          <w:rFonts w:ascii="Times New Roman" w:hAnsi="Times New Roman" w:eastAsia="Times New Roman" w:cs="Times New Roman"/>
          <w:sz w:val="24"/>
        </w:rPr>
        <w:t>h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o</w:t>
      </w:r>
      <w:r>
        <w:rPr>
          <w:rFonts w:ascii="Times New Roman" w:hAnsi="Times New Roman" w:eastAsia="Times New Roman" w:cs="Times New Roman"/>
          <w:sz w:val="24"/>
        </w:rPr>
        <w:t>f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th</w:t>
      </w:r>
      <w:r>
        <w:rPr>
          <w:rFonts w:ascii="Times New Roman" w:hAnsi="Times New Roman" w:eastAsia="Times New Roman" w:cs="Times New Roman"/>
          <w:sz w:val="24"/>
        </w:rPr>
        <w:t>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Leas</w:t>
      </w:r>
      <w:r>
        <w:rPr>
          <w:rFonts w:ascii="Times New Roman" w:hAnsi="Times New Roman" w:eastAsia="Times New Roman" w:cs="Times New Roman"/>
          <w:sz w:val="24"/>
        </w:rPr>
        <w:t>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Agreemen</w:t>
      </w:r>
      <w:r>
        <w:rPr>
          <w:rFonts w:ascii="Times New Roman" w:hAnsi="Times New Roman" w:eastAsia="Times New Roman" w:cs="Times New Roman"/>
          <w:sz w:val="24"/>
        </w:rPr>
        <w:t>t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o</w:t>
      </w:r>
      <w:r>
        <w:rPr>
          <w:rFonts w:ascii="Times New Roman" w:hAnsi="Times New Roman" w:eastAsia="Times New Roman" w:cs="Times New Roman"/>
          <w:sz w:val="24"/>
        </w:rPr>
        <w:t>n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th</w:t>
      </w:r>
      <w:r>
        <w:rPr>
          <w:rFonts w:ascii="Times New Roman" w:hAnsi="Times New Roman" w:eastAsia="Times New Roman" w:cs="Times New Roman"/>
          <w:sz w:val="24"/>
        </w:rPr>
        <w:t>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abov</w:t>
      </w:r>
      <w:r>
        <w:rPr>
          <w:rFonts w:ascii="Times New Roman" w:hAnsi="Times New Roman" w:eastAsia="Times New Roman" w:cs="Times New Roman"/>
          <w:sz w:val="24"/>
        </w:rPr>
        <w:t>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described </w:t>
      </w:r>
      <w:r>
        <w:rPr>
          <w:rFonts w:ascii="Times New Roman" w:hAnsi="Times New Roman" w:eastAsia="Times New Roman" w:cs="Times New Roman"/>
          <w:sz w:val="24"/>
        </w:rPr>
        <w:t>leas</w:t>
      </w:r>
      <w:r>
        <w:rPr>
          <w:rFonts w:ascii="Times New Roman" w:hAnsi="Times New Roman" w:eastAsia="Times New Roman" w:cs="Times New Roman"/>
          <w:sz w:val="24"/>
        </w:rPr>
        <w:t>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premise</w:t>
      </w:r>
      <w:r>
        <w:rPr>
          <w:rFonts w:ascii="Times New Roman" w:hAnsi="Times New Roman" w:eastAsia="Times New Roman" w:cs="Times New Roman"/>
          <w:sz w:val="24"/>
        </w:rPr>
        <w:t>s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du</w:t>
      </w:r>
      <w:r>
        <w:rPr>
          <w:rFonts w:ascii="Times New Roman" w:hAnsi="Times New Roman" w:eastAsia="Times New Roman" w:cs="Times New Roman"/>
          <w:sz w:val="24"/>
        </w:rPr>
        <w:t>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t</w:t>
      </w:r>
      <w:r>
        <w:rPr>
          <w:rFonts w:ascii="Times New Roman" w:hAnsi="Times New Roman" w:eastAsia="Times New Roman" w:cs="Times New Roman"/>
          <w:sz w:val="24"/>
        </w:rPr>
        <w:t>o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the following: </w:t>
      </w:r>
    </w:p>
    <w:p>
      <w:pPr>
        <w:spacing w:before="29" w:after="0"/>
      </w:pPr>
    </w:p>
    <w:p>
      <w:pPr>
        <w:spacing w:before="29" w:after="0"/>
      </w:pPr>
      <w:r>
        <w:rPr>
          <w:rFonts w:ascii="Times New Roman" w:hAnsi="Times New Roman" w:eastAsia="Times New Roman" w:cs="Times New Roman"/>
          <w:sz w:val="24"/>
        </w:rPr>
        <w:t>___________________________________________________________________________</w:t>
      </w:r>
    </w:p>
    <w:p>
      <w:pPr>
        <w:spacing w:before="29" w:after="0"/>
      </w:pPr>
    </w:p>
    <w:p>
      <w:pPr>
        <w:spacing w:before="29" w:after="0"/>
      </w:pPr>
      <w:r>
        <w:rPr>
          <w:rFonts w:ascii="Times New Roman" w:hAnsi="Times New Roman" w:eastAsia="Times New Roman" w:cs="Times New Roman"/>
          <w:sz w:val="24"/>
        </w:rPr>
        <w:t>___________________________________________________________________________</w:t>
      </w:r>
    </w:p>
    <w:p>
      <w:pPr>
        <w:spacing w:before="29" w:after="0"/>
      </w:pPr>
    </w:p>
    <w:p>
      <w:pPr>
        <w:spacing w:before="29" w:after="0"/>
      </w:pPr>
      <w:r>
        <w:rPr>
          <w:rFonts w:ascii="Times New Roman" w:hAnsi="Times New Roman" w:eastAsia="Times New Roman" w:cs="Times New Roman"/>
          <w:sz w:val="24"/>
        </w:rPr>
        <w:t>___________________________________________________________________________</w:t>
      </w:r>
    </w:p>
    <w:p>
      <w:pPr>
        <w:spacing w:before="29" w:after="0"/>
      </w:pPr>
    </w:p>
    <w:p>
      <w:pPr>
        <w:spacing w:before="29" w:after="0"/>
      </w:pPr>
      <w:r>
        <w:rPr>
          <w:rFonts w:ascii="Times New Roman" w:hAnsi="Times New Roman" w:eastAsia="Times New Roman" w:cs="Times New Roman"/>
          <w:sz w:val="24"/>
        </w:rPr>
        <w:t>___________________________________________________________________________</w:t>
      </w:r>
    </w:p>
    <w:p>
      <w:pPr>
        <w:spacing w:before="29" w:after="0"/>
      </w:pPr>
    </w:p>
    <w:p>
      <w:pPr>
        <w:spacing w:before="29" w:after="0"/>
      </w:pPr>
    </w:p>
    <w:p>
      <w:pPr/>
      <w:r>
        <w:rPr>
          <w:rFonts w:ascii="Times New Roman" w:hAnsi="Times New Roman" w:eastAsia="Times New Roman" w:cs="Times New Roman"/>
          <w:sz w:val="24"/>
        </w:rPr>
        <w:t>I</w:t>
      </w:r>
      <w:r>
        <w:rPr>
          <w:rFonts w:ascii="Times New Roman" w:hAnsi="Times New Roman" w:eastAsia="Times New Roman" w:cs="Times New Roman"/>
          <w:sz w:val="24"/>
        </w:rPr>
        <w:t>F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YO</w:t>
      </w:r>
      <w:r>
        <w:rPr>
          <w:rFonts w:ascii="Times New Roman" w:hAnsi="Times New Roman" w:eastAsia="Times New Roman" w:cs="Times New Roman"/>
          <w:sz w:val="24"/>
        </w:rPr>
        <w:t>U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FAI</w:t>
      </w:r>
      <w:r>
        <w:rPr>
          <w:rFonts w:ascii="Times New Roman" w:hAnsi="Times New Roman" w:eastAsia="Times New Roman" w:cs="Times New Roman"/>
          <w:sz w:val="24"/>
        </w:rPr>
        <w:t>L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T</w:t>
      </w:r>
      <w:r>
        <w:rPr>
          <w:rFonts w:ascii="Times New Roman" w:hAnsi="Times New Roman" w:eastAsia="Times New Roman" w:cs="Times New Roman"/>
          <w:sz w:val="24"/>
        </w:rPr>
        <w:t>O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CURE THE LEASE VIOLATION</w:t>
      </w:r>
      <w:r>
        <w:rPr>
          <w:rFonts w:ascii="Times New Roman" w:hAnsi="Times New Roman" w:eastAsia="Times New Roman" w:cs="Times New Roman"/>
          <w:sz w:val="24"/>
        </w:rPr>
        <w:t xml:space="preserve">, </w:t>
      </w:r>
      <w:r>
        <w:rPr>
          <w:rFonts w:ascii="Times New Roman" w:hAnsi="Times New Roman" w:eastAsia="Times New Roman" w:cs="Times New Roman"/>
          <w:b/>
          <w:sz w:val="24"/>
        </w:rPr>
        <w:t>you</w:t>
      </w:r>
      <w:r>
        <w:rPr>
          <w:rFonts w:ascii="Times New Roman" w:hAnsi="Times New Roman" w:eastAsia="Times New Roman" w:cs="Times New Roman"/>
          <w:b/>
          <w:sz w:val="24"/>
        </w:rPr>
        <w:t>r</w:t>
      </w:r>
      <w:r>
        <w:rPr>
          <w:rFonts w:ascii="Times New Roman" w:hAnsi="Times New Roman" w:eastAsia="Times New Roman" w:cs="Times New Roman"/>
          <w:b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Leas</w:t>
      </w:r>
      <w:r>
        <w:rPr>
          <w:rFonts w:ascii="Times New Roman" w:hAnsi="Times New Roman" w:eastAsia="Times New Roman" w:cs="Times New Roman"/>
          <w:b/>
          <w:sz w:val="24"/>
        </w:rPr>
        <w:t>e</w:t>
      </w:r>
      <w:r>
        <w:rPr>
          <w:rFonts w:ascii="Times New Roman" w:hAnsi="Times New Roman" w:eastAsia="Times New Roman" w:cs="Times New Roman"/>
          <w:b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wil</w:t>
      </w:r>
      <w:r>
        <w:rPr>
          <w:rFonts w:ascii="Times New Roman" w:hAnsi="Times New Roman" w:eastAsia="Times New Roman" w:cs="Times New Roman"/>
          <w:b/>
          <w:sz w:val="24"/>
        </w:rPr>
        <w:t>l</w:t>
      </w:r>
      <w:r>
        <w:rPr>
          <w:rFonts w:ascii="Times New Roman" w:hAnsi="Times New Roman" w:eastAsia="Times New Roman" w:cs="Times New Roman"/>
          <w:b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b</w:t>
      </w:r>
      <w:r>
        <w:rPr>
          <w:rFonts w:ascii="Times New Roman" w:hAnsi="Times New Roman" w:eastAsia="Times New Roman" w:cs="Times New Roman"/>
          <w:b/>
          <w:sz w:val="24"/>
        </w:rPr>
        <w:t>e</w:t>
      </w:r>
      <w:r>
        <w:rPr>
          <w:rFonts w:ascii="Times New Roman" w:hAnsi="Times New Roman" w:eastAsia="Times New Roman" w:cs="Times New Roman"/>
          <w:b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terminate</w:t>
      </w:r>
      <w:r>
        <w:rPr>
          <w:rFonts w:ascii="Times New Roman" w:hAnsi="Times New Roman" w:eastAsia="Times New Roman" w:cs="Times New Roman"/>
          <w:b/>
          <w:sz w:val="24"/>
        </w:rPr>
        <w:t>d</w:t>
      </w:r>
      <w:r>
        <w:rPr>
          <w:rFonts w:ascii="Times New Roman" w:hAnsi="Times New Roman" w:eastAsia="Times New Roman" w:cs="Times New Roman"/>
          <w:b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an</w:t>
      </w:r>
      <w:r>
        <w:rPr>
          <w:rFonts w:ascii="Times New Roman" w:hAnsi="Times New Roman" w:eastAsia="Times New Roman" w:cs="Times New Roman"/>
          <w:sz w:val="24"/>
        </w:rPr>
        <w:t>d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yo</w:t>
      </w:r>
      <w:r>
        <w:rPr>
          <w:rFonts w:ascii="Times New Roman" w:hAnsi="Times New Roman" w:eastAsia="Times New Roman" w:cs="Times New Roman"/>
          <w:sz w:val="24"/>
        </w:rPr>
        <w:t>u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must </w:t>
      </w:r>
      <w:r>
        <w:rPr>
          <w:rFonts w:ascii="Times New Roman" w:hAnsi="Times New Roman" w:eastAsia="Times New Roman" w:cs="Times New Roman"/>
          <w:sz w:val="24"/>
        </w:rPr>
        <w:t>surrende</w:t>
      </w:r>
      <w:r>
        <w:rPr>
          <w:rFonts w:ascii="Times New Roman" w:hAnsi="Times New Roman" w:eastAsia="Times New Roman" w:cs="Times New Roman"/>
          <w:sz w:val="24"/>
        </w:rPr>
        <w:t>r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possessio</w:t>
      </w:r>
      <w:r>
        <w:rPr>
          <w:rFonts w:ascii="Times New Roman" w:hAnsi="Times New Roman" w:eastAsia="Times New Roman" w:cs="Times New Roman"/>
          <w:sz w:val="24"/>
        </w:rPr>
        <w:t>n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o</w:t>
      </w:r>
      <w:r>
        <w:rPr>
          <w:rFonts w:ascii="Times New Roman" w:hAnsi="Times New Roman" w:eastAsia="Times New Roman" w:cs="Times New Roman"/>
          <w:sz w:val="24"/>
        </w:rPr>
        <w:t>f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th</w:t>
      </w:r>
      <w:r>
        <w:rPr>
          <w:rFonts w:ascii="Times New Roman" w:hAnsi="Times New Roman" w:eastAsia="Times New Roman" w:cs="Times New Roman"/>
          <w:sz w:val="24"/>
        </w:rPr>
        <w:t>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premise</w:t>
      </w:r>
      <w:r>
        <w:rPr>
          <w:rFonts w:ascii="Times New Roman" w:hAnsi="Times New Roman" w:eastAsia="Times New Roman" w:cs="Times New Roman"/>
          <w:sz w:val="24"/>
        </w:rPr>
        <w:t>s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t</w:t>
      </w:r>
      <w:r>
        <w:rPr>
          <w:rFonts w:ascii="Times New Roman" w:hAnsi="Times New Roman" w:eastAsia="Times New Roman" w:cs="Times New Roman"/>
          <w:sz w:val="24"/>
        </w:rPr>
        <w:t>o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Landlord</w:t>
      </w:r>
      <w:r>
        <w:rPr>
          <w:rFonts w:ascii="Times New Roman" w:hAnsi="Times New Roman" w:eastAsia="Times New Roman" w:cs="Times New Roman"/>
          <w:sz w:val="24"/>
        </w:rPr>
        <w:t>.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I</w:t>
      </w:r>
      <w:r>
        <w:rPr>
          <w:rFonts w:ascii="Times New Roman" w:hAnsi="Times New Roman" w:eastAsia="Times New Roman" w:cs="Times New Roman"/>
          <w:sz w:val="24"/>
        </w:rPr>
        <w:t>f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yo</w:t>
      </w:r>
      <w:r>
        <w:rPr>
          <w:rFonts w:ascii="Times New Roman" w:hAnsi="Times New Roman" w:eastAsia="Times New Roman" w:cs="Times New Roman"/>
          <w:sz w:val="24"/>
        </w:rPr>
        <w:t>u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fail</w:t>
      </w:r>
      <w:r>
        <w:rPr>
          <w:rFonts w:ascii="Times New Roman" w:hAnsi="Times New Roman" w:eastAsia="Times New Roman" w:cs="Times New Roman"/>
          <w:sz w:val="24"/>
        </w:rPr>
        <w:t>,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withi</w:t>
      </w:r>
      <w:r>
        <w:rPr>
          <w:rFonts w:ascii="Times New Roman" w:hAnsi="Times New Roman" w:eastAsia="Times New Roman" w:cs="Times New Roman"/>
          <w:sz w:val="24"/>
        </w:rPr>
        <w:t>n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th</w:t>
      </w:r>
      <w:r>
        <w:rPr>
          <w:rFonts w:ascii="Times New Roman" w:hAnsi="Times New Roman" w:eastAsia="Times New Roman" w:cs="Times New Roman"/>
          <w:sz w:val="24"/>
        </w:rPr>
        <w:t>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thirty</w:t>
      </w:r>
      <w:r>
        <w:rPr>
          <w:rFonts w:ascii="Times New Roman" w:hAnsi="Times New Roman" w:eastAsia="Times New Roman" w:cs="Times New Roman"/>
          <w:b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(30</w:t>
      </w:r>
      <w:r>
        <w:rPr>
          <w:rFonts w:ascii="Times New Roman" w:hAnsi="Times New Roman" w:eastAsia="Times New Roman" w:cs="Times New Roman"/>
          <w:b/>
          <w:sz w:val="24"/>
        </w:rPr>
        <w:t>)</w:t>
      </w:r>
      <w:r>
        <w:rPr>
          <w:rFonts w:ascii="Times New Roman" w:hAnsi="Times New Roman" w:eastAsia="Times New Roman" w:cs="Times New Roman"/>
          <w:b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da</w:t>
      </w:r>
      <w:r>
        <w:rPr>
          <w:rFonts w:ascii="Times New Roman" w:hAnsi="Times New Roman" w:eastAsia="Times New Roman" w:cs="Times New Roman"/>
          <w:b/>
          <w:sz w:val="24"/>
        </w:rPr>
        <w:t>y</w:t>
      </w:r>
      <w:r>
        <w:rPr>
          <w:rFonts w:ascii="Times New Roman" w:hAnsi="Times New Roman" w:eastAsia="Times New Roman" w:cs="Times New Roman"/>
          <w:b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notice </w:t>
      </w:r>
      <w:r>
        <w:rPr>
          <w:rFonts w:ascii="Times New Roman" w:hAnsi="Times New Roman" w:eastAsia="Times New Roman" w:cs="Times New Roman"/>
          <w:sz w:val="24"/>
        </w:rPr>
        <w:t>period</w:t>
      </w:r>
      <w:r>
        <w:rPr>
          <w:rFonts w:ascii="Times New Roman" w:hAnsi="Times New Roman" w:eastAsia="Times New Roman" w:cs="Times New Roman"/>
          <w:sz w:val="24"/>
        </w:rPr>
        <w:t>,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eithe</w:t>
      </w:r>
      <w:r>
        <w:rPr>
          <w:rFonts w:ascii="Times New Roman" w:hAnsi="Times New Roman" w:eastAsia="Times New Roman" w:cs="Times New Roman"/>
          <w:sz w:val="24"/>
        </w:rPr>
        <w:t>r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t</w:t>
      </w:r>
      <w:r>
        <w:rPr>
          <w:rFonts w:ascii="Times New Roman" w:hAnsi="Times New Roman" w:eastAsia="Times New Roman" w:cs="Times New Roman"/>
          <w:sz w:val="24"/>
        </w:rPr>
        <w:t>o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remedy the non-compliance</w:t>
      </w:r>
      <w:r>
        <w:rPr>
          <w:rFonts w:ascii="Times New Roman" w:hAnsi="Times New Roman" w:eastAsia="Times New Roman" w:cs="Times New Roman"/>
          <w:sz w:val="24"/>
        </w:rPr>
        <w:t>,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o</w:t>
      </w:r>
      <w:r>
        <w:rPr>
          <w:rFonts w:ascii="Times New Roman" w:hAnsi="Times New Roman" w:eastAsia="Times New Roman" w:cs="Times New Roman"/>
          <w:sz w:val="24"/>
        </w:rPr>
        <w:t>r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t</w:t>
      </w:r>
      <w:r>
        <w:rPr>
          <w:rFonts w:ascii="Times New Roman" w:hAnsi="Times New Roman" w:eastAsia="Times New Roman" w:cs="Times New Roman"/>
          <w:sz w:val="24"/>
        </w:rPr>
        <w:t>o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surrende</w:t>
      </w:r>
      <w:r>
        <w:rPr>
          <w:rFonts w:ascii="Times New Roman" w:hAnsi="Times New Roman" w:eastAsia="Times New Roman" w:cs="Times New Roman"/>
          <w:sz w:val="24"/>
        </w:rPr>
        <w:t>r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possessio</w:t>
      </w:r>
      <w:r>
        <w:rPr>
          <w:rFonts w:ascii="Times New Roman" w:hAnsi="Times New Roman" w:eastAsia="Times New Roman" w:cs="Times New Roman"/>
          <w:sz w:val="24"/>
        </w:rPr>
        <w:t>n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o</w:t>
      </w:r>
      <w:r>
        <w:rPr>
          <w:rFonts w:ascii="Times New Roman" w:hAnsi="Times New Roman" w:eastAsia="Times New Roman" w:cs="Times New Roman"/>
          <w:sz w:val="24"/>
        </w:rPr>
        <w:t>f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th</w:t>
      </w:r>
      <w:r>
        <w:rPr>
          <w:rFonts w:ascii="Times New Roman" w:hAnsi="Times New Roman" w:eastAsia="Times New Roman" w:cs="Times New Roman"/>
          <w:sz w:val="24"/>
        </w:rPr>
        <w:t>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premise</w:t>
      </w:r>
      <w:r>
        <w:rPr>
          <w:rFonts w:ascii="Times New Roman" w:hAnsi="Times New Roman" w:eastAsia="Times New Roman" w:cs="Times New Roman"/>
          <w:sz w:val="24"/>
        </w:rPr>
        <w:t>s</w:t>
      </w:r>
      <w:r>
        <w:rPr>
          <w:rFonts w:ascii="Times New Roman" w:hAnsi="Times New Roman" w:eastAsia="Times New Roman" w:cs="Times New Roman"/>
          <w:sz w:val="24"/>
        </w:rPr>
        <w:t xml:space="preserve">, </w:t>
      </w:r>
      <w:r>
        <w:rPr>
          <w:rFonts w:ascii="Times New Roman" w:hAnsi="Times New Roman" w:eastAsia="Times New Roman" w:cs="Times New Roman"/>
          <w:sz w:val="24"/>
        </w:rPr>
        <w:t xml:space="preserve">legal </w:t>
      </w:r>
      <w:r>
        <w:rPr>
          <w:rFonts w:ascii="Times New Roman" w:hAnsi="Times New Roman" w:eastAsia="Times New Roman" w:cs="Times New Roman"/>
          <w:sz w:val="24"/>
        </w:rPr>
        <w:t>proceeding</w:t>
      </w:r>
      <w:r>
        <w:rPr>
          <w:rFonts w:ascii="Times New Roman" w:hAnsi="Times New Roman" w:eastAsia="Times New Roman" w:cs="Times New Roman"/>
          <w:sz w:val="24"/>
        </w:rPr>
        <w:t xml:space="preserve">s </w:t>
      </w:r>
      <w:r>
        <w:rPr>
          <w:rFonts w:ascii="Times New Roman" w:hAnsi="Times New Roman" w:eastAsia="Times New Roman" w:cs="Times New Roman"/>
          <w:sz w:val="24"/>
        </w:rPr>
        <w:t>wil</w:t>
      </w:r>
      <w:r>
        <w:rPr>
          <w:rFonts w:ascii="Times New Roman" w:hAnsi="Times New Roman" w:eastAsia="Times New Roman" w:cs="Times New Roman"/>
          <w:sz w:val="24"/>
        </w:rPr>
        <w:t xml:space="preserve">l </w:t>
      </w:r>
      <w:r>
        <w:rPr>
          <w:rFonts w:ascii="Times New Roman" w:hAnsi="Times New Roman" w:eastAsia="Times New Roman" w:cs="Times New Roman"/>
          <w:sz w:val="24"/>
        </w:rPr>
        <w:t>b</w:t>
      </w:r>
      <w:r>
        <w:rPr>
          <w:rFonts w:ascii="Times New Roman" w:hAnsi="Times New Roman" w:eastAsia="Times New Roman" w:cs="Times New Roman"/>
          <w:sz w:val="24"/>
        </w:rPr>
        <w:t xml:space="preserve">e </w:t>
      </w:r>
      <w:r>
        <w:rPr>
          <w:rFonts w:ascii="Times New Roman" w:hAnsi="Times New Roman" w:eastAsia="Times New Roman" w:cs="Times New Roman"/>
          <w:sz w:val="24"/>
        </w:rPr>
        <w:t>commence</w:t>
      </w:r>
      <w:r>
        <w:rPr>
          <w:rFonts w:ascii="Times New Roman" w:hAnsi="Times New Roman" w:eastAsia="Times New Roman" w:cs="Times New Roman"/>
          <w:sz w:val="24"/>
        </w:rPr>
        <w:t xml:space="preserve">d </w:t>
      </w:r>
      <w:r>
        <w:rPr>
          <w:rFonts w:ascii="Times New Roman" w:hAnsi="Times New Roman" w:eastAsia="Times New Roman" w:cs="Times New Roman"/>
          <w:sz w:val="24"/>
        </w:rPr>
        <w:t>agains</w:t>
      </w:r>
      <w:r>
        <w:rPr>
          <w:rFonts w:ascii="Times New Roman" w:hAnsi="Times New Roman" w:eastAsia="Times New Roman" w:cs="Times New Roman"/>
          <w:sz w:val="24"/>
        </w:rPr>
        <w:t xml:space="preserve">t </w:t>
      </w:r>
      <w:r>
        <w:rPr>
          <w:rFonts w:ascii="Times New Roman" w:hAnsi="Times New Roman" w:eastAsia="Times New Roman" w:cs="Times New Roman"/>
          <w:sz w:val="24"/>
        </w:rPr>
        <w:t>yo</w:t>
      </w:r>
      <w:r>
        <w:rPr>
          <w:rFonts w:ascii="Times New Roman" w:hAnsi="Times New Roman" w:eastAsia="Times New Roman" w:cs="Times New Roman"/>
          <w:sz w:val="24"/>
        </w:rPr>
        <w:t xml:space="preserve">u </w:t>
      </w:r>
      <w:r>
        <w:rPr>
          <w:rFonts w:ascii="Times New Roman" w:hAnsi="Times New Roman" w:eastAsia="Times New Roman" w:cs="Times New Roman"/>
          <w:sz w:val="24"/>
        </w:rPr>
        <w:t>t</w:t>
      </w:r>
      <w:r>
        <w:rPr>
          <w:rFonts w:ascii="Times New Roman" w:hAnsi="Times New Roman" w:eastAsia="Times New Roman" w:cs="Times New Roman"/>
          <w:sz w:val="24"/>
        </w:rPr>
        <w:t xml:space="preserve">o </w:t>
      </w:r>
      <w:r>
        <w:rPr>
          <w:rFonts w:ascii="Times New Roman" w:hAnsi="Times New Roman" w:eastAsia="Times New Roman" w:cs="Times New Roman"/>
          <w:sz w:val="24"/>
        </w:rPr>
        <w:t>recove</w:t>
      </w:r>
      <w:r>
        <w:rPr>
          <w:rFonts w:ascii="Times New Roman" w:hAnsi="Times New Roman" w:eastAsia="Times New Roman" w:cs="Times New Roman"/>
          <w:sz w:val="24"/>
        </w:rPr>
        <w:t xml:space="preserve">r </w:t>
      </w:r>
      <w:r>
        <w:rPr>
          <w:rFonts w:ascii="Times New Roman" w:hAnsi="Times New Roman" w:eastAsia="Times New Roman" w:cs="Times New Roman"/>
          <w:sz w:val="24"/>
        </w:rPr>
        <w:t>possessio</w:t>
      </w:r>
      <w:r>
        <w:rPr>
          <w:rFonts w:ascii="Times New Roman" w:hAnsi="Times New Roman" w:eastAsia="Times New Roman" w:cs="Times New Roman"/>
          <w:sz w:val="24"/>
        </w:rPr>
        <w:t xml:space="preserve">n </w:t>
      </w:r>
      <w:r>
        <w:rPr>
          <w:rFonts w:ascii="Times New Roman" w:hAnsi="Times New Roman" w:eastAsia="Times New Roman" w:cs="Times New Roman"/>
          <w:sz w:val="24"/>
        </w:rPr>
        <w:t>an</w:t>
      </w:r>
      <w:r>
        <w:rPr>
          <w:rFonts w:ascii="Times New Roman" w:hAnsi="Times New Roman" w:eastAsia="Times New Roman" w:cs="Times New Roman"/>
          <w:sz w:val="24"/>
        </w:rPr>
        <w:t xml:space="preserve">d </w:t>
      </w:r>
      <w:r>
        <w:rPr>
          <w:rFonts w:ascii="Times New Roman" w:hAnsi="Times New Roman" w:eastAsia="Times New Roman" w:cs="Times New Roman"/>
          <w:sz w:val="24"/>
        </w:rPr>
        <w:t>t</w:t>
      </w:r>
      <w:r>
        <w:rPr>
          <w:rFonts w:ascii="Times New Roman" w:hAnsi="Times New Roman" w:eastAsia="Times New Roman" w:cs="Times New Roman"/>
          <w:sz w:val="24"/>
        </w:rPr>
        <w:t xml:space="preserve">o </w:t>
      </w:r>
      <w:r>
        <w:rPr>
          <w:rFonts w:ascii="Times New Roman" w:hAnsi="Times New Roman" w:eastAsia="Times New Roman" w:cs="Times New Roman"/>
          <w:sz w:val="24"/>
        </w:rPr>
        <w:t>recove</w:t>
      </w:r>
      <w:r>
        <w:rPr>
          <w:rFonts w:ascii="Times New Roman" w:hAnsi="Times New Roman" w:eastAsia="Times New Roman" w:cs="Times New Roman"/>
          <w:sz w:val="24"/>
        </w:rPr>
        <w:t xml:space="preserve">r a </w:t>
      </w:r>
      <w:r>
        <w:rPr>
          <w:rFonts w:ascii="Times New Roman" w:hAnsi="Times New Roman" w:eastAsia="Times New Roman" w:cs="Times New Roman"/>
          <w:sz w:val="24"/>
        </w:rPr>
        <w:t>judgmen</w:t>
      </w:r>
      <w:r>
        <w:rPr>
          <w:rFonts w:ascii="Times New Roman" w:hAnsi="Times New Roman" w:eastAsia="Times New Roman" w:cs="Times New Roman"/>
          <w:sz w:val="24"/>
        </w:rPr>
        <w:t xml:space="preserve">t </w:t>
      </w:r>
      <w:r>
        <w:rPr>
          <w:rFonts w:ascii="Times New Roman" w:hAnsi="Times New Roman" w:eastAsia="Times New Roman" w:cs="Times New Roman"/>
          <w:sz w:val="24"/>
        </w:rPr>
        <w:t>fo</w:t>
      </w:r>
      <w:r>
        <w:rPr>
          <w:rFonts w:ascii="Times New Roman" w:hAnsi="Times New Roman" w:eastAsia="Times New Roman" w:cs="Times New Roman"/>
          <w:sz w:val="24"/>
        </w:rPr>
        <w:t xml:space="preserve">r </w:t>
      </w:r>
      <w:r>
        <w:rPr>
          <w:rFonts w:ascii="Times New Roman" w:hAnsi="Times New Roman" w:eastAsia="Times New Roman" w:cs="Times New Roman"/>
          <w:sz w:val="24"/>
        </w:rPr>
        <w:t xml:space="preserve">the </w:t>
      </w:r>
      <w:r>
        <w:rPr>
          <w:rFonts w:ascii="Times New Roman" w:hAnsi="Times New Roman" w:eastAsia="Times New Roman" w:cs="Times New Roman"/>
          <w:sz w:val="24"/>
        </w:rPr>
        <w:t>ren</w:t>
      </w:r>
      <w:r>
        <w:rPr>
          <w:rFonts w:ascii="Times New Roman" w:hAnsi="Times New Roman" w:eastAsia="Times New Roman" w:cs="Times New Roman"/>
          <w:sz w:val="24"/>
        </w:rPr>
        <w:t>t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an</w:t>
      </w:r>
      <w:r>
        <w:rPr>
          <w:rFonts w:ascii="Times New Roman" w:hAnsi="Times New Roman" w:eastAsia="Times New Roman" w:cs="Times New Roman"/>
          <w:sz w:val="24"/>
        </w:rPr>
        <w:t>d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damage</w:t>
      </w:r>
      <w:r>
        <w:rPr>
          <w:rFonts w:ascii="Times New Roman" w:hAnsi="Times New Roman" w:eastAsia="Times New Roman" w:cs="Times New Roman"/>
          <w:sz w:val="24"/>
        </w:rPr>
        <w:t>s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fo</w:t>
      </w:r>
      <w:r>
        <w:rPr>
          <w:rFonts w:ascii="Times New Roman" w:hAnsi="Times New Roman" w:eastAsia="Times New Roman" w:cs="Times New Roman"/>
          <w:sz w:val="24"/>
        </w:rPr>
        <w:t>r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you</w:t>
      </w:r>
      <w:r>
        <w:rPr>
          <w:rFonts w:ascii="Times New Roman" w:hAnsi="Times New Roman" w:eastAsia="Times New Roman" w:cs="Times New Roman"/>
          <w:sz w:val="24"/>
        </w:rPr>
        <w:t>r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unlawfu</w:t>
      </w:r>
      <w:r>
        <w:rPr>
          <w:rFonts w:ascii="Times New Roman" w:hAnsi="Times New Roman" w:eastAsia="Times New Roman" w:cs="Times New Roman"/>
          <w:sz w:val="24"/>
        </w:rPr>
        <w:t>l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detentio</w:t>
      </w:r>
      <w:r>
        <w:rPr>
          <w:rFonts w:ascii="Times New Roman" w:hAnsi="Times New Roman" w:eastAsia="Times New Roman" w:cs="Times New Roman"/>
          <w:sz w:val="24"/>
        </w:rPr>
        <w:t>n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o</w:t>
      </w:r>
      <w:r>
        <w:rPr>
          <w:rFonts w:ascii="Times New Roman" w:hAnsi="Times New Roman" w:eastAsia="Times New Roman" w:cs="Times New Roman"/>
          <w:sz w:val="24"/>
        </w:rPr>
        <w:t>f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th</w:t>
      </w:r>
      <w:r>
        <w:rPr>
          <w:rFonts w:ascii="Times New Roman" w:hAnsi="Times New Roman" w:eastAsia="Times New Roman" w:cs="Times New Roman"/>
          <w:sz w:val="24"/>
        </w:rPr>
        <w:t>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premises</w:t>
      </w:r>
      <w:r>
        <w:rPr>
          <w:rFonts w:ascii="Times New Roman" w:hAnsi="Times New Roman" w:eastAsia="Times New Roman" w:cs="Times New Roman"/>
          <w:sz w:val="24"/>
        </w:rPr>
        <w:t>,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an</w:t>
      </w:r>
      <w:r>
        <w:rPr>
          <w:rFonts w:ascii="Times New Roman" w:hAnsi="Times New Roman" w:eastAsia="Times New Roman" w:cs="Times New Roman"/>
          <w:sz w:val="24"/>
        </w:rPr>
        <w:t>d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al</w:t>
      </w:r>
      <w:r>
        <w:rPr>
          <w:rFonts w:ascii="Times New Roman" w:hAnsi="Times New Roman" w:eastAsia="Times New Roman" w:cs="Times New Roman"/>
          <w:sz w:val="24"/>
        </w:rPr>
        <w:t>l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cost</w:t>
      </w:r>
      <w:r>
        <w:rPr>
          <w:rFonts w:ascii="Times New Roman" w:hAnsi="Times New Roman" w:eastAsia="Times New Roman" w:cs="Times New Roman"/>
          <w:sz w:val="24"/>
        </w:rPr>
        <w:t>s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o</w:t>
      </w:r>
      <w:r>
        <w:rPr>
          <w:rFonts w:ascii="Times New Roman" w:hAnsi="Times New Roman" w:eastAsia="Times New Roman" w:cs="Times New Roman"/>
          <w:sz w:val="24"/>
        </w:rPr>
        <w:t>f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cour</w:t>
      </w:r>
      <w:r>
        <w:rPr>
          <w:rFonts w:ascii="Times New Roman" w:hAnsi="Times New Roman" w:eastAsia="Times New Roman" w:cs="Times New Roman"/>
          <w:sz w:val="24"/>
        </w:rPr>
        <w:t>t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includin</w:t>
      </w:r>
      <w:r>
        <w:rPr>
          <w:rFonts w:ascii="Times New Roman" w:hAnsi="Times New Roman" w:eastAsia="Times New Roman" w:cs="Times New Roman"/>
          <w:sz w:val="24"/>
        </w:rPr>
        <w:t>g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attorneys’ fee</w:t>
      </w:r>
      <w:r>
        <w:rPr>
          <w:rFonts w:ascii="Times New Roman" w:hAnsi="Times New Roman" w:eastAsia="Times New Roman" w:cs="Times New Roman"/>
          <w:sz w:val="24"/>
        </w:rPr>
        <w:t>s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t</w:t>
      </w:r>
      <w:r>
        <w:rPr>
          <w:rFonts w:ascii="Times New Roman" w:hAnsi="Times New Roman" w:eastAsia="Times New Roman" w:cs="Times New Roman"/>
          <w:sz w:val="24"/>
        </w:rPr>
        <w:t>o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th</w:t>
      </w:r>
      <w:r>
        <w:rPr>
          <w:rFonts w:ascii="Times New Roman" w:hAnsi="Times New Roman" w:eastAsia="Times New Roman" w:cs="Times New Roman"/>
          <w:sz w:val="24"/>
        </w:rPr>
        <w:t>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exten</w:t>
      </w:r>
      <w:r>
        <w:rPr>
          <w:rFonts w:ascii="Times New Roman" w:hAnsi="Times New Roman" w:eastAsia="Times New Roman" w:cs="Times New Roman"/>
          <w:sz w:val="24"/>
        </w:rPr>
        <w:t>d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allowe</w:t>
      </w:r>
      <w:r>
        <w:rPr>
          <w:rFonts w:ascii="Times New Roman" w:hAnsi="Times New Roman" w:eastAsia="Times New Roman" w:cs="Times New Roman"/>
          <w:sz w:val="24"/>
        </w:rPr>
        <w:t>d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b</w:t>
      </w:r>
      <w:r>
        <w:rPr>
          <w:rFonts w:ascii="Times New Roman" w:hAnsi="Times New Roman" w:eastAsia="Times New Roman" w:cs="Times New Roman"/>
          <w:sz w:val="24"/>
        </w:rPr>
        <w:t>y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applicabl</w:t>
      </w:r>
      <w:r>
        <w:rPr>
          <w:rFonts w:ascii="Times New Roman" w:hAnsi="Times New Roman" w:eastAsia="Times New Roman" w:cs="Times New Roman"/>
          <w:sz w:val="24"/>
        </w:rPr>
        <w:t>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l</w:t>
      </w:r>
      <w:r>
        <w:rPr>
          <w:rFonts w:ascii="Times New Roman" w:hAnsi="Times New Roman" w:eastAsia="Times New Roman" w:cs="Times New Roman"/>
          <w:sz w:val="24"/>
        </w:rPr>
        <w:t>a</w:t>
      </w:r>
      <w:r>
        <w:rPr>
          <w:rFonts w:ascii="Times New Roman" w:hAnsi="Times New Roman" w:eastAsia="Times New Roman" w:cs="Times New Roman"/>
          <w:sz w:val="24"/>
        </w:rPr>
        <w:t xml:space="preserve">w </w:t>
      </w:r>
      <w:r>
        <w:rPr>
          <w:rFonts w:ascii="Times New Roman" w:hAnsi="Times New Roman" w:eastAsia="Times New Roman" w:cs="Times New Roman"/>
          <w:sz w:val="24"/>
        </w:rPr>
        <w:t>and/o</w:t>
      </w:r>
      <w:r>
        <w:rPr>
          <w:rFonts w:ascii="Times New Roman" w:hAnsi="Times New Roman" w:eastAsia="Times New Roman" w:cs="Times New Roman"/>
          <w:sz w:val="24"/>
        </w:rPr>
        <w:t xml:space="preserve">r </w:t>
      </w:r>
      <w:r>
        <w:rPr>
          <w:rFonts w:ascii="Times New Roman" w:hAnsi="Times New Roman" w:eastAsia="Times New Roman" w:cs="Times New Roman"/>
          <w:sz w:val="24"/>
        </w:rPr>
        <w:t>th</w:t>
      </w:r>
      <w:r>
        <w:rPr>
          <w:rFonts w:ascii="Times New Roman" w:hAnsi="Times New Roman" w:eastAsia="Times New Roman" w:cs="Times New Roman"/>
          <w:sz w:val="24"/>
        </w:rPr>
        <w:t xml:space="preserve">e </w:t>
      </w:r>
      <w:r>
        <w:rPr>
          <w:rFonts w:ascii="Times New Roman" w:hAnsi="Times New Roman" w:eastAsia="Times New Roman" w:cs="Times New Roman"/>
          <w:sz w:val="24"/>
        </w:rPr>
        <w:t>leas</w:t>
      </w:r>
      <w:r>
        <w:rPr>
          <w:rFonts w:ascii="Times New Roman" w:hAnsi="Times New Roman" w:eastAsia="Times New Roman" w:cs="Times New Roman"/>
          <w:sz w:val="24"/>
        </w:rPr>
        <w:t xml:space="preserve">e </w:t>
      </w:r>
      <w:r>
        <w:rPr>
          <w:rFonts w:ascii="Times New Roman" w:hAnsi="Times New Roman" w:eastAsia="Times New Roman" w:cs="Times New Roman"/>
          <w:sz w:val="24"/>
        </w:rPr>
        <w:t>agreement</w:t>
      </w:r>
      <w:r>
        <w:rPr>
          <w:rFonts w:ascii="Times New Roman" w:hAnsi="Times New Roman" w:eastAsia="Times New Roman" w:cs="Times New Roman"/>
          <w:sz w:val="24"/>
        </w:rPr>
        <w:t xml:space="preserve">. </w:t>
      </w:r>
      <w:r>
        <w:rPr>
          <w:rFonts w:ascii="Times New Roman" w:hAnsi="Times New Roman" w:eastAsia="Times New Roman" w:cs="Times New Roman"/>
          <w:sz w:val="24"/>
        </w:rPr>
        <w:t>Surrende</w:t>
      </w:r>
      <w:r>
        <w:rPr>
          <w:rFonts w:ascii="Times New Roman" w:hAnsi="Times New Roman" w:eastAsia="Times New Roman" w:cs="Times New Roman"/>
          <w:sz w:val="24"/>
        </w:rPr>
        <w:t xml:space="preserve">r </w:t>
      </w:r>
      <w:r>
        <w:rPr>
          <w:rFonts w:ascii="Times New Roman" w:hAnsi="Times New Roman" w:eastAsia="Times New Roman" w:cs="Times New Roman"/>
          <w:sz w:val="24"/>
        </w:rPr>
        <w:t>o</w:t>
      </w:r>
      <w:r>
        <w:rPr>
          <w:rFonts w:ascii="Times New Roman" w:hAnsi="Times New Roman" w:eastAsia="Times New Roman" w:cs="Times New Roman"/>
          <w:sz w:val="24"/>
        </w:rPr>
        <w:t xml:space="preserve">f </w:t>
      </w:r>
      <w:r>
        <w:rPr>
          <w:rFonts w:ascii="Times New Roman" w:hAnsi="Times New Roman" w:eastAsia="Times New Roman" w:cs="Times New Roman"/>
          <w:sz w:val="24"/>
        </w:rPr>
        <w:t>th</w:t>
      </w:r>
      <w:r>
        <w:rPr>
          <w:rFonts w:ascii="Times New Roman" w:hAnsi="Times New Roman" w:eastAsia="Times New Roman" w:cs="Times New Roman"/>
          <w:sz w:val="24"/>
        </w:rPr>
        <w:t xml:space="preserve">e </w:t>
      </w:r>
      <w:r>
        <w:rPr>
          <w:rFonts w:ascii="Times New Roman" w:hAnsi="Times New Roman" w:eastAsia="Times New Roman" w:cs="Times New Roman"/>
          <w:sz w:val="24"/>
        </w:rPr>
        <w:t xml:space="preserve">premises </w:t>
      </w:r>
      <w:r>
        <w:rPr>
          <w:rFonts w:ascii="Times New Roman" w:hAnsi="Times New Roman" w:eastAsia="Times New Roman" w:cs="Times New Roman"/>
          <w:sz w:val="24"/>
        </w:rPr>
        <w:t>doe</w:t>
      </w:r>
      <w:r>
        <w:rPr>
          <w:rFonts w:ascii="Times New Roman" w:hAnsi="Times New Roman" w:eastAsia="Times New Roman" w:cs="Times New Roman"/>
          <w:sz w:val="24"/>
        </w:rPr>
        <w:t>s</w:t>
      </w:r>
      <w:r>
        <w:rPr>
          <w:rFonts w:ascii="Times New Roman" w:hAnsi="Times New Roman" w:eastAsia="Times New Roman" w:cs="Times New Roman"/>
          <w:sz w:val="24"/>
        </w:rPr>
        <w:t xml:space="preserve"> no</w:t>
      </w:r>
      <w:r>
        <w:rPr>
          <w:rFonts w:ascii="Times New Roman" w:hAnsi="Times New Roman" w:eastAsia="Times New Roman" w:cs="Times New Roman"/>
          <w:sz w:val="24"/>
        </w:rPr>
        <w:t>t</w:t>
      </w:r>
      <w:r>
        <w:rPr>
          <w:rFonts w:ascii="Times New Roman" w:hAnsi="Times New Roman" w:eastAsia="Times New Roman" w:cs="Times New Roman"/>
          <w:sz w:val="24"/>
        </w:rPr>
        <w:t xml:space="preserve"> reliev</w:t>
      </w:r>
      <w:r>
        <w:rPr>
          <w:rFonts w:ascii="Times New Roman" w:hAnsi="Times New Roman" w:eastAsia="Times New Roman" w:cs="Times New Roman"/>
          <w:sz w:val="24"/>
        </w:rPr>
        <w:t>e</w:t>
      </w:r>
      <w:r>
        <w:rPr>
          <w:rFonts w:ascii="Times New Roman" w:hAnsi="Times New Roman" w:eastAsia="Times New Roman" w:cs="Times New Roman"/>
          <w:sz w:val="24"/>
        </w:rPr>
        <w:t xml:space="preserve"> yo</w:t>
      </w:r>
      <w:r>
        <w:rPr>
          <w:rFonts w:ascii="Times New Roman" w:hAnsi="Times New Roman" w:eastAsia="Times New Roman" w:cs="Times New Roman"/>
          <w:sz w:val="24"/>
        </w:rPr>
        <w:t>u</w:t>
      </w:r>
      <w:r>
        <w:rPr>
          <w:rFonts w:ascii="Times New Roman" w:hAnsi="Times New Roman" w:eastAsia="Times New Roman" w:cs="Times New Roman"/>
          <w:sz w:val="24"/>
        </w:rPr>
        <w:t xml:space="preserve"> o</w:t>
      </w:r>
      <w:r>
        <w:rPr>
          <w:rFonts w:ascii="Times New Roman" w:hAnsi="Times New Roman" w:eastAsia="Times New Roman" w:cs="Times New Roman"/>
          <w:sz w:val="24"/>
        </w:rPr>
        <w:t>f</w:t>
      </w:r>
      <w:r>
        <w:rPr>
          <w:rFonts w:ascii="Times New Roman" w:hAnsi="Times New Roman" w:eastAsia="Times New Roman" w:cs="Times New Roman"/>
          <w:sz w:val="24"/>
        </w:rPr>
        <w:t xml:space="preserve"> liabilit</w:t>
      </w:r>
      <w:r>
        <w:rPr>
          <w:rFonts w:ascii="Times New Roman" w:hAnsi="Times New Roman" w:eastAsia="Times New Roman" w:cs="Times New Roman"/>
          <w:sz w:val="24"/>
        </w:rPr>
        <w:t>y</w:t>
      </w:r>
      <w:r>
        <w:rPr>
          <w:rFonts w:ascii="Times New Roman" w:hAnsi="Times New Roman" w:eastAsia="Times New Roman" w:cs="Times New Roman"/>
          <w:sz w:val="24"/>
        </w:rPr>
        <w:t xml:space="preserve"> fo</w:t>
      </w:r>
      <w:r>
        <w:rPr>
          <w:rFonts w:ascii="Times New Roman" w:hAnsi="Times New Roman" w:eastAsia="Times New Roman" w:cs="Times New Roman"/>
          <w:sz w:val="24"/>
        </w:rPr>
        <w:t>r</w:t>
      </w:r>
      <w:r>
        <w:rPr>
          <w:rFonts w:ascii="Times New Roman" w:hAnsi="Times New Roman" w:eastAsia="Times New Roman" w:cs="Times New Roman"/>
          <w:sz w:val="24"/>
        </w:rPr>
        <w:t xml:space="preserve"> th</w:t>
      </w:r>
      <w:r>
        <w:rPr>
          <w:rFonts w:ascii="Times New Roman" w:hAnsi="Times New Roman" w:eastAsia="Times New Roman" w:cs="Times New Roman"/>
          <w:sz w:val="24"/>
        </w:rPr>
        <w:t>e</w:t>
      </w:r>
      <w:r>
        <w:rPr>
          <w:rFonts w:ascii="Times New Roman" w:hAnsi="Times New Roman" w:eastAsia="Times New Roman" w:cs="Times New Roman"/>
          <w:sz w:val="24"/>
        </w:rPr>
        <w:t xml:space="preserve"> outstandin</w:t>
      </w:r>
      <w:r>
        <w:rPr>
          <w:rFonts w:ascii="Times New Roman" w:hAnsi="Times New Roman" w:eastAsia="Times New Roman" w:cs="Times New Roman"/>
          <w:sz w:val="24"/>
        </w:rPr>
        <w:t>g</w:t>
      </w:r>
      <w:r>
        <w:rPr>
          <w:rFonts w:ascii="Times New Roman" w:hAnsi="Times New Roman" w:eastAsia="Times New Roman" w:cs="Times New Roman"/>
          <w:sz w:val="24"/>
        </w:rPr>
        <w:t xml:space="preserve"> balance of any unpaid rent.</w:t>
      </w:r>
    </w:p>
    <w:p>
      <w:pPr>
        <w:spacing w:before="1" w:after="0"/>
      </w:pP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Th</w:t>
      </w:r>
      <w:r>
        <w:rPr>
          <w:rFonts w:ascii="Times New Roman" w:hAnsi="Times New Roman" w:eastAsia="Times New Roman" w:cs="Times New Roman"/>
          <w:sz w:val="24"/>
        </w:rPr>
        <w:t>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thirty (30</w:t>
      </w:r>
      <w:r>
        <w:rPr>
          <w:rFonts w:ascii="Times New Roman" w:hAnsi="Times New Roman" w:eastAsia="Times New Roman" w:cs="Times New Roman"/>
          <w:b/>
          <w:sz w:val="24"/>
        </w:rPr>
        <w:t>)</w:t>
      </w:r>
      <w:r>
        <w:rPr>
          <w:rFonts w:ascii="Times New Roman" w:hAnsi="Times New Roman" w:eastAsia="Times New Roman" w:cs="Times New Roman"/>
          <w:b/>
          <w:sz w:val="24"/>
        </w:rPr>
        <w:t xml:space="preserve"> da</w:t>
      </w:r>
      <w:r>
        <w:rPr>
          <w:rFonts w:ascii="Times New Roman" w:hAnsi="Times New Roman" w:eastAsia="Times New Roman" w:cs="Times New Roman"/>
          <w:b/>
          <w:sz w:val="24"/>
        </w:rPr>
        <w:t>y</w:t>
      </w:r>
      <w:r>
        <w:rPr>
          <w:rFonts w:ascii="Times New Roman" w:hAnsi="Times New Roman" w:eastAsia="Times New Roman" w:cs="Times New Roman"/>
          <w:b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notic</w:t>
      </w:r>
      <w:r>
        <w:rPr>
          <w:rFonts w:ascii="Times New Roman" w:hAnsi="Times New Roman" w:eastAsia="Times New Roman" w:cs="Times New Roman"/>
          <w:sz w:val="24"/>
        </w:rPr>
        <w:t>e</w:t>
      </w:r>
      <w:r>
        <w:rPr>
          <w:rFonts w:ascii="Times New Roman" w:hAnsi="Times New Roman" w:eastAsia="Times New Roman" w:cs="Times New Roman"/>
          <w:sz w:val="24"/>
        </w:rPr>
        <w:t xml:space="preserve"> perio</w:t>
      </w:r>
      <w:r>
        <w:rPr>
          <w:rFonts w:ascii="Times New Roman" w:hAnsi="Times New Roman" w:eastAsia="Times New Roman" w:cs="Times New Roman"/>
          <w:sz w:val="24"/>
        </w:rPr>
        <w:t>d</w:t>
      </w:r>
      <w:r>
        <w:rPr>
          <w:rFonts w:ascii="Times New Roman" w:hAnsi="Times New Roman" w:eastAsia="Times New Roman" w:cs="Times New Roman"/>
          <w:sz w:val="24"/>
        </w:rPr>
        <w:t xml:space="preserve"> describe</w:t>
      </w:r>
      <w:r>
        <w:rPr>
          <w:rFonts w:ascii="Times New Roman" w:hAnsi="Times New Roman" w:eastAsia="Times New Roman" w:cs="Times New Roman"/>
          <w:sz w:val="24"/>
        </w:rPr>
        <w:t>d</w:t>
      </w:r>
      <w:r>
        <w:rPr>
          <w:rFonts w:ascii="Times New Roman" w:hAnsi="Times New Roman" w:eastAsia="Times New Roman" w:cs="Times New Roman"/>
          <w:sz w:val="24"/>
        </w:rPr>
        <w:t xml:space="preserve"> herei</w:t>
      </w:r>
      <w:r>
        <w:rPr>
          <w:rFonts w:ascii="Times New Roman" w:hAnsi="Times New Roman" w:eastAsia="Times New Roman" w:cs="Times New Roman"/>
          <w:sz w:val="24"/>
        </w:rPr>
        <w:t>n</w:t>
      </w:r>
      <w:r>
        <w:rPr>
          <w:rFonts w:ascii="Times New Roman" w:hAnsi="Times New Roman" w:eastAsia="Times New Roman" w:cs="Times New Roman"/>
          <w:sz w:val="24"/>
        </w:rPr>
        <w:t xml:space="preserve"> shal</w:t>
      </w:r>
      <w:r>
        <w:rPr>
          <w:rFonts w:ascii="Times New Roman" w:hAnsi="Times New Roman" w:eastAsia="Times New Roman" w:cs="Times New Roman"/>
          <w:sz w:val="24"/>
        </w:rPr>
        <w:t>l</w:t>
      </w:r>
      <w:r>
        <w:rPr>
          <w:rFonts w:ascii="Times New Roman" w:hAnsi="Times New Roman" w:eastAsia="Times New Roman" w:cs="Times New Roman"/>
          <w:sz w:val="24"/>
        </w:rPr>
        <w:t xml:space="preserve"> expir</w:t>
      </w:r>
      <w:r>
        <w:rPr>
          <w:rFonts w:ascii="Times New Roman" w:hAnsi="Times New Roman" w:eastAsia="Times New Roman" w:cs="Times New Roman"/>
          <w:sz w:val="24"/>
        </w:rPr>
        <w:t>e</w:t>
      </w:r>
      <w:r>
        <w:rPr>
          <w:rFonts w:ascii="Times New Roman" w:hAnsi="Times New Roman" w:eastAsia="Times New Roman" w:cs="Times New Roman"/>
          <w:sz w:val="24"/>
        </w:rPr>
        <w:t xml:space="preserve"> at:</w:t>
      </w:r>
      <w:r>
        <w:rPr>
          <w:rFonts w:ascii="Times New Roman" w:hAnsi="Times New Roman" w:eastAsia="Times New Roman" w:cs="Times New Roman"/>
          <w:sz w:val="24"/>
        </w:rPr>
        <w:t xml:space="preserve"> _____________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O’cloc</w:t>
      </w:r>
      <w:r>
        <w:rPr>
          <w:rFonts w:ascii="Times New Roman" w:hAnsi="Times New Roman" w:eastAsia="Times New Roman" w:cs="Times New Roman"/>
          <w:sz w:val="24"/>
        </w:rPr>
        <w:t>k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A.M.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P.M.</w:t>
      </w:r>
      <w:r>
        <w:rPr>
          <w:rFonts w:ascii="Times New Roman" w:hAnsi="Times New Roman" w:eastAsia="Times New Roman" w:cs="Times New Roman"/>
          <w:sz w:val="24"/>
        </w:rPr>
        <w:t>,</w:t>
      </w:r>
      <w:r>
        <w:rPr>
          <w:rFonts w:ascii="Times New Roman" w:hAnsi="Times New Roman" w:eastAsia="Times New Roman" w:cs="Times New Roman"/>
          <w:sz w:val="24"/>
        </w:rPr>
        <w:t xml:space="preserve"> o</w:t>
      </w:r>
      <w:r>
        <w:rPr>
          <w:rFonts w:ascii="Times New Roman" w:hAnsi="Times New Roman" w:eastAsia="Times New Roman" w:cs="Times New Roman"/>
          <w:sz w:val="24"/>
        </w:rPr>
        <w:t>n</w:t>
      </w:r>
      <w:r>
        <w:rPr>
          <w:rFonts w:ascii="Times New Roman" w:hAnsi="Times New Roman" w:eastAsia="Times New Roman" w:cs="Times New Roman"/>
          <w:sz w:val="24"/>
        </w:rPr>
        <w:t xml:space="preserve"> th</w:t>
      </w:r>
      <w:r>
        <w:rPr>
          <w:rFonts w:ascii="Times New Roman" w:hAnsi="Times New Roman" w:eastAsia="Times New Roman" w:cs="Times New Roman"/>
          <w:sz w:val="24"/>
        </w:rPr>
        <w:t xml:space="preserve">e </w:t>
      </w:r>
      <w:r>
        <w:rPr>
          <w:rFonts w:ascii="Times New Roman" w:hAnsi="Times New Roman" w:eastAsia="Times New Roman" w:cs="Times New Roman"/>
          <w:sz w:val="24"/>
        </w:rPr>
        <w:t xml:space="preserve">_____ </w:t>
      </w:r>
      <w:r>
        <w:rPr>
          <w:rFonts w:ascii="Times New Roman" w:hAnsi="Times New Roman" w:eastAsia="Times New Roman" w:cs="Times New Roman"/>
          <w:sz w:val="24"/>
        </w:rPr>
        <w:t>da</w:t>
      </w:r>
      <w:r>
        <w:rPr>
          <w:rFonts w:ascii="Times New Roman" w:hAnsi="Times New Roman" w:eastAsia="Times New Roman" w:cs="Times New Roman"/>
          <w:sz w:val="24"/>
        </w:rPr>
        <w:t>y</w:t>
      </w:r>
      <w:r>
        <w:rPr>
          <w:rFonts w:ascii="Times New Roman" w:hAnsi="Times New Roman" w:eastAsia="Times New Roman" w:cs="Times New Roman"/>
          <w:sz w:val="24"/>
        </w:rPr>
        <w:t xml:space="preserve"> of </w:t>
      </w:r>
      <w:r>
        <w:rPr>
          <w:rFonts w:ascii="Times New Roman" w:hAnsi="Times New Roman" w:eastAsia="Times New Roman" w:cs="Times New Roman"/>
          <w:sz w:val="24"/>
        </w:rPr>
        <w:t>_____________</w:t>
      </w:r>
      <w:r>
        <w:rPr>
          <w:rFonts w:ascii="Times New Roman" w:hAnsi="Times New Roman" w:eastAsia="Times New Roman" w:cs="Times New Roman"/>
          <w:sz w:val="24"/>
        </w:rPr>
        <w:t>, 20</w:t>
      </w:r>
      <w:r>
        <w:rPr>
          <w:rFonts w:ascii="Times New Roman" w:hAnsi="Times New Roman" w:eastAsia="Times New Roman" w:cs="Times New Roman"/>
          <w:sz w:val="24"/>
        </w:rPr>
        <w:t>____</w:t>
      </w:r>
      <w:r>
        <w:rPr>
          <w:rFonts w:ascii="Times New Roman" w:hAnsi="Times New Roman" w:eastAsia="Times New Roman" w:cs="Times New Roman"/>
          <w:sz w:val="24"/>
        </w:rPr>
        <w:t>.</w:t>
      </w:r>
    </w:p>
    <w:p>
      <w:pPr>
        <w:spacing w:before="5" w:after="0"/>
      </w:pPr>
    </w:p>
    <w:p>
      <w:pPr/>
    </w:p>
    <w:p>
      <w:pPr>
        <w:spacing w:before="29" w:after="0"/>
      </w:pPr>
      <w:r>
        <w:rPr>
          <w:rFonts w:ascii="Times New Roman" w:hAnsi="Times New Roman" w:eastAsia="Times New Roman" w:cs="Times New Roman"/>
          <w:sz w:val="24"/>
        </w:rPr>
        <w:t>LANDLOR</w:t>
      </w:r>
      <w:r>
        <w:rPr>
          <w:rFonts w:ascii="Times New Roman" w:hAnsi="Times New Roman" w:eastAsia="Times New Roman" w:cs="Times New Roman"/>
          <w:sz w:val="24"/>
        </w:rPr>
        <w:t>D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RESERVE</w:t>
      </w:r>
      <w:r>
        <w:rPr>
          <w:rFonts w:ascii="Times New Roman" w:hAnsi="Times New Roman" w:eastAsia="Times New Roman" w:cs="Times New Roman"/>
          <w:sz w:val="24"/>
        </w:rPr>
        <w:t xml:space="preserve">S </w:t>
      </w:r>
      <w:r>
        <w:rPr>
          <w:rFonts w:ascii="Times New Roman" w:hAnsi="Times New Roman" w:eastAsia="Times New Roman" w:cs="Times New Roman"/>
          <w:sz w:val="24"/>
        </w:rPr>
        <w:t>AL</w:t>
      </w:r>
      <w:r>
        <w:rPr>
          <w:rFonts w:ascii="Times New Roman" w:hAnsi="Times New Roman" w:eastAsia="Times New Roman" w:cs="Times New Roman"/>
          <w:sz w:val="24"/>
        </w:rPr>
        <w:t xml:space="preserve">L </w:t>
      </w:r>
      <w:r>
        <w:rPr>
          <w:rFonts w:ascii="Times New Roman" w:hAnsi="Times New Roman" w:eastAsia="Times New Roman" w:cs="Times New Roman"/>
          <w:sz w:val="24"/>
        </w:rPr>
        <w:t>RIGHT</w:t>
      </w:r>
      <w:r>
        <w:rPr>
          <w:rFonts w:ascii="Times New Roman" w:hAnsi="Times New Roman" w:eastAsia="Times New Roman" w:cs="Times New Roman"/>
          <w:sz w:val="24"/>
        </w:rPr>
        <w:t xml:space="preserve">S </w:t>
      </w:r>
      <w:r>
        <w:rPr>
          <w:rFonts w:ascii="Times New Roman" w:hAnsi="Times New Roman" w:eastAsia="Times New Roman" w:cs="Times New Roman"/>
          <w:sz w:val="24"/>
        </w:rPr>
        <w:t>AN</w:t>
      </w:r>
      <w:r>
        <w:rPr>
          <w:rFonts w:ascii="Times New Roman" w:hAnsi="Times New Roman" w:eastAsia="Times New Roman" w:cs="Times New Roman"/>
          <w:sz w:val="24"/>
        </w:rPr>
        <w:t xml:space="preserve">D </w:t>
      </w:r>
      <w:r>
        <w:rPr>
          <w:rFonts w:ascii="Times New Roman" w:hAnsi="Times New Roman" w:eastAsia="Times New Roman" w:cs="Times New Roman"/>
          <w:sz w:val="24"/>
        </w:rPr>
        <w:t>REMEDIE</w:t>
      </w:r>
      <w:r>
        <w:rPr>
          <w:rFonts w:ascii="Times New Roman" w:hAnsi="Times New Roman" w:eastAsia="Times New Roman" w:cs="Times New Roman"/>
          <w:sz w:val="24"/>
        </w:rPr>
        <w:t xml:space="preserve">S </w:t>
      </w:r>
      <w:r>
        <w:rPr>
          <w:rFonts w:ascii="Times New Roman" w:hAnsi="Times New Roman" w:eastAsia="Times New Roman" w:cs="Times New Roman"/>
          <w:sz w:val="24"/>
        </w:rPr>
        <w:t>UNDE</w:t>
      </w:r>
      <w:r>
        <w:rPr>
          <w:rFonts w:ascii="Times New Roman" w:hAnsi="Times New Roman" w:eastAsia="Times New Roman" w:cs="Times New Roman"/>
          <w:sz w:val="24"/>
        </w:rPr>
        <w:t xml:space="preserve">R </w:t>
      </w:r>
      <w:r>
        <w:rPr>
          <w:rFonts w:ascii="Times New Roman" w:hAnsi="Times New Roman" w:eastAsia="Times New Roman" w:cs="Times New Roman"/>
          <w:sz w:val="24"/>
        </w:rPr>
        <w:t>TH</w:t>
      </w:r>
      <w:r>
        <w:rPr>
          <w:rFonts w:ascii="Times New Roman" w:hAnsi="Times New Roman" w:eastAsia="Times New Roman" w:cs="Times New Roman"/>
          <w:sz w:val="24"/>
        </w:rPr>
        <w:t xml:space="preserve">E </w:t>
      </w:r>
      <w:r>
        <w:rPr>
          <w:rFonts w:ascii="Times New Roman" w:hAnsi="Times New Roman" w:eastAsia="Times New Roman" w:cs="Times New Roman"/>
          <w:sz w:val="24"/>
        </w:rPr>
        <w:t>LEAS</w:t>
      </w:r>
      <w:r>
        <w:rPr>
          <w:rFonts w:ascii="Times New Roman" w:hAnsi="Times New Roman" w:eastAsia="Times New Roman" w:cs="Times New Roman"/>
          <w:sz w:val="24"/>
        </w:rPr>
        <w:t xml:space="preserve">E </w:t>
      </w:r>
      <w:r>
        <w:rPr>
          <w:rFonts w:ascii="Times New Roman" w:hAnsi="Times New Roman" w:eastAsia="Times New Roman" w:cs="Times New Roman"/>
          <w:sz w:val="24"/>
        </w:rPr>
        <w:t xml:space="preserve">AGREEMENT </w:t>
      </w:r>
      <w:r>
        <w:rPr>
          <w:rFonts w:ascii="Times New Roman" w:hAnsi="Times New Roman" w:eastAsia="Times New Roman" w:cs="Times New Roman"/>
          <w:sz w:val="24"/>
        </w:rPr>
        <w:t>AN</w:t>
      </w:r>
      <w:r>
        <w:rPr>
          <w:rFonts w:ascii="Times New Roman" w:hAnsi="Times New Roman" w:eastAsia="Times New Roman" w:cs="Times New Roman"/>
          <w:sz w:val="24"/>
        </w:rPr>
        <w:t xml:space="preserve">D </w:t>
      </w:r>
      <w:r>
        <w:rPr>
          <w:rFonts w:ascii="Times New Roman" w:hAnsi="Times New Roman" w:eastAsia="Times New Roman" w:cs="Times New Roman"/>
          <w:sz w:val="24"/>
        </w:rPr>
        <w:t>UNDE</w:t>
      </w:r>
      <w:r>
        <w:rPr>
          <w:rFonts w:ascii="Times New Roman" w:hAnsi="Times New Roman" w:eastAsia="Times New Roman" w:cs="Times New Roman"/>
          <w:sz w:val="24"/>
        </w:rPr>
        <w:t xml:space="preserve">R </w:t>
      </w:r>
      <w:r>
        <w:rPr>
          <w:rFonts w:ascii="Times New Roman" w:hAnsi="Times New Roman" w:eastAsia="Times New Roman" w:cs="Times New Roman"/>
          <w:sz w:val="24"/>
        </w:rPr>
        <w:t>APPLICABL</w:t>
      </w:r>
      <w:r>
        <w:rPr>
          <w:rFonts w:ascii="Times New Roman" w:hAnsi="Times New Roman" w:eastAsia="Times New Roman" w:cs="Times New Roman"/>
          <w:sz w:val="24"/>
        </w:rPr>
        <w:t xml:space="preserve">E </w:t>
      </w:r>
      <w:r>
        <w:rPr>
          <w:rFonts w:ascii="Times New Roman" w:hAnsi="Times New Roman" w:eastAsia="Times New Roman" w:cs="Times New Roman"/>
          <w:sz w:val="24"/>
        </w:rPr>
        <w:t>LAW</w:t>
      </w:r>
      <w:r>
        <w:rPr>
          <w:rFonts w:ascii="Times New Roman" w:hAnsi="Times New Roman" w:eastAsia="Times New Roman" w:cs="Times New Roman"/>
          <w:sz w:val="24"/>
        </w:rPr>
        <w:t xml:space="preserve">, </w:t>
      </w:r>
      <w:r>
        <w:rPr>
          <w:rFonts w:ascii="Times New Roman" w:hAnsi="Times New Roman" w:eastAsia="Times New Roman" w:cs="Times New Roman"/>
          <w:sz w:val="24"/>
        </w:rPr>
        <w:t>INCLUDIN</w:t>
      </w:r>
      <w:r>
        <w:rPr>
          <w:rFonts w:ascii="Times New Roman" w:hAnsi="Times New Roman" w:eastAsia="Times New Roman" w:cs="Times New Roman"/>
          <w:sz w:val="24"/>
        </w:rPr>
        <w:t xml:space="preserve">G </w:t>
      </w:r>
      <w:r>
        <w:rPr>
          <w:rFonts w:ascii="Times New Roman" w:hAnsi="Times New Roman" w:eastAsia="Times New Roman" w:cs="Times New Roman"/>
          <w:sz w:val="24"/>
        </w:rPr>
        <w:t>BU</w:t>
      </w:r>
      <w:r>
        <w:rPr>
          <w:rFonts w:ascii="Times New Roman" w:hAnsi="Times New Roman" w:eastAsia="Times New Roman" w:cs="Times New Roman"/>
          <w:sz w:val="24"/>
        </w:rPr>
        <w:t xml:space="preserve">T </w:t>
      </w:r>
      <w:r>
        <w:rPr>
          <w:rFonts w:ascii="Times New Roman" w:hAnsi="Times New Roman" w:eastAsia="Times New Roman" w:cs="Times New Roman"/>
          <w:sz w:val="24"/>
        </w:rPr>
        <w:t>NO</w:t>
      </w:r>
      <w:r>
        <w:rPr>
          <w:rFonts w:ascii="Times New Roman" w:hAnsi="Times New Roman" w:eastAsia="Times New Roman" w:cs="Times New Roman"/>
          <w:sz w:val="24"/>
        </w:rPr>
        <w:t xml:space="preserve">T </w:t>
      </w:r>
      <w:r>
        <w:rPr>
          <w:rFonts w:ascii="Times New Roman" w:hAnsi="Times New Roman" w:eastAsia="Times New Roman" w:cs="Times New Roman"/>
          <w:sz w:val="24"/>
        </w:rPr>
        <w:t>LIMITE</w:t>
      </w:r>
      <w:r>
        <w:rPr>
          <w:rFonts w:ascii="Times New Roman" w:hAnsi="Times New Roman" w:eastAsia="Times New Roman" w:cs="Times New Roman"/>
          <w:sz w:val="24"/>
        </w:rPr>
        <w:t xml:space="preserve">D </w:t>
      </w:r>
      <w:r>
        <w:rPr>
          <w:rFonts w:ascii="Times New Roman" w:hAnsi="Times New Roman" w:eastAsia="Times New Roman" w:cs="Times New Roman"/>
          <w:sz w:val="24"/>
        </w:rPr>
        <w:t>T</w:t>
      </w:r>
      <w:r>
        <w:rPr>
          <w:rFonts w:ascii="Times New Roman" w:hAnsi="Times New Roman" w:eastAsia="Times New Roman" w:cs="Times New Roman"/>
          <w:sz w:val="24"/>
        </w:rPr>
        <w:t xml:space="preserve">O </w:t>
      </w:r>
      <w:r>
        <w:rPr>
          <w:rFonts w:ascii="Times New Roman" w:hAnsi="Times New Roman" w:eastAsia="Times New Roman" w:cs="Times New Roman"/>
          <w:sz w:val="24"/>
        </w:rPr>
        <w:t xml:space="preserve">CONTRACTUAL </w:t>
      </w:r>
      <w:r>
        <w:rPr>
          <w:rFonts w:ascii="Times New Roman" w:hAnsi="Times New Roman" w:eastAsia="Times New Roman" w:cs="Times New Roman"/>
          <w:sz w:val="24"/>
        </w:rPr>
        <w:t>DAMAGE</w:t>
      </w:r>
      <w:r>
        <w:rPr>
          <w:rFonts w:ascii="Times New Roman" w:hAnsi="Times New Roman" w:eastAsia="Times New Roman" w:cs="Times New Roman"/>
          <w:sz w:val="24"/>
        </w:rPr>
        <w:t xml:space="preserve">S </w:t>
      </w:r>
      <w:r>
        <w:rPr>
          <w:rFonts w:ascii="Times New Roman" w:hAnsi="Times New Roman" w:eastAsia="Times New Roman" w:cs="Times New Roman"/>
          <w:sz w:val="24"/>
        </w:rPr>
        <w:t>FO</w:t>
      </w:r>
      <w:r>
        <w:rPr>
          <w:rFonts w:ascii="Times New Roman" w:hAnsi="Times New Roman" w:eastAsia="Times New Roman" w:cs="Times New Roman"/>
          <w:sz w:val="24"/>
        </w:rPr>
        <w:t xml:space="preserve">R </w:t>
      </w:r>
      <w:r>
        <w:rPr>
          <w:rFonts w:ascii="Times New Roman" w:hAnsi="Times New Roman" w:eastAsia="Times New Roman" w:cs="Times New Roman"/>
          <w:sz w:val="24"/>
        </w:rPr>
        <w:t>UNPAI</w:t>
      </w:r>
      <w:r>
        <w:rPr>
          <w:rFonts w:ascii="Times New Roman" w:hAnsi="Times New Roman" w:eastAsia="Times New Roman" w:cs="Times New Roman"/>
          <w:sz w:val="24"/>
        </w:rPr>
        <w:t xml:space="preserve">D </w:t>
      </w:r>
      <w:r>
        <w:rPr>
          <w:rFonts w:ascii="Times New Roman" w:hAnsi="Times New Roman" w:eastAsia="Times New Roman" w:cs="Times New Roman"/>
          <w:sz w:val="24"/>
        </w:rPr>
        <w:t>RENT</w:t>
      </w:r>
      <w:r>
        <w:rPr>
          <w:rFonts w:ascii="Times New Roman" w:hAnsi="Times New Roman" w:eastAsia="Times New Roman" w:cs="Times New Roman"/>
          <w:sz w:val="24"/>
        </w:rPr>
        <w:t xml:space="preserve">, </w:t>
      </w:r>
      <w:r>
        <w:rPr>
          <w:rFonts w:ascii="Times New Roman" w:hAnsi="Times New Roman" w:eastAsia="Times New Roman" w:cs="Times New Roman"/>
          <w:sz w:val="24"/>
        </w:rPr>
        <w:t>AN</w:t>
      </w:r>
      <w:r>
        <w:rPr>
          <w:rFonts w:ascii="Times New Roman" w:hAnsi="Times New Roman" w:eastAsia="Times New Roman" w:cs="Times New Roman"/>
          <w:sz w:val="24"/>
        </w:rPr>
        <w:t xml:space="preserve">D </w:t>
      </w:r>
      <w:r>
        <w:rPr>
          <w:rFonts w:ascii="Times New Roman" w:hAnsi="Times New Roman" w:eastAsia="Times New Roman" w:cs="Times New Roman"/>
          <w:sz w:val="24"/>
        </w:rPr>
        <w:t>NOTHIN</w:t>
      </w:r>
      <w:r>
        <w:rPr>
          <w:rFonts w:ascii="Times New Roman" w:hAnsi="Times New Roman" w:eastAsia="Times New Roman" w:cs="Times New Roman"/>
          <w:sz w:val="24"/>
        </w:rPr>
        <w:t xml:space="preserve">G </w:t>
      </w:r>
      <w:r>
        <w:rPr>
          <w:rFonts w:ascii="Times New Roman" w:hAnsi="Times New Roman" w:eastAsia="Times New Roman" w:cs="Times New Roman"/>
          <w:sz w:val="24"/>
        </w:rPr>
        <w:t>I</w:t>
      </w:r>
      <w:r>
        <w:rPr>
          <w:rFonts w:ascii="Times New Roman" w:hAnsi="Times New Roman" w:eastAsia="Times New Roman" w:cs="Times New Roman"/>
          <w:sz w:val="24"/>
        </w:rPr>
        <w:t xml:space="preserve">N </w:t>
      </w:r>
      <w:r>
        <w:rPr>
          <w:rFonts w:ascii="Times New Roman" w:hAnsi="Times New Roman" w:eastAsia="Times New Roman" w:cs="Times New Roman"/>
          <w:sz w:val="24"/>
        </w:rPr>
        <w:t>THI</w:t>
      </w:r>
      <w:r>
        <w:rPr>
          <w:rFonts w:ascii="Times New Roman" w:hAnsi="Times New Roman" w:eastAsia="Times New Roman" w:cs="Times New Roman"/>
          <w:sz w:val="24"/>
        </w:rPr>
        <w:t xml:space="preserve">S </w:t>
      </w:r>
      <w:r>
        <w:rPr>
          <w:rFonts w:ascii="Times New Roman" w:hAnsi="Times New Roman" w:eastAsia="Times New Roman" w:cs="Times New Roman"/>
          <w:sz w:val="24"/>
        </w:rPr>
        <w:t>NOTIC</w:t>
      </w:r>
      <w:r>
        <w:rPr>
          <w:rFonts w:ascii="Times New Roman" w:hAnsi="Times New Roman" w:eastAsia="Times New Roman" w:cs="Times New Roman"/>
          <w:sz w:val="24"/>
        </w:rPr>
        <w:t xml:space="preserve">E </w:t>
      </w:r>
      <w:r>
        <w:rPr>
          <w:rFonts w:ascii="Times New Roman" w:hAnsi="Times New Roman" w:eastAsia="Times New Roman" w:cs="Times New Roman"/>
          <w:sz w:val="24"/>
        </w:rPr>
        <w:t>SHOUL</w:t>
      </w:r>
      <w:r>
        <w:rPr>
          <w:rFonts w:ascii="Times New Roman" w:hAnsi="Times New Roman" w:eastAsia="Times New Roman" w:cs="Times New Roman"/>
          <w:sz w:val="24"/>
        </w:rPr>
        <w:t xml:space="preserve">D </w:t>
      </w:r>
      <w:r>
        <w:rPr>
          <w:rFonts w:ascii="Times New Roman" w:hAnsi="Times New Roman" w:eastAsia="Times New Roman" w:cs="Times New Roman"/>
          <w:sz w:val="24"/>
        </w:rPr>
        <w:t xml:space="preserve">BE </w:t>
      </w:r>
      <w:r>
        <w:rPr>
          <w:rFonts w:ascii="Times New Roman" w:hAnsi="Times New Roman" w:eastAsia="Times New Roman" w:cs="Times New Roman"/>
          <w:sz w:val="24"/>
        </w:rPr>
        <w:t>CONSTRUE</w:t>
      </w:r>
      <w:r>
        <w:rPr>
          <w:rFonts w:ascii="Times New Roman" w:hAnsi="Times New Roman" w:eastAsia="Times New Roman" w:cs="Times New Roman"/>
          <w:sz w:val="24"/>
        </w:rPr>
        <w:t>D</w:t>
      </w:r>
      <w:r>
        <w:rPr>
          <w:rFonts w:ascii="Times New Roman" w:hAnsi="Times New Roman" w:eastAsia="Times New Roman" w:cs="Times New Roman"/>
          <w:sz w:val="24"/>
        </w:rPr>
        <w:t xml:space="preserve"> A</w:t>
      </w:r>
      <w:r>
        <w:rPr>
          <w:rFonts w:ascii="Times New Roman" w:hAnsi="Times New Roman" w:eastAsia="Times New Roman" w:cs="Times New Roman"/>
          <w:sz w:val="24"/>
        </w:rPr>
        <w:t>S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A</w:t>
      </w:r>
      <w:r>
        <w:rPr>
          <w:rFonts w:ascii="Times New Roman" w:hAnsi="Times New Roman" w:eastAsia="Times New Roman" w:cs="Times New Roman"/>
          <w:sz w:val="24"/>
        </w:rPr>
        <w:t xml:space="preserve"> WAIVE</w:t>
      </w:r>
      <w:r>
        <w:rPr>
          <w:rFonts w:ascii="Times New Roman" w:hAnsi="Times New Roman" w:eastAsia="Times New Roman" w:cs="Times New Roman"/>
          <w:sz w:val="24"/>
        </w:rPr>
        <w:t>R</w:t>
      </w:r>
      <w:r>
        <w:rPr>
          <w:rFonts w:ascii="Times New Roman" w:hAnsi="Times New Roman" w:eastAsia="Times New Roman" w:cs="Times New Roman"/>
          <w:sz w:val="24"/>
        </w:rPr>
        <w:t xml:space="preserve"> O</w:t>
      </w:r>
      <w:r>
        <w:rPr>
          <w:rFonts w:ascii="Times New Roman" w:hAnsi="Times New Roman" w:eastAsia="Times New Roman" w:cs="Times New Roman"/>
          <w:sz w:val="24"/>
        </w:rPr>
        <w:t>R</w:t>
      </w:r>
      <w:r>
        <w:rPr>
          <w:rFonts w:ascii="Times New Roman" w:hAnsi="Times New Roman" w:eastAsia="Times New Roman" w:cs="Times New Roman"/>
          <w:sz w:val="24"/>
        </w:rPr>
        <w:t xml:space="preserve"> RELINQUISHMEN</w:t>
      </w:r>
      <w:r>
        <w:rPr>
          <w:rFonts w:ascii="Times New Roman" w:hAnsi="Times New Roman" w:eastAsia="Times New Roman" w:cs="Times New Roman"/>
          <w:sz w:val="24"/>
        </w:rPr>
        <w:t>T</w:t>
      </w:r>
      <w:r>
        <w:rPr>
          <w:rFonts w:ascii="Times New Roman" w:hAnsi="Times New Roman" w:eastAsia="Times New Roman" w:cs="Times New Roman"/>
          <w:sz w:val="24"/>
        </w:rPr>
        <w:t xml:space="preserve"> O</w:t>
      </w:r>
      <w:r>
        <w:rPr>
          <w:rFonts w:ascii="Times New Roman" w:hAnsi="Times New Roman" w:eastAsia="Times New Roman" w:cs="Times New Roman"/>
          <w:sz w:val="24"/>
        </w:rPr>
        <w:t>F</w:t>
      </w:r>
      <w:r>
        <w:rPr>
          <w:rFonts w:ascii="Times New Roman" w:hAnsi="Times New Roman" w:eastAsia="Times New Roman" w:cs="Times New Roman"/>
          <w:sz w:val="24"/>
        </w:rPr>
        <w:t xml:space="preserve"> SAME.</w:t>
      </w:r>
    </w:p>
    <w:p>
      <w:pPr>
        <w:spacing w:before="76" w:after="0"/>
      </w:pPr>
      <w:r>
        <w:rPr>
          <w:rFonts w:ascii="Times New Roman" w:hAnsi="Times New Roman" w:eastAsia="Times New Roman" w:cs="Times New Roman"/>
          <w:sz w:val="24"/>
        </w:rPr>
        <w:t>I</w:t>
      </w:r>
      <w:r>
        <w:rPr>
          <w:rFonts w:ascii="Times New Roman" w:hAnsi="Times New Roman" w:eastAsia="Times New Roman" w:cs="Times New Roman"/>
          <w:sz w:val="24"/>
        </w:rPr>
        <w:t>f</w:t>
      </w:r>
      <w:r>
        <w:rPr>
          <w:rFonts w:ascii="Times New Roman" w:hAnsi="Times New Roman" w:eastAsia="Times New Roman" w:cs="Times New Roman"/>
          <w:sz w:val="24"/>
        </w:rPr>
        <w:t xml:space="preserve"> yo</w:t>
      </w:r>
      <w:r>
        <w:rPr>
          <w:rFonts w:ascii="Times New Roman" w:hAnsi="Times New Roman" w:eastAsia="Times New Roman" w:cs="Times New Roman"/>
          <w:sz w:val="24"/>
        </w:rPr>
        <w:t>u</w:t>
      </w:r>
      <w:r>
        <w:rPr>
          <w:rFonts w:ascii="Times New Roman" w:hAnsi="Times New Roman" w:eastAsia="Times New Roman" w:cs="Times New Roman"/>
          <w:sz w:val="24"/>
        </w:rPr>
        <w:t xml:space="preserve"> hav</w:t>
      </w:r>
      <w:r>
        <w:rPr>
          <w:rFonts w:ascii="Times New Roman" w:hAnsi="Times New Roman" w:eastAsia="Times New Roman" w:cs="Times New Roman"/>
          <w:sz w:val="24"/>
        </w:rPr>
        <w:t>e</w:t>
      </w:r>
      <w:r>
        <w:rPr>
          <w:rFonts w:ascii="Times New Roman" w:hAnsi="Times New Roman" w:eastAsia="Times New Roman" w:cs="Times New Roman"/>
          <w:sz w:val="24"/>
        </w:rPr>
        <w:t xml:space="preserve"> an</w:t>
      </w:r>
      <w:r>
        <w:rPr>
          <w:rFonts w:ascii="Times New Roman" w:hAnsi="Times New Roman" w:eastAsia="Times New Roman" w:cs="Times New Roman"/>
          <w:sz w:val="24"/>
        </w:rPr>
        <w:t>y</w:t>
      </w:r>
      <w:r>
        <w:rPr>
          <w:rFonts w:ascii="Times New Roman" w:hAnsi="Times New Roman" w:eastAsia="Times New Roman" w:cs="Times New Roman"/>
          <w:sz w:val="24"/>
        </w:rPr>
        <w:t xml:space="preserve"> questio</w:t>
      </w:r>
      <w:r>
        <w:rPr>
          <w:rFonts w:ascii="Times New Roman" w:hAnsi="Times New Roman" w:eastAsia="Times New Roman" w:cs="Times New Roman"/>
          <w:sz w:val="24"/>
        </w:rPr>
        <w:t>n</w:t>
      </w:r>
      <w:r>
        <w:rPr>
          <w:rFonts w:ascii="Times New Roman" w:hAnsi="Times New Roman" w:eastAsia="Times New Roman" w:cs="Times New Roman"/>
          <w:sz w:val="24"/>
        </w:rPr>
        <w:t>s</w:t>
      </w:r>
      <w:r>
        <w:rPr>
          <w:rFonts w:ascii="Times New Roman" w:hAnsi="Times New Roman" w:eastAsia="Times New Roman" w:cs="Times New Roman"/>
          <w:sz w:val="24"/>
        </w:rPr>
        <w:t>,</w:t>
      </w:r>
      <w:r>
        <w:rPr>
          <w:rFonts w:ascii="Times New Roman" w:hAnsi="Times New Roman" w:eastAsia="Times New Roman" w:cs="Times New Roman"/>
          <w:sz w:val="24"/>
        </w:rPr>
        <w:t xml:space="preserve"> pleas</w:t>
      </w:r>
      <w:r>
        <w:rPr>
          <w:rFonts w:ascii="Times New Roman" w:hAnsi="Times New Roman" w:eastAsia="Times New Roman" w:cs="Times New Roman"/>
          <w:sz w:val="24"/>
        </w:rPr>
        <w:t>e</w:t>
      </w:r>
      <w:r>
        <w:rPr>
          <w:rFonts w:ascii="Times New Roman" w:hAnsi="Times New Roman" w:eastAsia="Times New Roman" w:cs="Times New Roman"/>
          <w:sz w:val="24"/>
        </w:rPr>
        <w:t xml:space="preserve"> cal</w:t>
      </w:r>
      <w:r>
        <w:rPr>
          <w:rFonts w:ascii="Times New Roman" w:hAnsi="Times New Roman" w:eastAsia="Times New Roman" w:cs="Times New Roman"/>
          <w:sz w:val="24"/>
        </w:rPr>
        <w:t xml:space="preserve">l </w:t>
      </w:r>
      <w:r>
        <w:rPr>
          <w:rFonts w:ascii="Times New Roman" w:hAnsi="Times New Roman" w:eastAsia="Times New Roman" w:cs="Times New Roman"/>
          <w:sz w:val="24"/>
        </w:rPr>
        <w:t>_____________</w:t>
      </w:r>
      <w:r>
        <w:rPr>
          <w:rFonts w:ascii="Times New Roman" w:hAnsi="Times New Roman" w:eastAsia="Times New Roman" w:cs="Times New Roman"/>
          <w:sz w:val="24"/>
        </w:rPr>
        <w:t>,</w:t>
      </w:r>
      <w:r>
        <w:rPr>
          <w:rFonts w:ascii="Times New Roman" w:hAnsi="Times New Roman" w:eastAsia="Times New Roman" w:cs="Times New Roman"/>
          <w:sz w:val="24"/>
        </w:rPr>
        <w:t xml:space="preserve"> a</w:t>
      </w:r>
      <w:r>
        <w:rPr>
          <w:rFonts w:ascii="Times New Roman" w:hAnsi="Times New Roman" w:eastAsia="Times New Roman" w:cs="Times New Roman"/>
          <w:sz w:val="24"/>
        </w:rPr>
        <w:t xml:space="preserve">t </w:t>
      </w:r>
      <w:r>
        <w:rPr>
          <w:rFonts w:ascii="Times New Roman" w:hAnsi="Times New Roman" w:eastAsia="Times New Roman" w:cs="Times New Roman"/>
          <w:sz w:val="24"/>
        </w:rPr>
        <w:t>________________</w:t>
      </w:r>
      <w:r>
        <w:rPr>
          <w:rFonts w:ascii="Times New Roman" w:hAnsi="Times New Roman" w:eastAsia="Times New Roman" w:cs="Times New Roman"/>
          <w:sz w:val="24"/>
        </w:rPr>
        <w:t>.</w:t>
      </w:r>
    </w:p>
    <w:p>
      <w:pPr>
        <w:spacing w:before="5" w:after="0"/>
      </w:pPr>
    </w:p>
    <w:p>
      <w:pPr/>
    </w:p>
    <w:p>
      <w:pPr>
        <w:spacing w:before="29" w:after="0"/>
      </w:pPr>
      <w:r>
        <w:rPr>
          <w:rFonts w:ascii="Times New Roman" w:hAnsi="Times New Roman" w:eastAsia="Times New Roman" w:cs="Times New Roman"/>
          <w:sz w:val="24"/>
        </w:rPr>
        <w:t>Signed</w:t>
      </w:r>
      <w:r>
        <w:rPr>
          <w:rFonts w:ascii="Times New Roman" w:hAnsi="Times New Roman" w:eastAsia="Times New Roman" w:cs="Times New Roman"/>
          <w:sz w:val="24"/>
        </w:rPr>
        <w:t>,</w:t>
      </w:r>
      <w:r>
        <w:rPr>
          <w:rFonts w:ascii="Times New Roman" w:hAnsi="Times New Roman" w:eastAsia="Times New Roman" w:cs="Times New Roman"/>
          <w:sz w:val="24"/>
        </w:rPr>
        <w:t xml:space="preserve"> thi</w:t>
      </w:r>
      <w:r>
        <w:rPr>
          <w:rFonts w:ascii="Times New Roman" w:hAnsi="Times New Roman" w:eastAsia="Times New Roman" w:cs="Times New Roman"/>
          <w:sz w:val="24"/>
        </w:rPr>
        <w:t>s</w:t>
      </w:r>
      <w:r>
        <w:rPr>
          <w:rFonts w:ascii="Times New Roman" w:hAnsi="Times New Roman" w:eastAsia="Times New Roman" w:cs="Times New Roman"/>
          <w:sz w:val="24"/>
        </w:rPr>
        <w:t xml:space="preserve"> line </w:t>
      </w:r>
      <w:r>
        <w:rPr>
          <w:rFonts w:ascii="Times New Roman" w:hAnsi="Times New Roman" w:eastAsia="Times New Roman" w:cs="Times New Roman"/>
          <w:sz w:val="24"/>
        </w:rPr>
        <w:t>th</w:t>
      </w:r>
      <w:r>
        <w:rPr>
          <w:rFonts w:ascii="Times New Roman" w:hAnsi="Times New Roman" w:eastAsia="Times New Roman" w:cs="Times New Roman"/>
          <w:sz w:val="24"/>
        </w:rPr>
        <w:t xml:space="preserve">e </w:t>
      </w:r>
      <w:r>
        <w:rPr>
          <w:rFonts w:ascii="Times New Roman" w:hAnsi="Times New Roman" w:eastAsia="Times New Roman" w:cs="Times New Roman"/>
          <w:sz w:val="24"/>
        </w:rPr>
        <w:t xml:space="preserve">_____ </w:t>
      </w:r>
      <w:r>
        <w:rPr>
          <w:rFonts w:ascii="Times New Roman" w:hAnsi="Times New Roman" w:eastAsia="Times New Roman" w:cs="Times New Roman"/>
          <w:sz w:val="24"/>
        </w:rPr>
        <w:t>da</w:t>
      </w:r>
      <w:r>
        <w:rPr>
          <w:rFonts w:ascii="Times New Roman" w:hAnsi="Times New Roman" w:eastAsia="Times New Roman" w:cs="Times New Roman"/>
          <w:sz w:val="24"/>
        </w:rPr>
        <w:t>y</w:t>
      </w:r>
      <w:r>
        <w:rPr>
          <w:rFonts w:ascii="Times New Roman" w:hAnsi="Times New Roman" w:eastAsia="Times New Roman" w:cs="Times New Roman"/>
          <w:sz w:val="24"/>
        </w:rPr>
        <w:t xml:space="preserve"> of </w:t>
      </w:r>
      <w:r>
        <w:rPr>
          <w:rFonts w:ascii="Times New Roman" w:hAnsi="Times New Roman" w:eastAsia="Times New Roman" w:cs="Times New Roman"/>
          <w:sz w:val="24"/>
        </w:rPr>
        <w:t>_____________</w:t>
      </w:r>
      <w:r>
        <w:rPr>
          <w:rFonts w:ascii="Times New Roman" w:hAnsi="Times New Roman" w:eastAsia="Times New Roman" w:cs="Times New Roman"/>
          <w:sz w:val="24"/>
        </w:rPr>
        <w:t>, 20</w:t>
      </w:r>
      <w:r>
        <w:rPr>
          <w:rFonts w:ascii="Times New Roman" w:hAnsi="Times New Roman" w:eastAsia="Times New Roman" w:cs="Times New Roman"/>
          <w:sz w:val="24"/>
        </w:rPr>
        <w:t>____</w:t>
      </w:r>
      <w:r>
        <w:rPr>
          <w:rFonts w:ascii="Times New Roman" w:hAnsi="Times New Roman" w:eastAsia="Times New Roman" w:cs="Times New Roman"/>
          <w:sz w:val="24"/>
        </w:rPr>
        <w:t>.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Signature: </w:t>
      </w:r>
      <w:r>
        <w:rPr>
          <w:rFonts w:ascii="Times New Roman" w:hAnsi="Times New Roman" w:eastAsia="Times New Roman" w:cs="Times New Roman"/>
          <w:sz w:val="24"/>
        </w:rPr>
        <w:t>___________________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___________________________</w:t>
      </w:r>
    </w:p>
    <w:p>
      <w:pPr/>
      <w:r>
        <w:rPr>
          <w:rFonts w:ascii="Times New Roman" w:hAnsi="Times New Roman" w:eastAsia="Times New Roman" w:cs="Times New Roman"/>
          <w:sz w:val="24"/>
        </w:rPr>
        <w:t>Landlord/Lessor</w:t>
      </w:r>
      <w:r>
        <w:rPr>
          <w:rFonts w:ascii="Times New Roman" w:hAnsi="Times New Roman" w:eastAsia="Times New Roman" w:cs="Times New Roman"/>
          <w:sz w:val="24"/>
        </w:rPr>
        <w:t>,</w:t>
      </w:r>
      <w:r>
        <w:rPr>
          <w:rFonts w:ascii="Times New Roman" w:hAnsi="Times New Roman" w:eastAsia="Times New Roman" w:cs="Times New Roman"/>
          <w:sz w:val="24"/>
        </w:rPr>
        <w:t xml:space="preserve"> o</w:t>
      </w:r>
      <w:r>
        <w:rPr>
          <w:rFonts w:ascii="Times New Roman" w:hAnsi="Times New Roman" w:eastAsia="Times New Roman" w:cs="Times New Roman"/>
          <w:sz w:val="24"/>
        </w:rPr>
        <w:t>r</w:t>
      </w:r>
      <w:r>
        <w:rPr>
          <w:rFonts w:ascii="Times New Roman" w:hAnsi="Times New Roman" w:eastAsia="Times New Roman" w:cs="Times New Roman"/>
          <w:sz w:val="24"/>
        </w:rPr>
        <w:t xml:space="preserve"> authorize</w:t>
      </w:r>
      <w:r>
        <w:rPr>
          <w:rFonts w:ascii="Times New Roman" w:hAnsi="Times New Roman" w:eastAsia="Times New Roman" w:cs="Times New Roman"/>
          <w:sz w:val="24"/>
        </w:rPr>
        <w:t>d</w:t>
      </w:r>
      <w:r>
        <w:rPr>
          <w:rFonts w:ascii="Times New Roman" w:hAnsi="Times New Roman" w:eastAsia="Times New Roman" w:cs="Times New Roman"/>
          <w:sz w:val="24"/>
        </w:rPr>
        <w:t xml:space="preserve"> agent</w:t>
      </w:r>
    </w:p>
    <w:p>
      <w:pPr/>
    </w:p>
    <w:p>
      <w:pPr/>
    </w:p>
    <w:p>
      <w:pPr/>
    </w:p>
    <w:p>
      <w:pPr>
        <w:spacing w:before="4" w:after="0"/>
      </w:pPr>
    </w:p>
    <w:p>
      <w:pPr>
        <w:spacing w:before="29" w:after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PROO</w:t>
      </w:r>
      <w:r>
        <w:rPr>
          <w:rFonts w:ascii="Times New Roman" w:hAnsi="Times New Roman" w:eastAsia="Times New Roman" w:cs="Times New Roman"/>
          <w:b/>
          <w:sz w:val="24"/>
        </w:rPr>
        <w:t>F</w:t>
      </w:r>
      <w:r>
        <w:rPr>
          <w:rFonts w:ascii="Times New Roman" w:hAnsi="Times New Roman" w:eastAsia="Times New Roman" w:cs="Times New Roman"/>
          <w:b/>
          <w:sz w:val="24"/>
        </w:rPr>
        <w:t xml:space="preserve"> O</w:t>
      </w:r>
      <w:r>
        <w:rPr>
          <w:rFonts w:ascii="Times New Roman" w:hAnsi="Times New Roman" w:eastAsia="Times New Roman" w:cs="Times New Roman"/>
          <w:b/>
          <w:sz w:val="24"/>
        </w:rPr>
        <w:t>F</w:t>
      </w:r>
      <w:r>
        <w:rPr>
          <w:rFonts w:ascii="Times New Roman" w:hAnsi="Times New Roman" w:eastAsia="Times New Roman" w:cs="Times New Roman"/>
          <w:b/>
          <w:sz w:val="24"/>
        </w:rPr>
        <w:t xml:space="preserve"> DELIVERY</w:t>
      </w:r>
    </w:p>
    <w:p>
      <w:pPr>
        <w:spacing w:before="4" w:after="0"/>
      </w:pPr>
    </w:p>
    <w:p>
      <w:pPr/>
      <w:r>
        <w:rPr>
          <w:rFonts w:ascii="Times New Roman" w:hAnsi="Times New Roman" w:eastAsia="Times New Roman" w:cs="Times New Roman"/>
          <w:sz w:val="24"/>
        </w:rPr>
        <w:t>A</w:t>
      </w:r>
      <w:r>
        <w:rPr>
          <w:rFonts w:ascii="Times New Roman" w:hAnsi="Times New Roman" w:eastAsia="Times New Roman" w:cs="Times New Roman"/>
          <w:sz w:val="24"/>
        </w:rPr>
        <w:t xml:space="preserve"> cop</w:t>
      </w:r>
      <w:r>
        <w:rPr>
          <w:rFonts w:ascii="Times New Roman" w:hAnsi="Times New Roman" w:eastAsia="Times New Roman" w:cs="Times New Roman"/>
          <w:sz w:val="24"/>
        </w:rPr>
        <w:t>y</w:t>
      </w:r>
      <w:r>
        <w:rPr>
          <w:rFonts w:ascii="Times New Roman" w:hAnsi="Times New Roman" w:eastAsia="Times New Roman" w:cs="Times New Roman"/>
          <w:sz w:val="24"/>
        </w:rPr>
        <w:t xml:space="preserve"> o</w:t>
      </w:r>
      <w:r>
        <w:rPr>
          <w:rFonts w:ascii="Times New Roman" w:hAnsi="Times New Roman" w:eastAsia="Times New Roman" w:cs="Times New Roman"/>
          <w:sz w:val="24"/>
        </w:rPr>
        <w:t>f</w:t>
      </w:r>
      <w:r>
        <w:rPr>
          <w:rFonts w:ascii="Times New Roman" w:hAnsi="Times New Roman" w:eastAsia="Times New Roman" w:cs="Times New Roman"/>
          <w:sz w:val="24"/>
        </w:rPr>
        <w:t xml:space="preserve"> thi</w:t>
      </w:r>
      <w:r>
        <w:rPr>
          <w:rFonts w:ascii="Times New Roman" w:hAnsi="Times New Roman" w:eastAsia="Times New Roman" w:cs="Times New Roman"/>
          <w:sz w:val="24"/>
        </w:rPr>
        <w:t>s</w:t>
      </w:r>
      <w:r>
        <w:rPr>
          <w:rFonts w:ascii="Times New Roman" w:hAnsi="Times New Roman" w:eastAsia="Times New Roman" w:cs="Times New Roman"/>
          <w:sz w:val="24"/>
        </w:rPr>
        <w:t xml:space="preserve"> Notic</w:t>
      </w:r>
      <w:r>
        <w:rPr>
          <w:rFonts w:ascii="Times New Roman" w:hAnsi="Times New Roman" w:eastAsia="Times New Roman" w:cs="Times New Roman"/>
          <w:sz w:val="24"/>
        </w:rPr>
        <w:t>e</w:t>
      </w:r>
      <w:r>
        <w:rPr>
          <w:rFonts w:ascii="Times New Roman" w:hAnsi="Times New Roman" w:eastAsia="Times New Roman" w:cs="Times New Roman"/>
          <w:sz w:val="24"/>
        </w:rPr>
        <w:t xml:space="preserve"> wa</w:t>
      </w:r>
      <w:r>
        <w:rPr>
          <w:rFonts w:ascii="Times New Roman" w:hAnsi="Times New Roman" w:eastAsia="Times New Roman" w:cs="Times New Roman"/>
          <w:sz w:val="24"/>
        </w:rPr>
        <w:t>s</w:t>
      </w:r>
      <w:r>
        <w:rPr>
          <w:rFonts w:ascii="Times New Roman" w:hAnsi="Times New Roman" w:eastAsia="Times New Roman" w:cs="Times New Roman"/>
          <w:sz w:val="24"/>
        </w:rPr>
        <w:t xml:space="preserve"> delivere</w:t>
      </w:r>
      <w:r>
        <w:rPr>
          <w:rFonts w:ascii="Times New Roman" w:hAnsi="Times New Roman" w:eastAsia="Times New Roman" w:cs="Times New Roman"/>
          <w:sz w:val="24"/>
        </w:rPr>
        <w:t>d</w:t>
      </w:r>
      <w:r>
        <w:rPr>
          <w:rFonts w:ascii="Times New Roman" w:hAnsi="Times New Roman" w:eastAsia="Times New Roman" w:cs="Times New Roman"/>
          <w:sz w:val="24"/>
        </w:rPr>
        <w:t xml:space="preserve"> t</w:t>
      </w:r>
      <w:r>
        <w:rPr>
          <w:rFonts w:ascii="Times New Roman" w:hAnsi="Times New Roman" w:eastAsia="Times New Roman" w:cs="Times New Roman"/>
          <w:sz w:val="24"/>
        </w:rPr>
        <w:t>o</w:t>
      </w:r>
      <w:r>
        <w:rPr>
          <w:rFonts w:ascii="Times New Roman" w:hAnsi="Times New Roman" w:eastAsia="Times New Roman" w:cs="Times New Roman"/>
          <w:sz w:val="24"/>
        </w:rPr>
        <w:t xml:space="preserve"> Tenant:</w:t>
      </w:r>
    </w:p>
    <w:p>
      <w:pPr>
        <w:spacing w:before="9" w:after="0"/>
      </w:pPr>
    </w:p>
    <w:p>
      <w:pPr/>
    </w:p>
    <w:p>
      <w:pPr>
        <w:spacing w:before="39" w:after="0"/>
      </w:pP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- </w:t>
      </w:r>
      <w:r>
        <w:rPr>
          <w:rFonts w:ascii="Times New Roman" w:hAnsi="Times New Roman" w:eastAsia="Times New Roman" w:cs="Times New Roman"/>
          <w:sz w:val="24"/>
        </w:rPr>
        <w:t>By hand</w:t>
      </w:r>
    </w:p>
    <w:p>
      <w:pPr>
        <w:spacing w:before="39" w:after="0"/>
      </w:pP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- </w:t>
      </w:r>
      <w:r>
        <w:rPr>
          <w:rFonts w:ascii="Times New Roman" w:hAnsi="Times New Roman" w:eastAsia="Times New Roman" w:cs="Times New Roman"/>
          <w:sz w:val="24"/>
        </w:rPr>
        <w:t>B</w:t>
      </w:r>
      <w:r>
        <w:rPr>
          <w:rFonts w:ascii="Times New Roman" w:hAnsi="Times New Roman" w:eastAsia="Times New Roman" w:cs="Times New Roman"/>
          <w:sz w:val="24"/>
        </w:rPr>
        <w:t>y</w:t>
      </w:r>
      <w:r>
        <w:rPr>
          <w:rFonts w:ascii="Times New Roman" w:hAnsi="Times New Roman" w:eastAsia="Times New Roman" w:cs="Times New Roman"/>
          <w:sz w:val="24"/>
        </w:rPr>
        <w:t xml:space="preserve"> registered/certifie</w:t>
      </w:r>
      <w:r>
        <w:rPr>
          <w:rFonts w:ascii="Times New Roman" w:hAnsi="Times New Roman" w:eastAsia="Times New Roman" w:cs="Times New Roman"/>
          <w:sz w:val="24"/>
        </w:rPr>
        <w:t>d</w:t>
      </w:r>
      <w:r>
        <w:rPr>
          <w:rFonts w:ascii="Times New Roman" w:hAnsi="Times New Roman" w:eastAsia="Times New Roman" w:cs="Times New Roman"/>
          <w:sz w:val="24"/>
        </w:rPr>
        <w:t xml:space="preserve"> m</w:t>
      </w:r>
      <w:r>
        <w:rPr>
          <w:rFonts w:ascii="Times New Roman" w:hAnsi="Times New Roman" w:eastAsia="Times New Roman" w:cs="Times New Roman"/>
          <w:sz w:val="24"/>
        </w:rPr>
        <w:t>a</w:t>
      </w:r>
      <w:r>
        <w:rPr>
          <w:rFonts w:ascii="Times New Roman" w:hAnsi="Times New Roman" w:eastAsia="Times New Roman" w:cs="Times New Roman"/>
          <w:sz w:val="24"/>
        </w:rPr>
        <w:t>i</w:t>
      </w:r>
      <w:r>
        <w:rPr>
          <w:rFonts w:ascii="Times New Roman" w:hAnsi="Times New Roman" w:eastAsia="Times New Roman" w:cs="Times New Roman"/>
          <w:sz w:val="24"/>
        </w:rPr>
        <w:t>l</w:t>
      </w:r>
      <w:r>
        <w:rPr>
          <w:rFonts w:ascii="Times New Roman" w:hAnsi="Times New Roman" w:eastAsia="Times New Roman" w:cs="Times New Roman"/>
          <w:sz w:val="24"/>
        </w:rPr>
        <w:t xml:space="preserve"> a</w:t>
      </w:r>
      <w:r>
        <w:rPr>
          <w:rFonts w:ascii="Times New Roman" w:hAnsi="Times New Roman" w:eastAsia="Times New Roman" w:cs="Times New Roman"/>
          <w:sz w:val="24"/>
        </w:rPr>
        <w:t>t</w:t>
      </w:r>
      <w:r>
        <w:rPr>
          <w:rFonts w:ascii="Times New Roman" w:hAnsi="Times New Roman" w:eastAsia="Times New Roman" w:cs="Times New Roman"/>
          <w:sz w:val="24"/>
        </w:rPr>
        <w:t xml:space="preserve"> th</w:t>
      </w:r>
      <w:r>
        <w:rPr>
          <w:rFonts w:ascii="Times New Roman" w:hAnsi="Times New Roman" w:eastAsia="Times New Roman" w:cs="Times New Roman"/>
          <w:sz w:val="24"/>
        </w:rPr>
        <w:t>e</w:t>
      </w:r>
      <w:r>
        <w:rPr>
          <w:rFonts w:ascii="Times New Roman" w:hAnsi="Times New Roman" w:eastAsia="Times New Roman" w:cs="Times New Roman"/>
          <w:sz w:val="24"/>
        </w:rPr>
        <w:t xml:space="preserve"> abov</w:t>
      </w:r>
      <w:r>
        <w:rPr>
          <w:rFonts w:ascii="Times New Roman" w:hAnsi="Times New Roman" w:eastAsia="Times New Roman" w:cs="Times New Roman"/>
          <w:sz w:val="24"/>
        </w:rPr>
        <w:t>e</w:t>
      </w:r>
      <w:r>
        <w:rPr>
          <w:rFonts w:ascii="Times New Roman" w:hAnsi="Times New Roman" w:eastAsia="Times New Roman" w:cs="Times New Roman"/>
          <w:sz w:val="24"/>
        </w:rPr>
        <w:t xml:space="preserve"> address</w:t>
      </w:r>
      <w:r>
        <w:rPr>
          <w:rFonts w:ascii="Times New Roman" w:hAnsi="Times New Roman" w:eastAsia="Times New Roman" w:cs="Times New Roman"/>
          <w:sz w:val="24"/>
        </w:rPr>
        <w:t>,</w:t>
      </w:r>
      <w:r>
        <w:rPr>
          <w:rFonts w:ascii="Times New Roman" w:hAnsi="Times New Roman" w:eastAsia="Times New Roman" w:cs="Times New Roman"/>
          <w:sz w:val="24"/>
        </w:rPr>
        <w:t xml:space="preserve"> whic</w:t>
      </w:r>
      <w:r>
        <w:rPr>
          <w:rFonts w:ascii="Times New Roman" w:hAnsi="Times New Roman" w:eastAsia="Times New Roman" w:cs="Times New Roman"/>
          <w:sz w:val="24"/>
        </w:rPr>
        <w:t>h</w:t>
      </w:r>
      <w:r>
        <w:rPr>
          <w:rFonts w:ascii="Times New Roman" w:hAnsi="Times New Roman" w:eastAsia="Times New Roman" w:cs="Times New Roman"/>
          <w:sz w:val="24"/>
        </w:rPr>
        <w:t xml:space="preserve"> is: </w:t>
      </w:r>
    </w:p>
    <w:p>
      <w:pPr>
        <w:spacing w:before="39" w:after="0"/>
        <w:ind w:hanging="360"/>
      </w:pPr>
      <w:r>
        <w:rPr>
          <w:rFonts w:ascii="Times New Roman" w:hAnsi="Times New Roman" w:eastAsia="Times New Roman" w:cs="Times New Roman"/>
          <w:sz w:val="24"/>
        </w:rPr>
        <w:t>The place designated by Tenant for receipt of communications;</w:t>
      </w:r>
    </w:p>
    <w:p>
      <w:pPr>
        <w:spacing w:before="39" w:after="0"/>
        <w:ind w:hanging="360"/>
      </w:pPr>
      <w:r>
        <w:rPr>
          <w:rFonts w:ascii="Times New Roman" w:hAnsi="Times New Roman" w:eastAsia="Times New Roman" w:cs="Times New Roman"/>
          <w:sz w:val="24"/>
        </w:rPr>
        <w:t>Tenant’s last known place of residence;</w:t>
      </w:r>
    </w:p>
    <w:p>
      <w:pPr>
        <w:spacing w:before="39" w:after="0"/>
      </w:pP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- </w:t>
      </w:r>
      <w:r>
        <w:rPr>
          <w:rFonts w:ascii="Times New Roman" w:hAnsi="Times New Roman" w:eastAsia="Times New Roman" w:cs="Times New Roman"/>
          <w:sz w:val="24"/>
        </w:rPr>
        <w:t>By posting prominently on the front door of the leased premises.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Notic</w:t>
      </w:r>
      <w:r>
        <w:rPr>
          <w:rFonts w:ascii="Times New Roman" w:hAnsi="Times New Roman" w:eastAsia="Times New Roman" w:cs="Times New Roman"/>
          <w:sz w:val="24"/>
        </w:rPr>
        <w:t>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delivered/mailed/poste</w:t>
      </w:r>
      <w:r>
        <w:rPr>
          <w:rFonts w:ascii="Times New Roman" w:hAnsi="Times New Roman" w:eastAsia="Times New Roman" w:cs="Times New Roman"/>
          <w:sz w:val="24"/>
        </w:rPr>
        <w:t>d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by</w:t>
      </w:r>
      <w:r>
        <w:rPr>
          <w:rFonts w:ascii="Times New Roman" w:hAnsi="Times New Roman" w:eastAsia="Times New Roman" w:cs="Times New Roman"/>
          <w:sz w:val="24"/>
        </w:rPr>
        <w:t>:</w:t>
        <w:tab/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Signature </w:t>
      </w:r>
      <w:r>
        <w:rPr>
          <w:rFonts w:ascii="Times New Roman" w:hAnsi="Times New Roman" w:eastAsia="Times New Roman" w:cs="Times New Roman"/>
          <w:sz w:val="24"/>
        </w:rPr>
        <w:t>___________________</w:t>
      </w:r>
    </w:p>
    <w:p>
      <w:pPr>
        <w:spacing w:before="24" w:after="0"/>
      </w:pPr>
    </w:p>
    <w:p>
      <w:pPr>
        <w:spacing w:before="24" w:after="0"/>
      </w:pPr>
      <w:r>
        <w:rPr>
          <w:rFonts w:ascii="Times New Roman" w:hAnsi="Times New Roman" w:eastAsia="Times New Roman" w:cs="Times New Roman"/>
          <w:sz w:val="24"/>
        </w:rPr>
        <w:t xml:space="preserve">Name </w:t>
      </w:r>
      <w:r>
        <w:rPr>
          <w:rFonts w:ascii="Times New Roman" w:hAnsi="Times New Roman" w:eastAsia="Times New Roman" w:cs="Times New Roman"/>
          <w:sz w:val="24"/>
        </w:rPr>
        <w:t>___________________</w:t>
      </w:r>
    </w:p>
    <w:p>
      <w:pPr>
        <w:spacing w:before="9" w:after="0"/>
      </w:pP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Prin</w:t>
      </w:r>
      <w:r>
        <w:rPr>
          <w:rFonts w:ascii="Times New Roman" w:hAnsi="Times New Roman" w:eastAsia="Times New Roman" w:cs="Times New Roman"/>
          <w:sz w:val="24"/>
        </w:rPr>
        <w:t>t</w:t>
      </w:r>
      <w:r>
        <w:rPr>
          <w:rFonts w:ascii="Times New Roman" w:hAnsi="Times New Roman" w:eastAsia="Times New Roman" w:cs="Times New Roman"/>
          <w:sz w:val="24"/>
        </w:rPr>
        <w:t xml:space="preserve"> Nam</w:t>
      </w:r>
      <w:r>
        <w:rPr>
          <w:rFonts w:ascii="Times New Roman" w:hAnsi="Times New Roman" w:eastAsia="Times New Roman" w:cs="Times New Roman"/>
          <w:sz w:val="24"/>
        </w:rPr>
        <w:t xml:space="preserve">e </w:t>
      </w:r>
      <w:r>
        <w:rPr>
          <w:rFonts w:ascii="Times New Roman" w:hAnsi="Times New Roman" w:eastAsia="Times New Roman" w:cs="Times New Roman"/>
          <w:sz w:val="24"/>
        </w:rPr>
        <w:t>___________________</w:t>
      </w:r>
    </w:p>
    <w:p>
      <w:pPr>
        <w:spacing w:before="5" w:after="0"/>
      </w:pPr>
    </w:p>
    <w:p>
      <w:pPr/>
    </w:p>
    <w:p>
      <w:pPr>
        <w:spacing w:before="29" w:after="0"/>
      </w:pPr>
      <w:r>
        <w:rPr>
          <w:rFonts w:ascii="Times New Roman" w:hAnsi="Times New Roman" w:eastAsia="Times New Roman" w:cs="Times New Roman"/>
          <w:sz w:val="24"/>
        </w:rPr>
        <w:t xml:space="preserve">In his/her capacity as: 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Landlord/Lessor; 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Manager; 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Agent.</w:t>
      </w:r>
    </w:p>
    <w:p>
      <w:pPr>
        <w:spacing w:before="29" w:after="0"/>
      </w:pPr>
    </w:p>
    <w:p>
      <w:pPr>
        <w:spacing w:before="29" w:after="0"/>
      </w:pPr>
      <w:r>
        <w:rPr>
          <w:rFonts w:ascii="Times New Roman" w:hAnsi="Times New Roman" w:eastAsia="Times New Roman" w:cs="Times New Roman"/>
          <w:sz w:val="24"/>
        </w:rPr>
        <w:t>Notice delivered/mailed/posted on: ___________________ [date]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