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VERMONT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Vermont.</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