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 DURABLE (FINANCIAL) POWER OF ATTORNEY</w:t>
      </w:r>
    </w:p>
    <w:p>
      <w:pPr/>
    </w:p>
    <w:p>
      <w:pPr/>
    </w:p>
    <w:p>
      <w:pPr>
        <w:jc w:val="center"/>
      </w:pPr>
      <w:r>
        <w:rPr>
          <w:rFonts w:ascii="Times New Roman" w:hAnsi="Times New Roman" w:eastAsia="Times New Roman" w:cs="Times New Roman"/>
          <w:b/>
          <w:sz w:val="24"/>
        </w:rPr>
        <w:t>IMPORTANT INFORMATION</w:t>
      </w:r>
    </w:p>
    <w:p>
      <w:pP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Vermont Uniform Power of Attorney Act, 14 V.S.A. chapter 127.</w:t>
      </w:r>
    </w:p>
    <w:p>
      <w:pPr/>
    </w:p>
    <w:p>
      <w:pPr/>
    </w:p>
    <w:p>
      <w:pPr/>
      <w:r>
        <w:rPr>
          <w:rFonts w:ascii="Times New Roman" w:hAnsi="Times New Roman" w:eastAsia="Times New Roman" w:cs="Times New Roman"/>
          <w:sz w:val="24"/>
        </w:rPr>
        <w:t xml:space="preserve">This Power of Attorney does not authorize the Agent to make health-care decisions for you. You should select someone you trust to serve as your Agent. </w:t>
      </w:r>
    </w:p>
    <w:p>
      <w:pPr/>
    </w:p>
    <w:p>
      <w:pPr/>
    </w:p>
    <w:p>
      <w:pPr/>
      <w:r>
        <w:rPr>
          <w:rFonts w:ascii="Times New Roman" w:hAnsi="Times New Roman" w:eastAsia="Times New Roman" w:cs="Times New Roman"/>
          <w:sz w:val="24"/>
        </w:rPr>
        <w:t xml:space="preserve">Unless you specify otherwise, generally the Agent's authority will continue until you die or revoke the Power of Attorney or the Agent resigns or is unable to act for you. </w:t>
      </w:r>
    </w:p>
    <w:p>
      <w:pPr/>
    </w:p>
    <w:p>
      <w:pPr/>
    </w:p>
    <w:p>
      <w:pPr/>
      <w:r>
        <w:rPr>
          <w:rFonts w:ascii="Times New Roman" w:hAnsi="Times New Roman" w:eastAsia="Times New Roman" w:cs="Times New Roman"/>
          <w:sz w:val="24"/>
        </w:rPr>
        <w:t xml:space="preserve">Your Agent is entitled to reasonable compensation unless you state otherwise in the Special Instructions. </w:t>
      </w:r>
    </w:p>
    <w:p>
      <w:pPr/>
    </w:p>
    <w:p>
      <w:pPr/>
    </w:p>
    <w:p>
      <w:pPr/>
      <w:r>
        <w:rPr>
          <w:rFonts w:ascii="Times New Roman" w:hAnsi="Times New Roman" w:eastAsia="Times New Roman" w:cs="Times New Roman"/>
          <w:sz w:val="24"/>
        </w:rPr>
        <w:t xml:space="preserve">This form does not revoke powers of attorney previously executed by you unless you initial the introductory paragraph under DESIGNATION OF AGENT that all previous powers of attorney are revoked. </w:t>
      </w:r>
    </w:p>
    <w:p>
      <w:pPr/>
    </w:p>
    <w:p>
      <w:pPr/>
    </w:p>
    <w:p>
      <w:pPr/>
      <w:r>
        <w:rPr>
          <w:rFonts w:ascii="Times New Roman" w:hAnsi="Times New Roman" w:eastAsia="Times New Roman" w:cs="Times New Roman"/>
          <w:sz w:val="24"/>
        </w:rPr>
        <w:t xml:space="preserve">This form provides for designation of one Agent. If you wish to name more than one Agent, you may name a co-agent in the Special Instructions. </w:t>
      </w:r>
    </w:p>
    <w:p>
      <w:pPr/>
    </w:p>
    <w:p>
      <w:pPr/>
    </w:p>
    <w:p>
      <w:pPr/>
      <w:r>
        <w:rPr>
          <w:rFonts w:ascii="Times New Roman" w:hAnsi="Times New Roman" w:eastAsia="Times New Roman" w:cs="Times New Roman"/>
          <w:sz w:val="24"/>
        </w:rPr>
        <w:t xml:space="preserve">Co-agents are not required to act together unless you include that requirement in the Special Instructions. If your Agent is unable or unwilling to act for you, your Power of Attorney will end unless you have named a successor Agent. You may also name a second successor Agent. </w:t>
      </w:r>
    </w:p>
    <w:p>
      <w:pPr/>
    </w:p>
    <w:p>
      <w:pPr/>
    </w:p>
    <w:p>
      <w:pPr/>
      <w:r>
        <w:rPr>
          <w:rFonts w:ascii="Times New Roman" w:hAnsi="Times New Roman" w:eastAsia="Times New Roman" w:cs="Times New Roman"/>
          <w:sz w:val="24"/>
        </w:rPr>
        <w:t xml:space="preserve">This Power of Attorney becomes effective immediately unless you state otherwise in the Special Instructions. </w:t>
      </w:r>
    </w:p>
    <w:p>
      <w:pPr/>
    </w:p>
    <w:p>
      <w:pPr/>
    </w:p>
    <w:p>
      <w:pPr/>
      <w:r>
        <w:rPr>
          <w:rFonts w:ascii="Times New Roman" w:hAnsi="Times New Roman" w:eastAsia="Times New Roman" w:cs="Times New Roman"/>
          <w:sz w:val="24"/>
        </w:rPr>
        <w:t xml:space="preserve">If you have questions about the Power of Attorney or the authority you are granting to your Agent, you should seek legal advice before signing this form. </w:t>
      </w:r>
    </w:p>
    <w:p>
      <w:pPr/>
    </w:p>
    <w:p>
      <w:pPr>
        <w:spacing w:before="0" w:after="0"/>
        <w:jc w:val="center"/>
      </w:pPr>
      <w:r>
        <w:rPr>
          <w:rFonts w:ascii="Times New Roman" w:hAnsi="Times New Roman" w:eastAsia="Times New Roman" w:cs="Times New Roman"/>
          <w:b/>
          <w:sz w:val="24"/>
        </w:rPr>
        <w:t>DESIGNATION OF AGENT</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(the “Principal”): (</w:t>
      </w: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Revoke all previous powers of attorney; and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(“Agent”)</w:t>
      </w:r>
    </w:p>
    <w:p>
      <w:pP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 OF AGENT]</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 OF AGENT]</w:t>
      </w:r>
    </w:p>
    <w:p>
      <w:pPr/>
    </w:p>
    <w:p>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[PHONE NUMBER OF AGENT]</w:t>
      </w:r>
    </w:p>
    <w:p>
      <w:pPr/>
    </w:p>
    <w:p>
      <w:pPr>
        <w:jc w:val="center"/>
      </w:pPr>
    </w:p>
    <w:p>
      <w:pPr>
        <w:jc w:val="center"/>
      </w:pPr>
      <w:r>
        <w:rPr>
          <w:rFonts w:ascii="Times New Roman" w:hAnsi="Times New Roman" w:eastAsia="Times New Roman" w:cs="Times New Roman"/>
          <w:b/>
          <w:sz w:val="24"/>
        </w:rPr>
        <w:t>DESIGNATION OF SUCCESSOR AGENT (OPTIONAL)</w:t>
      </w:r>
    </w:p>
    <w:p>
      <w:pPr>
        <w:jc w:val="center"/>
      </w:pP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 NAME]</w:t>
      </w:r>
    </w:p>
    <w:p>
      <w:pP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p>
    <w:p>
      <w:pPr/>
      <w:r>
        <w:rPr>
          <w:rFonts w:ascii="Times New Roman" w:hAnsi="Times New Roman" w:eastAsia="Times New Roman" w:cs="Times New Roman"/>
          <w:sz w:val="24"/>
        </w:rPr>
        <w:t xml:space="preserve">Successor Agent’s Telephone Number: </w:t>
      </w:r>
      <w:r>
        <w:rPr>
          <w:rFonts w:ascii="Times New Roman" w:hAnsi="Times New Roman" w:eastAsia="Times New Roman" w:cs="Times New Roman"/>
          <w:sz w:val="24"/>
        </w:rPr>
        <w:t>[SUCCESSOR AGENT'S PHONE]</w:t>
      </w:r>
    </w:p>
    <w:p>
      <w:pPr/>
    </w:p>
    <w:p>
      <w:pPr/>
    </w:p>
    <w:p>
      <w:pPr>
        <w:jc w:val="center"/>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 xml:space="preserve">I grant my Agent and any successor Agent general authority to act for me with respect to the following subjects as defined in the Vermont Uniform Power of Attorney Act, 14 V.S.A. chapter 127. </w:t>
      </w:r>
    </w:p>
    <w:p>
      <w:pPr/>
    </w:p>
    <w:p>
      <w:pPr/>
      <w:r>
        <w:rPr>
          <w:rFonts w:ascii="Times New Roman" w:hAnsi="Times New Roman" w:eastAsia="Times New Roman" w:cs="Times New Roman"/>
          <w:sz w:val="24"/>
        </w:rPr>
        <w:t>(</w:t>
      </w: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REAL PROPERTY.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TANGIBLE PERSONAL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STOCKS AND BONDS.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COMMODITIES AND OPTIONS.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BANKS AND OTHER FINANCIAL INSTITUTIONS.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OPERATION OF ENTITY OR BUSINESS.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INSURANCE AND ANNUITIES.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ESTATES, TRUSTS, AND OTHER BENEFICIAL INTERESTS.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CLAIMS AND LITIGATION.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PERSONAL AND FAMILY MAINTENANCE.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BENEFITS FROM GOVERNMENT PROGRAMS.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RETIREMENT PLANS.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TAXES.</w:t>
      </w:r>
    </w:p>
    <w:p>
      <w:pPr/>
    </w:p>
    <w:p>
      <w:pPr/>
    </w:p>
    <w:p>
      <w:pPr/>
      <w:r>
        <w:rPr>
          <w:rFonts w:ascii="Times New Roman" w:hAnsi="Times New Roman" w:eastAsia="Times New Roman" w:cs="Times New Roman"/>
          <w:sz w:val="24"/>
        </w:rPr>
        <w:t>[INITIALS]</w:t>
      </w:r>
      <w:r>
        <w:rPr>
          <w:rFonts w:ascii="Times New Roman" w:hAnsi="Times New Roman" w:eastAsia="Times New Roman" w:cs="Times New Roman"/>
          <w:b/>
          <w:sz w:val="24"/>
        </w:rPr>
        <w:t xml:space="preserve"> ALL PRECEDING SUBJECTS.</w:t>
      </w:r>
    </w:p>
    <w:p>
      <w:pPr/>
    </w:p>
    <w:p>
      <w:pPr/>
    </w:p>
    <w:p>
      <w:pPr>
        <w:jc w:val="center"/>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 xml:space="preserve">My Agent </w:t>
      </w:r>
      <w:r>
        <w:rPr>
          <w:rFonts w:ascii="Times New Roman" w:hAnsi="Times New Roman" w:eastAsia="Times New Roman" w:cs="Times New Roman"/>
          <w:b/>
          <w:sz w:val="24"/>
        </w:rPr>
        <w:t>MAY NOT</w:t>
      </w:r>
      <w:r>
        <w:rPr>
          <w:rFonts w:ascii="Times New Roman" w:hAnsi="Times New Roman" w:eastAsia="Times New Roman" w:cs="Times New Roman"/>
          <w:sz w:val="24"/>
        </w:rPr>
        <w:t xml:space="preserve"> do any of the following specific acts for me </w:t>
      </w:r>
      <w:r>
        <w:rPr>
          <w:rFonts w:ascii="Times New Roman" w:hAnsi="Times New Roman" w:eastAsia="Times New Roman" w:cs="Times New Roman"/>
          <w:b/>
          <w:sz w:val="24"/>
        </w:rPr>
        <w:t>UNLESS</w:t>
      </w:r>
      <w:r>
        <w:rPr>
          <w:rFonts w:ascii="Times New Roman" w:hAnsi="Times New Roman" w:eastAsia="Times New Roman" w:cs="Times New Roman"/>
          <w:sz w:val="24"/>
        </w:rPr>
        <w:t xml:space="preserve"> I have </w:t>
      </w:r>
      <w:r>
        <w:rPr>
          <w:rFonts w:ascii="Times New Roman" w:hAnsi="Times New Roman" w:eastAsia="Times New Roman" w:cs="Times New Roman"/>
          <w:b/>
          <w:sz w:val="24"/>
        </w:rPr>
        <w:t>INITIALED</w:t>
      </w:r>
      <w:r>
        <w:rPr>
          <w:rFonts w:ascii="Times New Roman" w:hAnsi="Times New Roman" w:eastAsia="Times New Roman" w:cs="Times New Roman"/>
          <w:sz w:val="24"/>
        </w:rPr>
        <w:t xml:space="preserve"> the specific authority listed below: </w:t>
      </w:r>
    </w:p>
    <w:p>
      <w:pPr/>
    </w:p>
    <w:p>
      <w:pPr/>
      <w:r>
        <w:rPr>
          <w:rFonts w:ascii="Times New Roman" w:hAnsi="Times New Roman" w:eastAsia="Times New Roman" w:cs="Times New Roman"/>
          <w:sz w:val="24"/>
        </w:rPr>
        <w:t>(</w:t>
      </w:r>
      <w:r>
        <w:rPr>
          <w:rFonts w:ascii="Times New Roman" w:hAnsi="Times New Roman" w:eastAsia="Times New Roman" w:cs="Times New Roman"/>
          <w:b/>
          <w:sz w:val="24"/>
        </w:rPr>
        <w:t>CAUTION</w:t>
      </w:r>
      <w:r>
        <w:rPr>
          <w:rFonts w:ascii="Times New Roman" w:hAnsi="Times New Roman" w:eastAsia="Times New Roman" w:cs="Times New Roman"/>
          <w:sz w:val="24"/>
        </w:rPr>
        <w:t xml:space="preserve">: Granting any of the following will give your Agent the authority to take actions that could significantly reduce your property or change how your property is distributed at your death. </w:t>
      </w:r>
    </w:p>
    <w:p>
      <w:pPr/>
    </w:p>
    <w:p>
      <w:pPr/>
      <w:r>
        <w:rPr>
          <w:rFonts w:ascii="Times New Roman" w:hAnsi="Times New Roman" w:eastAsia="Times New Roman" w:cs="Times New Roman"/>
          <w:b/>
          <w:sz w:val="24"/>
        </w:rPr>
        <w:t xml:space="preserve">INITIAL ONLY </w:t>
      </w:r>
      <w:r>
        <w:rPr>
          <w:rFonts w:ascii="Times New Roman" w:hAnsi="Times New Roman" w:eastAsia="Times New Roman" w:cs="Times New Roman"/>
          <w:sz w:val="24"/>
        </w:rPr>
        <w:t xml:space="preserve">the specific authority you </w:t>
      </w:r>
      <w:r>
        <w:rPr>
          <w:rFonts w:ascii="Times New Roman" w:hAnsi="Times New Roman" w:eastAsia="Times New Roman" w:cs="Times New Roman"/>
          <w:b/>
          <w:sz w:val="24"/>
        </w:rPr>
        <w:t>WANT</w:t>
      </w:r>
      <w:r>
        <w:rPr>
          <w:rFonts w:ascii="Times New Roman" w:hAnsi="Times New Roman" w:eastAsia="Times New Roman" w:cs="Times New Roman"/>
          <w:sz w:val="24"/>
        </w:rPr>
        <w:t xml:space="preserve"> to give your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An Agent who is not an ancestor, spouse, or descendant may exercise authority under this Power of Attorney to create in the Agent or in an individual to whom the Agent owes a legal obligation of support an interest in my property whether by gift, rights of survivorship, beneficiary designation, disclaimer, or otherwise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Create, amend, revoke, or terminate an inter vivos, family, living, irrevocable, or revocable trust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Consent to the modification or termination of a noncharitable irrevocable trust under 14A V.S.A. § 411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Make a gift, subject to the limitations of 14 V.S.A. § 4047 (gifts) and any special instructions in this Power of Attorney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Create, amend, or change rights of survivorship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Create, amend, or change a beneficiary designation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Waive the Principal's right to be a beneficiary of a joint and survivor annuity, including a survivor benefit under a retirement plan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Exercise fiduciary powers that the Principal has authority to delegate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Authorize another person to exercise the authority granted under this Power of Attorney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Disclaim or refuse an interest in property, including a power of appointment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Exercise authority with respect to elective share under 14 V.S.A. § 319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Exercise waiver rights under 14 V.S.A. § 323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Exercise authority over the content and catalogue of electronic communications and digital assets under 14 V.S.A. chapter 125 (Vermont Revised Uniform Fiduciary Access to Digital Assets Act)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Exercise authority with respect to intellectual property, including, without limitation, copyrights, contracts for payment of royalties, and trademarks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Convey, or revoke or revise a grantee designation, by enhanced life estate deed pursuant to chapter 6 of Title 27 or under common law.</w:t>
      </w:r>
    </w:p>
    <w:p>
      <w:pPr/>
    </w:p>
    <w:p>
      <w:pPr/>
    </w:p>
    <w:p>
      <w:pPr>
        <w:jc w:val="center"/>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 xml:space="preserve">An Agent who is not my ancestor, spouse, or descendant </w:t>
      </w:r>
      <w:r>
        <w:rPr>
          <w:rFonts w:ascii="Times New Roman" w:hAnsi="Times New Roman" w:eastAsia="Times New Roman" w:cs="Times New Roman"/>
          <w:b/>
          <w:sz w:val="24"/>
        </w:rPr>
        <w:t>MAY NOT</w:t>
      </w:r>
      <w:r>
        <w:rPr>
          <w:rFonts w:ascii="Times New Roman" w:hAnsi="Times New Roman" w:eastAsia="Times New Roman" w:cs="Times New Roman"/>
          <w:sz w:val="24"/>
        </w:rPr>
        <w:t xml:space="preserve"> use my property to benefit the Agent or a person to whom the Agent owes an obligation of support unless I have included that authority in the following Special Instructions.</w:t>
      </w:r>
    </w:p>
    <w:p>
      <w:pPr/>
    </w:p>
    <w:p>
      <w:pPr/>
    </w:p>
    <w:p>
      <w:pPr>
        <w:jc w:val="center"/>
      </w:pPr>
      <w:r>
        <w:rPr>
          <w:rFonts w:ascii="Times New Roman" w:hAnsi="Times New Roman" w:eastAsia="Times New Roman" w:cs="Times New Roman"/>
          <w:b/>
          <w:sz w:val="24"/>
        </w:rPr>
        <w:t>SPECIAL INSTRUCTIONS (OPTIONAL)</w:t>
      </w:r>
    </w:p>
    <w:p>
      <w:pPr/>
    </w:p>
    <w:p>
      <w:pPr/>
      <w:r>
        <w:rPr>
          <w:rFonts w:ascii="Times New Roman" w:hAnsi="Times New Roman" w:eastAsia="Times New Roman" w:cs="Times New Roman"/>
          <w:sz w:val="24"/>
        </w:rPr>
        <w:t>[SPECIAL INSTRUCTIONS]</w:t>
      </w:r>
    </w:p>
    <w:p>
      <w:pPr/>
    </w:p>
    <w:p>
      <w:pPr>
        <w:jc w:val="center"/>
      </w:pPr>
      <w:r>
        <w:rPr>
          <w:rFonts w:ascii="Times New Roman" w:hAnsi="Times New Roman" w:eastAsia="Times New Roman" w:cs="Times New Roman"/>
          <w:b/>
          <w:sz w:val="24"/>
        </w:rPr>
        <w:t>EFFECTIVE DATE</w:t>
      </w:r>
    </w:p>
    <w:p>
      <w:pPr/>
    </w:p>
    <w:p>
      <w:pPr/>
    </w:p>
    <w:p>
      <w:pPr/>
      <w:r>
        <w:rPr>
          <w:rFonts w:ascii="Times New Roman" w:hAnsi="Times New Roman" w:eastAsia="Times New Roman" w:cs="Times New Roman"/>
          <w:sz w:val="24"/>
        </w:rPr>
        <w:t xml:space="preserve">This Power of Attorney becomes effective when executed unless the Principal has initialed one of the following: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This Power of Attorney is effective only upon my later incapacity; OR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This Power of Attorney is effective only upon my later incapacity or unavailability; OR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direct that this Power of Attorney shall become effective when one or more of the following occurs: </w:t>
      </w:r>
    </w:p>
    <w:p>
      <w:pPr/>
    </w:p>
    <w:p>
      <w:pPr/>
      <w:r>
        <w:rPr>
          <w:rFonts w:ascii="Times New Roman" w:hAnsi="Times New Roman" w:eastAsia="Times New Roman" w:cs="Times New Roman"/>
          <w:sz w:val="24"/>
        </w:rPr>
        <w:t>[BECOMES EFFECTIVE WHEN:]</w:t>
      </w:r>
    </w:p>
    <w:p>
      <w:pPr/>
    </w:p>
    <w:p>
      <w:pPr/>
    </w:p>
    <w:p>
      <w:pPr>
        <w:jc w:val="center"/>
      </w:pPr>
      <w:r>
        <w:rPr>
          <w:rFonts w:ascii="Times New Roman" w:hAnsi="Times New Roman" w:eastAsia="Times New Roman" w:cs="Times New Roman"/>
          <w:b/>
          <w:sz w:val="24"/>
        </w:rPr>
        <w:t>NOMINATION OF GUARDIAN (OPTIONAL)</w:t>
      </w:r>
    </w:p>
    <w:p>
      <w:pPr>
        <w:jc w:val="center"/>
      </w:pPr>
    </w:p>
    <w:p>
      <w:pPr/>
      <w:r>
        <w:rPr>
          <w:rFonts w:ascii="Times New Roman" w:hAnsi="Times New Roman" w:eastAsia="Times New Roman" w:cs="Times New Roman"/>
          <w:sz w:val="24"/>
        </w:rPr>
        <w:t xml:space="preserve">If it becomes necessary for a court to appoint a guardian of my estate or a guardian of my person, I nominate the following person(s) for appointment: </w:t>
      </w:r>
    </w:p>
    <w:p>
      <w:pPr/>
    </w:p>
    <w:p>
      <w:pPr/>
      <w:r>
        <w:rPr>
          <w:rFonts w:ascii="Times New Roman" w:hAnsi="Times New Roman" w:eastAsia="Times New Roman" w:cs="Times New Roman"/>
          <w:sz w:val="24"/>
        </w:rPr>
        <w:t xml:space="preserve">Name of Nominee for guardian of my estate: </w:t>
      </w:r>
      <w:r>
        <w:rPr>
          <w:rFonts w:ascii="Times New Roman" w:hAnsi="Times New Roman" w:eastAsia="Times New Roman" w:cs="Times New Roman"/>
          <w:sz w:val="24"/>
        </w:rPr>
        <w:t>NAME OF GUARDIAN OF ESTATE</w:t>
      </w:r>
    </w:p>
    <w:p>
      <w:pP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ESTATE GUARDIAN'S ADDRESS</w:t>
      </w:r>
    </w:p>
    <w:p>
      <w:pPr/>
    </w:p>
    <w:p>
      <w:pPr/>
      <w:r>
        <w:rPr>
          <w:rFonts w:ascii="Times New Roman" w:hAnsi="Times New Roman" w:eastAsia="Times New Roman" w:cs="Times New Roman"/>
          <w:sz w:val="24"/>
        </w:rPr>
        <w:t xml:space="preserve">Telephone Number: </w:t>
      </w:r>
      <w:r>
        <w:rPr>
          <w:rFonts w:ascii="Times New Roman" w:hAnsi="Times New Roman" w:eastAsia="Times New Roman" w:cs="Times New Roman"/>
          <w:sz w:val="24"/>
        </w:rPr>
        <w:t>ESTATE GUARDIAN'S PHONE</w:t>
      </w:r>
    </w:p>
    <w:p>
      <w:pPr/>
    </w:p>
    <w:p>
      <w:pPr/>
      <w:r>
        <w:rPr>
          <w:rFonts w:ascii="Times New Roman" w:hAnsi="Times New Roman" w:eastAsia="Times New Roman" w:cs="Times New Roman"/>
          <w:sz w:val="24"/>
        </w:rPr>
        <w:t xml:space="preserve">Name of Nominee for guardian of my person: </w:t>
      </w:r>
      <w:r>
        <w:rPr>
          <w:rFonts w:ascii="Times New Roman" w:hAnsi="Times New Roman" w:eastAsia="Times New Roman" w:cs="Times New Roman"/>
          <w:sz w:val="24"/>
        </w:rPr>
        <w:t>NAME OF GUARDIAN OF PERSON</w:t>
      </w:r>
    </w:p>
    <w:p>
      <w:pP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PERSON GUARDIAN'S ADDRESS</w:t>
      </w:r>
    </w:p>
    <w:p>
      <w:pPr/>
    </w:p>
    <w:p>
      <w:pPr/>
      <w:r>
        <w:rPr>
          <w:rFonts w:ascii="Times New Roman" w:hAnsi="Times New Roman" w:eastAsia="Times New Roman" w:cs="Times New Roman"/>
          <w:sz w:val="24"/>
        </w:rPr>
        <w:t xml:space="preserve">Telephone Number: </w:t>
      </w:r>
      <w:r>
        <w:rPr>
          <w:rFonts w:ascii="Times New Roman" w:hAnsi="Times New Roman" w:eastAsia="Times New Roman" w:cs="Times New Roman"/>
          <w:sz w:val="24"/>
        </w:rPr>
        <w:t>PERSON GUARDIAN'S PHONE</w:t>
      </w:r>
    </w:p>
    <w:p>
      <w:pPr>
        <w:jc w:val="center"/>
      </w:pPr>
    </w:p>
    <w:p>
      <w:pPr>
        <w:jc w:val="center"/>
      </w:pPr>
    </w:p>
    <w:p>
      <w:pPr>
        <w:jc w:val="center"/>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 xml:space="preserve">Any person, including my Agent, may rely upon the validity of this Power of Attorney or a copy of it unless that person knows it has terminated or is invalid. Unless expressly stated otherwise, this </w:t>
      </w:r>
      <w:r>
        <w:rPr>
          <w:rFonts w:ascii="Times New Roman" w:hAnsi="Times New Roman" w:eastAsia="Times New Roman" w:cs="Times New Roman"/>
          <w:sz w:val="24"/>
        </w:rPr>
        <w:t>Power of Attorney</w:t>
      </w:r>
      <w:r>
        <w:rPr>
          <w:rFonts w:ascii="Times New Roman" w:hAnsi="Times New Roman" w:eastAsia="Times New Roman" w:cs="Times New Roman"/>
          <w:sz w:val="24"/>
        </w:rPr>
        <w:t xml:space="preserve"> is durable and shall remain valid if I become incapacitated or unavailable. </w:t>
      </w:r>
    </w:p>
    <w:p>
      <w:pPr/>
    </w:p>
    <w:p>
      <w:pPr/>
    </w:p>
    <w:p>
      <w:pPr>
        <w:jc w:val="center"/>
      </w:pPr>
      <w:r>
        <w:rPr>
          <w:rFonts w:ascii="Times New Roman" w:hAnsi="Times New Roman" w:eastAsia="Times New Roman" w:cs="Times New Roman"/>
          <w:b/>
          <w:sz w:val="24"/>
        </w:rPr>
        <w:t>SIGNATURE AND ACKNOWLEDGMENT</w:t>
      </w:r>
    </w:p>
    <w:p>
      <w:pPr/>
    </w:p>
    <w:p>
      <w:pPr/>
    </w:p>
    <w:p>
      <w:pPr/>
    </w:p>
    <w:p>
      <w:pPr/>
      <w:r>
        <w:rPr>
          <w:rFonts w:ascii="Times New Roman" w:hAnsi="Times New Roman" w:eastAsia="Times New Roman" w:cs="Times New Roman"/>
          <w:sz w:val="24"/>
        </w:rPr>
        <w:t xml:space="preserve">IN WITNESS WHEREOF, on </w:t>
      </w:r>
      <w:r>
        <w:rPr>
          <w:rFonts w:ascii="Times New Roman" w:hAnsi="Times New Roman" w:eastAsia="Times New Roman" w:cs="Times New Roman"/>
          <w:sz w:val="24"/>
        </w:rPr>
        <w:t>[DATE]</w:t>
      </w:r>
      <w:r>
        <w:rPr>
          <w:rFonts w:ascii="Times New Roman" w:hAnsi="Times New Roman" w:eastAsia="Times New Roman" w:cs="Times New Roman"/>
          <w:sz w:val="24"/>
        </w:rPr>
        <w:t>, I have executed this Power of Attorney.</w:t>
      </w:r>
    </w:p>
    <w:p>
      <w:pPr/>
    </w:p>
    <w:p>
      <w:pP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Principal’s Signature</w:t>
      </w:r>
    </w:p>
    <w:p>
      <w:pPr/>
    </w:p>
    <w:p>
      <w:pPr/>
    </w:p>
    <w:p>
      <w:pPr/>
      <w:r>
        <w:rPr>
          <w:rFonts w:ascii="Times New Roman" w:hAnsi="Times New Roman" w:eastAsia="Times New Roman" w:cs="Times New Roman"/>
          <w:sz w:val="24"/>
        </w:rPr>
        <w:t>[NAME OF PRINCIPAL]</w:t>
      </w:r>
    </w:p>
    <w:p>
      <w:pPr/>
      <w:r>
        <w:rPr>
          <w:rFonts w:ascii="Times New Roman" w:hAnsi="Times New Roman" w:eastAsia="Times New Roman" w:cs="Times New Roman"/>
          <w:sz w:val="24"/>
        </w:rPr>
        <w:t>Printed Name</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ab/>
        <w:tab/>
      </w:r>
    </w:p>
    <w:p>
      <w:pPr/>
      <w:r>
        <w:rPr>
          <w:rFonts w:ascii="Times New Roman" w:hAnsi="Times New Roman" w:eastAsia="Times New Roman" w:cs="Times New Roman"/>
          <w:sz w:val="24"/>
        </w:rPr>
        <w:t>STATE OF VERMONT</w:t>
      </w:r>
    </w:p>
    <w:p>
      <w:pP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p>
    <w:p>
      <w:pPr/>
    </w:p>
    <w:p>
      <w:pPr/>
      <w:r>
        <w:rPr>
          <w:rFonts w:ascii="Times New Roman" w:hAnsi="Times New Roman" w:eastAsia="Times New Roman" w:cs="Times New Roman"/>
          <w:sz w:val="24"/>
        </w:rPr>
        <w:tab/>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(s)he executed the same as his/her free act and deed.</w:t>
      </w:r>
    </w:p>
    <w:p>
      <w:pPr>
        <w:ind w:firstLine="720"/>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Notary Public</w:t>
        <w:tab/>
      </w:r>
    </w:p>
    <w:p>
      <w:pPr/>
      <w:r>
        <w:rPr>
          <w:rFonts w:ascii="Times New Roman" w:hAnsi="Times New Roman" w:eastAsia="Times New Roman" w:cs="Times New Roman"/>
          <w:sz w:val="24"/>
        </w:rPr>
        <w:t>(seal, if any)</w:t>
      </w:r>
    </w:p>
    <w:p>
      <w:pPr/>
      <w:r>
        <w:rPr>
          <w:rFonts w:ascii="Times New Roman" w:hAnsi="Times New Roman" w:eastAsia="Times New Roman" w:cs="Times New Roman"/>
          <w:sz w:val="24"/>
        </w:rPr>
        <w:t>[NOTARY PUBLIC 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 COMMISSION EXPIRES]</w:t>
      </w:r>
    </w:p>
    <w:p>
      <w:pPr/>
    </w:p>
    <w:p>
      <w:pPr>
        <w:spacing w:before="0" w:after="0"/>
        <w:jc w:val="center"/>
      </w:pPr>
      <w:r>
        <w:rPr>
          <w:rFonts w:ascii="Times New Roman" w:hAnsi="Times New Roman" w:eastAsia="Times New Roman" w:cs="Times New Roman"/>
          <w:b/>
          <w:sz w:val="24"/>
        </w:rPr>
        <w:t>IMPORTANT INFORMATION FOR AGENT</w:t>
      </w:r>
    </w:p>
    <w:p>
      <w:pPr/>
    </w:p>
    <w:p>
      <w:pPr/>
    </w:p>
    <w:p>
      <w:pPr/>
    </w:p>
    <w:p>
      <w:pPr>
        <w:jc w:val="center"/>
      </w:pPr>
      <w:r>
        <w:rPr>
          <w:rFonts w:ascii="Times New Roman" w:hAnsi="Times New Roman" w:eastAsia="Times New Roman" w:cs="Times New Roman"/>
          <w:b/>
          <w:sz w:val="24"/>
        </w:rPr>
        <w:t>Agent's Duties</w:t>
      </w:r>
    </w:p>
    <w:p>
      <w:pPr/>
    </w:p>
    <w:p>
      <w:pPr/>
    </w:p>
    <w:p>
      <w:pPr/>
      <w:r>
        <w:rPr>
          <w:rFonts w:ascii="Times New Roman" w:hAnsi="Times New Roman" w:eastAsia="Times New Roman" w:cs="Times New Roman"/>
          <w:sz w:val="24"/>
        </w:rPr>
        <w:t xml:space="preserve">When you accept the authority granted under this Power of Attorney, a special legal relationship is created between you and the Principal. This relationship imposes upon your legal duties that continue until you resign or the Power of Attorney is terminated or revoked. You must: </w:t>
      </w:r>
    </w:p>
    <w:p>
      <w:pPr/>
    </w:p>
    <w:p>
      <w:pPr/>
      <w:r>
        <w:rPr>
          <w:rFonts w:ascii="Times New Roman" w:hAnsi="Times New Roman" w:eastAsia="Times New Roman" w:cs="Times New Roman"/>
          <w:sz w:val="24"/>
        </w:rPr>
        <w:t xml:space="preserve">(1) do what you know the Principal reasonably expects you to do with the Principal's property or, if you do not know the Principal's expectations, act in the Principal's best interests; </w:t>
      </w:r>
    </w:p>
    <w:p>
      <w:pPr/>
    </w:p>
    <w:p>
      <w:pPr/>
      <w:r>
        <w:rPr>
          <w:rFonts w:ascii="Times New Roman" w:hAnsi="Times New Roman" w:eastAsia="Times New Roman" w:cs="Times New Roman"/>
          <w:sz w:val="24"/>
        </w:rPr>
        <w:t xml:space="preserve">(2) act in good faith; </w:t>
      </w:r>
    </w:p>
    <w:p>
      <w:pPr/>
    </w:p>
    <w:p>
      <w:pPr/>
      <w:r>
        <w:rPr>
          <w:rFonts w:ascii="Times New Roman" w:hAnsi="Times New Roman" w:eastAsia="Times New Roman" w:cs="Times New Roman"/>
          <w:sz w:val="24"/>
        </w:rPr>
        <w:t xml:space="preserve">(3) do nothing beyond the authority granted in this Power of Attorney; and </w:t>
      </w:r>
    </w:p>
    <w:p>
      <w:pPr/>
    </w:p>
    <w:p>
      <w:pPr/>
      <w:r>
        <w:rPr>
          <w:rFonts w:ascii="Times New Roman" w:hAnsi="Times New Roman" w:eastAsia="Times New Roman" w:cs="Times New Roman"/>
          <w:sz w:val="24"/>
        </w:rPr>
        <w:t xml:space="preserve">(4) disclose your identity as an Agent whenever you act for the Principal by writing or printing the name of the Principal and signing your own name as “Agent” in the following manner: </w:t>
      </w:r>
    </w:p>
    <w:p>
      <w:pPr/>
    </w:p>
    <w:p>
      <w:pPr/>
      <w:r>
        <w:rPr>
          <w:rFonts w:ascii="Times New Roman" w:hAnsi="Times New Roman" w:eastAsia="Times New Roman" w:cs="Times New Roman"/>
          <w:sz w:val="24"/>
        </w:rPr>
        <w:t>(Principal's Name) by (Your Signature) as Agent.</w:t>
      </w:r>
    </w:p>
    <w:p>
      <w:pPr/>
    </w:p>
    <w:p>
      <w:pPr/>
    </w:p>
    <w:p>
      <w:pPr/>
      <w:r>
        <w:rPr>
          <w:rFonts w:ascii="Times New Roman" w:hAnsi="Times New Roman" w:eastAsia="Times New Roman" w:cs="Times New Roman"/>
          <w:sz w:val="24"/>
        </w:rPr>
        <w:t xml:space="preserve">Unless the Special Instructions in this Power of Attorney state otherwise, you must also: </w:t>
      </w:r>
    </w:p>
    <w:p>
      <w:pPr/>
    </w:p>
    <w:p>
      <w:pPr/>
    </w:p>
    <w:p>
      <w:pPr/>
      <w:r>
        <w:rPr>
          <w:rFonts w:ascii="Times New Roman" w:hAnsi="Times New Roman" w:eastAsia="Times New Roman" w:cs="Times New Roman"/>
          <w:sz w:val="24"/>
        </w:rPr>
        <w:t xml:space="preserve">(1) act loyally for the Principal's benefit; </w:t>
      </w:r>
    </w:p>
    <w:p>
      <w:pPr/>
    </w:p>
    <w:p>
      <w:pPr/>
      <w:r>
        <w:rPr>
          <w:rFonts w:ascii="Times New Roman" w:hAnsi="Times New Roman" w:eastAsia="Times New Roman" w:cs="Times New Roman"/>
          <w:sz w:val="24"/>
        </w:rPr>
        <w:t xml:space="preserve">(2) avoid conflicts that would impair your ability to act in the Principal's best interest; (3) act with care, competence, and diligence; </w:t>
      </w:r>
    </w:p>
    <w:p>
      <w:pPr/>
    </w:p>
    <w:p>
      <w:pPr/>
      <w:r>
        <w:rPr>
          <w:rFonts w:ascii="Times New Roman" w:hAnsi="Times New Roman" w:eastAsia="Times New Roman" w:cs="Times New Roman"/>
          <w:sz w:val="24"/>
        </w:rPr>
        <w:t xml:space="preserve">(4) keep a record of all receipts, disbursements, and transactions made on behalf of the Principal; </w:t>
      </w:r>
    </w:p>
    <w:p>
      <w:pPr/>
    </w:p>
    <w:p>
      <w:pPr/>
      <w:r>
        <w:rPr>
          <w:rFonts w:ascii="Times New Roman" w:hAnsi="Times New Roman" w:eastAsia="Times New Roman" w:cs="Times New Roman"/>
          <w:sz w:val="24"/>
        </w:rPr>
        <w:t>(5) cooperate with any person that has authority to make health-care decisions for the Principal to do what you know the Principal reasonably expects or, if you do not know the Principal's expectations, to act in the Principal's best interests; and</w:t>
      </w:r>
    </w:p>
    <w:p>
      <w:pPr/>
    </w:p>
    <w:p>
      <w:pPr/>
      <w:r>
        <w:rPr>
          <w:rFonts w:ascii="Times New Roman" w:hAnsi="Times New Roman" w:eastAsia="Times New Roman" w:cs="Times New Roman"/>
          <w:sz w:val="24"/>
        </w:rPr>
        <w:t xml:space="preserve">(6) attempt to preserve the Principal's estate plan if you know the plan and preserving the plan is consistent with the Principal's best interests. </w:t>
      </w:r>
    </w:p>
    <w:p>
      <w:pPr/>
    </w:p>
    <w:p>
      <w:pPr/>
    </w:p>
    <w:p>
      <w:pPr/>
    </w:p>
    <w:p>
      <w:pPr/>
    </w:p>
    <w:p>
      <w:pPr>
        <w:jc w:val="center"/>
      </w:pPr>
      <w:r>
        <w:rPr>
          <w:rFonts w:ascii="Times New Roman" w:hAnsi="Times New Roman" w:eastAsia="Times New Roman" w:cs="Times New Roman"/>
          <w:b/>
          <w:sz w:val="24"/>
        </w:rPr>
        <w:t>Termination of Agent's Authority</w:t>
      </w:r>
    </w:p>
    <w:p>
      <w:pPr/>
    </w:p>
    <w:p>
      <w:pPr/>
    </w:p>
    <w:p>
      <w:pPr/>
      <w:r>
        <w:rPr>
          <w:rFonts w:ascii="Times New Roman" w:hAnsi="Times New Roman" w:eastAsia="Times New Roman" w:cs="Times New Roman"/>
          <w:sz w:val="24"/>
        </w:rPr>
        <w:t xml:space="preserve">You must stop acting on behalf of the Principal if you learn of any event that terminates this Power of Attorney or your authority under this Power of Attorney. Events that terminate a Power of Attorney or your authority to act under a Power of Attorney include: </w:t>
      </w:r>
    </w:p>
    <w:p>
      <w:pPr/>
    </w:p>
    <w:p>
      <w:pPr/>
      <w:r>
        <w:rPr>
          <w:rFonts w:ascii="Times New Roman" w:hAnsi="Times New Roman" w:eastAsia="Times New Roman" w:cs="Times New Roman"/>
          <w:sz w:val="24"/>
        </w:rPr>
        <w:t xml:space="preserve">(1) death of the Principal; </w:t>
      </w:r>
    </w:p>
    <w:p>
      <w:pPr/>
    </w:p>
    <w:p>
      <w:pPr/>
      <w:r>
        <w:rPr>
          <w:rFonts w:ascii="Times New Roman" w:hAnsi="Times New Roman" w:eastAsia="Times New Roman" w:cs="Times New Roman"/>
          <w:sz w:val="24"/>
        </w:rPr>
        <w:t xml:space="preserve">(2) the Principal's revocation of the Power of Attorney or your authority; </w:t>
      </w:r>
    </w:p>
    <w:p>
      <w:pPr/>
    </w:p>
    <w:p>
      <w:pPr/>
      <w:r>
        <w:rPr>
          <w:rFonts w:ascii="Times New Roman" w:hAnsi="Times New Roman" w:eastAsia="Times New Roman" w:cs="Times New Roman"/>
          <w:sz w:val="24"/>
        </w:rPr>
        <w:t xml:space="preserve">(3) the occurrence of a termination event stated in the Power of Attorney; </w:t>
      </w:r>
    </w:p>
    <w:p>
      <w:pPr/>
    </w:p>
    <w:p>
      <w:pPr/>
      <w:r>
        <w:rPr>
          <w:rFonts w:ascii="Times New Roman" w:hAnsi="Times New Roman" w:eastAsia="Times New Roman" w:cs="Times New Roman"/>
          <w:sz w:val="24"/>
        </w:rPr>
        <w:t xml:space="preserve">(4) the purpose of the Power of Attorney is fully accomplished; or </w:t>
      </w:r>
    </w:p>
    <w:p>
      <w:pPr/>
    </w:p>
    <w:p>
      <w:pPr/>
      <w:r>
        <w:rPr>
          <w:rFonts w:ascii="Times New Roman" w:hAnsi="Times New Roman" w:eastAsia="Times New Roman" w:cs="Times New Roman"/>
          <w:sz w:val="24"/>
        </w:rPr>
        <w:t xml:space="preserve">(5) if you are married to the Principal, a legal action is filed with a court to end your marriage, or for your legal separation, unless the Special Instructions in this Power of Attorney state that such an action will not terminate your authority. </w:t>
      </w:r>
    </w:p>
    <w:p>
      <w:pPr/>
    </w:p>
    <w:p>
      <w:pPr/>
    </w:p>
    <w:p>
      <w:pPr>
        <w:jc w:val="center"/>
      </w:pPr>
      <w:r>
        <w:rPr>
          <w:rFonts w:ascii="Times New Roman" w:hAnsi="Times New Roman" w:eastAsia="Times New Roman" w:cs="Times New Roman"/>
          <w:b/>
          <w:sz w:val="24"/>
        </w:rPr>
        <w:t>Liability of Agent</w:t>
      </w:r>
    </w:p>
    <w:p>
      <w:pPr/>
    </w:p>
    <w:p>
      <w:pPr/>
    </w:p>
    <w:p>
      <w:pPr/>
      <w:r>
        <w:rPr>
          <w:rFonts w:ascii="Times New Roman" w:hAnsi="Times New Roman" w:eastAsia="Times New Roman" w:cs="Times New Roman"/>
          <w:sz w:val="24"/>
        </w:rPr>
        <w:t xml:space="preserve">The meaning of the authority granted to you is defined in the Vermont Uniform Power of Attorney Act, 14 V.S.A. chapter 127. If you violate the Vermont Uniform Power of Attorney Act, or act outside the authority granted, you may be liable for any damages caused by your violation. In addition to civil liability, failure to comply with your duties and authority granted under this document could subject you to criminal prosecution. </w:t>
      </w:r>
    </w:p>
    <w:p>
      <w:pPr/>
    </w:p>
    <w:p>
      <w:pPr/>
      <w:r>
        <w:rPr>
          <w:rFonts w:ascii="Times New Roman" w:hAnsi="Times New Roman" w:eastAsia="Times New Roman" w:cs="Times New Roman"/>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