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Vermont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[TESTATOR NAME]</w:t>
      </w:r>
    </w:p>
    <w:p>
      <w:pPr>
        <w:spacing w:before="280" w:after="280"/>
        <w:jc w:val="center"/>
      </w:pPr>
      <w:r>
        <w:rPr>
          <w:rFonts w:ascii="Times New Roman" w:hAnsi="Times New Roman" w:eastAsia="Times New Roman" w:cs="Times New Roman"/>
          <w:sz w:val="24"/>
        </w:rPr>
        <w:t>Pursuant to Title 14: Decedents' Estates And Fiduciary Relations</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resident in the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State of Vermont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w:t>
      </w:r>
      <w:r>
        <w:rPr>
          <w:rFonts w:ascii="Times New Roman" w:hAnsi="Times New Roman" w:eastAsia="Times New Roman" w:cs="Times New Roman"/>
          <w:sz w:val="24"/>
        </w:rPr>
        <w:t>[PERSONAL REPRESENTATIVE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as Personal Representative of my estate and I request that (he/she) be appointed temporary Personal Representative if (he/she) applies. If my Personal Representative fails or ceases to so serve, then I nominate </w:t>
      </w:r>
      <w:r>
        <w:rPr>
          <w:rFonts w:ascii="Times New Roman" w:hAnsi="Times New Roman" w:eastAsia="Times New Roman" w:cs="Times New Roman"/>
          <w:sz w:val="24"/>
        </w:rPr>
        <w:t>[ALTERNATE REPRESENTATIVE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FIRST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[FIRST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SECOND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[SECOND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THIRD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[THIRD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Vermont</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 xml:space="preserve">I, the undersigned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do hereby declare that I sign and execute this instrument as my last Will, that I sign it willingly in the presence of each of the undersigned witnesses, and that I execute it as my free and voluntary act for the purposes herein expressed, on this </w:t>
      </w: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 xml:space="preserve">The foregoing instrument, was on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subscribed on each page and at the end thereof by </w:t>
      </w:r>
      <w:r>
        <w:rPr>
          <w:rFonts w:ascii="Times New Roman" w:hAnsi="Times New Roman" w:eastAsia="Times New Roman" w:cs="Times New Roman"/>
          <w:sz w:val="24"/>
        </w:rPr>
        <w:t>[TESTATOR NAME]</w:t>
      </w:r>
      <w:r>
        <w:rPr>
          <w:rFonts w:ascii="Times New Roman" w:hAnsi="Times New Roman" w:eastAsia="Times New Roman" w:cs="Times New Roman"/>
          <w:sz w:val="24"/>
        </w:rPr>
        <w:t>,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ADDRESS]</w:t>
      </w:r>
      <w:r>
        <w:rPr>
          <w:rFonts w:ascii="Times New Roman" w:hAnsi="Times New Roman" w:eastAsia="Times New Roman" w:cs="Times New Roman"/>
          <w:sz w:val="24"/>
        </w:rPr>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ADDRESS]</w:t>
      </w:r>
      <w:r>
        <w:rPr>
          <w:rFonts w:ascii="Times New Roman" w:hAnsi="Times New Roman" w:eastAsia="Times New Roman" w:cs="Times New Roman"/>
          <w:sz w:val="24"/>
        </w:rPr>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r>
        <w:rPr>
          <w:rFonts w:ascii="Times New Roman" w:hAnsi="Times New Roman" w:eastAsia="Times New Roman" w:cs="Times New Roman"/>
          <w:sz w:val="24"/>
        </w:rPr>
        <w:br/>
      </w:r>
    </w:p>
    <w:p>
      <w:pPr>
        <w:spacing w:before="0" w:after="160"/>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SS.</w:t>
      </w:r>
    </w:p>
    <w:p>
      <w:pPr>
        <w:spacing w:before="0" w:after="160"/>
      </w:pPr>
      <w:r>
        <w:rPr>
          <w:rFonts w:ascii="Times New Roman" w:hAnsi="Times New Roman" w:eastAsia="Times New Roman" w:cs="Times New Roman"/>
          <w:sz w:val="24"/>
        </w:rPr>
        <w:tab/>
        <w:t xml:space="preserve">Before me, the undersigned authority, on this day personally appeared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testator,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witness and </w:t>
      </w:r>
      <w:r>
        <w:rPr>
          <w:rFonts w:ascii="Times New Roman" w:hAnsi="Times New Roman" w:eastAsia="Times New Roman" w:cs="Times New Roman"/>
          <w:sz w:val="24"/>
        </w:rPr>
        <w:t>[WITNESS 2 NAME]</w:t>
      </w:r>
      <w:r>
        <w:rPr>
          <w:rFonts w:ascii="Times New Roman" w:hAnsi="Times New Roman" w:eastAsia="Times New Roman" w:cs="Times New Roman"/>
          <w:sz w:val="24"/>
        </w:rPr>
        <w:t>,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 xml:space="preserve">My Commission expires: </w:t>
      </w:r>
      <w:r>
        <w:rPr>
          <w:rFonts w:ascii="Times New Roman" w:hAnsi="Times New Roman" w:eastAsia="Times New Roman" w:cs="Times New Roman"/>
          <w:sz w:val="24"/>
        </w:rPr>
        <w:t>[DATE]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