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VERMONT LIMITED POWER OF ATTORNEY</w:t>
      </w:r>
    </w:p>
    <w:p>
      <w:pPr>
        <w:spacing w:before="10" w:after="0"/>
      </w:pPr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DESIGN</w:t>
      </w:r>
      <w:r>
        <w:rPr>
          <w:rFonts w:ascii="Times New Roman" w:hAnsi="Times New Roman" w:eastAsia="Times New Roman" w:cs="Times New Roman"/>
          <w:b/>
          <w:sz w:val="24"/>
        </w:rPr>
        <w:t>ATION OF AGENT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(the “Principal”): (</w:t>
      </w:r>
      <w:r>
        <w:rPr>
          <w:rFonts w:ascii="Times New Roman" w:hAnsi="Times New Roman" w:eastAsia="Times New Roman" w:cs="Times New Roman"/>
          <w:b/>
          <w:sz w:val="24"/>
        </w:rPr>
        <w:t>INITIAL</w:t>
      </w:r>
      <w:r>
        <w:rPr>
          <w:rFonts w:ascii="Times New Roman" w:hAnsi="Times New Roman" w:eastAsia="Times New Roman" w:cs="Times New Roman"/>
          <w:sz w:val="24"/>
        </w:rPr>
        <w:t xml:space="preserve"> all that apply)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Revoke all previous powers of attorney; and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Name the following person as my Agent: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Name of Agent: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 xml:space="preserve"> (“Agent”)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Agent’s Address: </w:t>
      </w:r>
      <w:r>
        <w:rPr>
          <w:rFonts w:ascii="Times New Roman" w:hAnsi="Times New Roman" w:eastAsia="Times New Roman" w:cs="Times New Roman"/>
          <w:sz w:val="24"/>
        </w:rPr>
        <w:t>[ADDRESS OF AGENT]</w:t>
      </w:r>
      <w:r>
        <w:rPr>
          <w:rFonts w:ascii="Times New Roman" w:hAnsi="Times New Roman" w:eastAsia="Times New Roman" w:cs="Times New Roman"/>
          <w:sz w:val="24"/>
        </w:rPr>
        <w:t xml:space="preserve">, State of </w:t>
      </w:r>
      <w:r>
        <w:rPr>
          <w:rFonts w:ascii="Times New Roman" w:hAnsi="Times New Roman" w:eastAsia="Times New Roman" w:cs="Times New Roman"/>
          <w:sz w:val="24"/>
        </w:rPr>
        <w:t>[STATE OF AGENT]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Agent’s Telephone Number: </w:t>
      </w:r>
      <w:r>
        <w:rPr>
          <w:rFonts w:ascii="Times New Roman" w:hAnsi="Times New Roman" w:eastAsia="Times New Roman" w:cs="Times New Roman"/>
          <w:sz w:val="24"/>
        </w:rPr>
        <w:t>[PHONE NUMBER OF AGENT]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DESIGNATION OF SUCCESSOR AGENT (OPTIONAL)</w:t>
      </w:r>
    </w:p>
    <w:p>
      <w:pPr>
        <w:jc w:val="center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If my Agent is unable or unwilling to act for me, I name as my successor Agent: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Name of Successor Agent: </w:t>
      </w:r>
      <w:r>
        <w:rPr>
          <w:rFonts w:ascii="Times New Roman" w:hAnsi="Times New Roman" w:eastAsia="Times New Roman" w:cs="Times New Roman"/>
          <w:sz w:val="24"/>
        </w:rPr>
        <w:t>[SUCCESSOR AGENT 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Successor Agent’s Address: </w:t>
      </w:r>
      <w:r>
        <w:rPr>
          <w:rFonts w:ascii="Times New Roman" w:hAnsi="Times New Roman" w:eastAsia="Times New Roman" w:cs="Times New Roman"/>
          <w:sz w:val="24"/>
        </w:rPr>
        <w:t>[SUCCESSOR AGENT'S ADDRESS]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Successor Agent’s Telephone Number: </w:t>
      </w:r>
      <w:r>
        <w:rPr>
          <w:rFonts w:ascii="Times New Roman" w:hAnsi="Times New Roman" w:eastAsia="Times New Roman" w:cs="Times New Roman"/>
          <w:sz w:val="24"/>
        </w:rPr>
        <w:t>[SUCCESSOR AGENT'S PHONE]</w:t>
      </w:r>
    </w:p>
    <w:p>
      <w:pPr/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GRANT OF LIMITED AUTHORITY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I grant my Agent and any successor Agent limited authority to act for me with respect to the following: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[DESCRIBE THE AGENT'S AUTHORITY]</w:t>
      </w:r>
    </w:p>
    <w:p>
      <w:pPr/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EFFECTIVE DATE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becomes effective when executed unless the Principal has initialed one of the following: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This Power of Attorney is effective only upon my later incapacity; OR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This Power of Attorney is effective only upon my later incapacity or unavailability; OR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I direct that this Power of Attorney shall become effective when one or more of the following occurs: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[BECOMES EFFECTIVE WHEN:]</w:t>
      </w:r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RELIANCE ON THIS POWER OF ATTORNEY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Any person, including my Agent, may rely upon the validity of this Power of Attorney or a copy of it unless that person knows it has terminated or is invalid.</w:t>
      </w:r>
    </w:p>
    <w:p>
      <w:pPr/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SIGNATURE AND ACKNOWLEDGMENT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IN WITNESS WHEREOF,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I have executed this Power of Attorney.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Principal’s Signature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</w:p>
    <w:p>
      <w:pPr/>
      <w:r>
        <w:rPr>
          <w:rFonts w:ascii="Times New Roman" w:hAnsi="Times New Roman" w:eastAsia="Times New Roman" w:cs="Times New Roman"/>
          <w:sz w:val="24"/>
        </w:rPr>
        <w:t>Printed Name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STATE OF VERMONT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ab/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as Principal of this Power of Attorney who proved to me through government issued photo identification to be the above-named person, in my presence executed foregoing instrument and acknowledged that (s)he executed the same as his/her free act and deed.</w:t>
      </w: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(seal, if any)</w:t>
      </w:r>
    </w:p>
    <w:p>
      <w:pPr/>
      <w:r>
        <w:rPr>
          <w:rFonts w:ascii="Times New Roman" w:hAnsi="Times New Roman" w:eastAsia="Times New Roman" w:cs="Times New Roman"/>
          <w:sz w:val="24"/>
        </w:rPr>
        <w:t>[NOTARY PUBLIC NAME]</w:t>
      </w:r>
    </w:p>
    <w:p>
      <w:pPr/>
      <w:r>
        <w:rPr>
          <w:rFonts w:ascii="Times New Roman" w:hAnsi="Times New Roman" w:eastAsia="Times New Roman" w:cs="Times New Roman"/>
          <w:sz w:val="24"/>
        </w:rPr>
        <w:t>Print Name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