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VERMONT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4461, you are required to return the deposit within 14 days (excluding seasonal property which is 60 days)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