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VERMONT</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Vermont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Vermont.</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