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  <w:r>
        <w:rPr>
          <w:rFonts w:ascii="Times New Roman" w:hAnsi="Times New Roman" w:eastAsia="Times New Roman" w:cs="Times New Roman"/>
          <w:sz w:val="24"/>
        </w:rPr>
        <w:t>VIDEO RELEASE FORM</w:t>
      </w:r>
    </w:p>
    <w:p>
      <w:pPr>
        <w:jc w:val="center"/>
      </w:pPr>
    </w:p>
    <w:p>
      <w:pPr/>
      <w:r>
        <w:rPr>
          <w:rFonts w:ascii="Times New Roman" w:hAnsi="Times New Roman" w:eastAsia="Times New Roman" w:cs="Times New Roman"/>
          <w:sz w:val="24"/>
        </w:rPr>
        <w:t xml:space="preserve">I, ___________________________, hereby grant permission to ___________________________, the rights of my image, in video or still, and of the likeness and sound of my voice as recorded on audio or video tape </w:t>
      </w:r>
      <w:r>
        <w:rPr>
          <w:rFonts w:ascii="Times New Roman" w:hAnsi="Times New Roman" w:eastAsia="Times New Roman" w:cs="Times New Roman"/>
          <w:sz w:val="24"/>
        </w:rPr>
        <w:t>☐</w:t>
      </w:r>
      <w:r>
        <w:rPr>
          <w:rFonts w:ascii="Times New Roman" w:hAnsi="Times New Roman" w:eastAsia="Times New Roman" w:cs="Times New Roman"/>
          <w:sz w:val="24"/>
        </w:rPr>
        <w:t xml:space="preserve"> with payment of $____________________ (US Dollars)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☐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without payment or any other consideration. I understand that my image may be edited, copied, exhibited, published or distributed and waive the right to inspect or approve the finished product wherein my likeness appears. Additionally, I waive any right to royalties or other compensation arising or related to the use of my image or recording. I also understand that this material may be used in diverse educational settings within an unrestricted geographic area. 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Photographic, audio or video recordings may be used for ANY USE which may include but is not limited to:</w:t>
      </w:r>
    </w:p>
    <w:p>
      <w:pPr/>
      <w:r>
        <w:rPr>
          <w:rFonts w:ascii="Times New Roman" w:hAnsi="Times New Roman" w:eastAsia="Times New Roman" w:cs="Times New Roman"/>
          <w:sz w:val="24"/>
        </w:rPr>
        <w:t>Presentations;</w:t>
      </w:r>
    </w:p>
    <w:p>
      <w:pPr/>
      <w:r>
        <w:rPr>
          <w:rFonts w:ascii="Times New Roman" w:hAnsi="Times New Roman" w:eastAsia="Times New Roman" w:cs="Times New Roman"/>
          <w:sz w:val="24"/>
        </w:rPr>
        <w:t>Courses;</w:t>
      </w:r>
    </w:p>
    <w:p>
      <w:pPr/>
      <w:r>
        <w:rPr>
          <w:rFonts w:ascii="Times New Roman" w:hAnsi="Times New Roman" w:eastAsia="Times New Roman" w:cs="Times New Roman"/>
          <w:sz w:val="24"/>
        </w:rPr>
        <w:t>Online/Internet Videos;</w:t>
      </w:r>
    </w:p>
    <w:p>
      <w:pPr/>
      <w:r>
        <w:rPr>
          <w:rFonts w:ascii="Times New Roman" w:hAnsi="Times New Roman" w:eastAsia="Times New Roman" w:cs="Times New Roman"/>
          <w:sz w:val="24"/>
        </w:rPr>
        <w:t>Media;</w:t>
      </w:r>
    </w:p>
    <w:p>
      <w:pPr/>
      <w:r>
        <w:rPr>
          <w:rFonts w:ascii="Times New Roman" w:hAnsi="Times New Roman" w:eastAsia="Times New Roman" w:cs="Times New Roman"/>
          <w:sz w:val="24"/>
        </w:rPr>
        <w:t>News (Press);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By signing this release, I understand this permission signifies that photographic or video recordings of me may be electronically displayed via the Internet or in the public educational setting.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 will be consulted about the use of the photographs or video recording for any purpose other than those listed above.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There is no time limit on the validity of this release nor is there any geographic limitation on where these materials may be distributed.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This release applies to photographic, audio or video recordings collected as part of the sessions listed on this document only.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By signing this release, I acknowledge that I have completely read and fully understand the above release and agree to be bound thereby. I hereby release any and all claims against any person or organization utilizing this material for educational purposes.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Full Name___________________________________________________</w:t>
        <w:tab/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Street Address/P.O. Box________________________________________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City _______________________ State ___________ Zip Code 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Phone ___________________________ Fax _______________________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Email Address________________________________________________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Signature </w:t>
      </w:r>
      <w:r>
        <w:rPr>
          <w:rFonts w:ascii="Times New Roman" w:hAnsi="Times New Roman" w:eastAsia="Times New Roman" w:cs="Times New Roman"/>
          <w:sz w:val="24"/>
        </w:rPr>
        <w:t>____________________________</w:t>
      </w:r>
      <w:r>
        <w:rPr>
          <w:rFonts w:ascii="Times New Roman" w:hAnsi="Times New Roman" w:eastAsia="Times New Roman" w:cs="Times New Roman"/>
          <w:sz w:val="24"/>
        </w:rPr>
        <w:tab/>
        <w:t>Date____________________________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If this release is obtained from a presenter under the age of 19, then the signature of that presenter’s parent or legal guardian is also required.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Parent’s Signature</w:t>
      </w:r>
      <w:r>
        <w:rPr>
          <w:rFonts w:ascii="Times New Roman" w:hAnsi="Times New Roman" w:eastAsia="Times New Roman" w:cs="Times New Roman"/>
          <w:sz w:val="24"/>
        </w:rPr>
        <w:t>_____________________</w:t>
      </w:r>
      <w:r>
        <w:rPr>
          <w:rFonts w:ascii="Times New Roman" w:hAnsi="Times New Roman" w:eastAsia="Times New Roman" w:cs="Times New Roman"/>
          <w:sz w:val="24"/>
        </w:rPr>
        <w:t xml:space="preserve"> Date____________________________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