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VIRGINIA 21/30-DAY NOTICE TO QUIT</w:t>
      </w:r>
    </w:p>
    <w:p>
      <w:pPr>
        <w:jc w:val="center"/>
      </w:pPr>
    </w:p>
    <w:p>
      <w:pPr/>
      <w:r>
        <w:rPr>
          <w:rFonts w:ascii="Times New Roman" w:hAnsi="Times New Roman" w:eastAsia="Times New Roman" w:cs="Times New Roman"/>
          <w:sz w:val="24"/>
        </w:rPr>
        <w:t>To: _____________________________________________________________________</w:t>
      </w:r>
    </w:p>
    <w:p>
      <w:pPr/>
    </w:p>
    <w:p>
      <w:pPr/>
      <w:r>
        <w:rPr>
          <w:rFonts w:ascii="Times New Roman" w:hAnsi="Times New Roman" w:eastAsia="Times New Roman" w:cs="Times New Roman"/>
          <w:sz w:val="24"/>
        </w:rPr>
        <w:t>All residents (tenants and subtenants) in possession and all other in possession</w:t>
      </w:r>
    </w:p>
    <w:p>
      <w:pPr/>
    </w:p>
    <w:p>
      <w:pPr>
        <w:spacing w:line="360" w:lineRule="auto"/>
      </w:pPr>
      <w:r>
        <w:rPr>
          <w:rFonts w:ascii="Times New Roman" w:hAnsi="Times New Roman" w:eastAsia="Times New Roman" w:cs="Times New Roman"/>
          <w:sz w:val="24"/>
        </w:rPr>
        <w:t>The premises herein referred to are located in the City of __________________________,</w:t>
      </w:r>
    </w:p>
    <w:p>
      <w:pPr>
        <w:spacing w:line="360" w:lineRule="auto"/>
      </w:pPr>
      <w:r>
        <w:rPr>
          <w:rFonts w:ascii="Times New Roman" w:hAnsi="Times New Roman" w:eastAsia="Times New Roman" w:cs="Times New Roman"/>
          <w:sz w:val="24"/>
        </w:rPr>
        <w:t>County of __________________ State of ____________________, Zip Code __________ designated by the number and street as ________________________________________</w:t>
      </w:r>
    </w:p>
    <w:p>
      <w:pPr>
        <w:spacing w:line="360" w:lineRule="auto"/>
      </w:pPr>
      <w:r>
        <w:rPr>
          <w:rFonts w:ascii="Times New Roman" w:hAnsi="Times New Roman" w:eastAsia="Times New Roman" w:cs="Times New Roman"/>
          <w:sz w:val="24"/>
        </w:rPr>
        <w:t xml:space="preserve">Apt.______. In accordance with your lease agreement signed on the _____ day of ____________________, 20_____ and the laws in the State of _____________________ </w:t>
      </w:r>
      <w:r>
        <w:rPr>
          <w:rFonts w:ascii="Times New Roman" w:hAnsi="Times New Roman" w:eastAsia="Times New Roman" w:cs="Times New Roman"/>
          <w:b/>
          <w:sz w:val="24"/>
        </w:rPr>
        <w:t xml:space="preserve">WITHIN TWENTY-ONE (21) DAYS </w:t>
      </w:r>
      <w:r>
        <w:rPr>
          <w:rFonts w:ascii="Times New Roman" w:hAnsi="Times New Roman" w:eastAsia="Times New Roman" w:cs="Times New Roman"/>
          <w:sz w:val="24"/>
        </w:rPr>
        <w:t>after service on you of this notice, you are hereby required to remedy the violation described as ________________________________________________________________________ as it is in non-compliance with your lease agreement. You shall notify the landlord within the notice period that the violation has been cured or quit and deliver the possession of the premises. If the violation has not been cured within the initial twenty-one (21) day period, then the lease shall terminate with the tenant required to vacate along with all their possessions within thirty (30) days ending on the the _____ day of ____________________, 20_____.</w:t>
      </w:r>
    </w:p>
    <w:p>
      <w:pPr/>
    </w:p>
    <w:p>
      <w:pPr/>
      <w:r>
        <w:rPr>
          <w:rFonts w:ascii="Times New Roman" w:hAnsi="Times New Roman" w:eastAsia="Times New Roman" w:cs="Times New Roman"/>
          <w:b/>
          <w:sz w:val="24"/>
        </w:rPr>
        <w:t xml:space="preserve">YOU ARE FUTHER NOTIFED THAT, </w:t>
      </w:r>
      <w:r>
        <w:rPr>
          <w:rFonts w:ascii="Times New Roman" w:hAnsi="Times New Roman" w:eastAsia="Times New Roman" w:cs="Times New Roman"/>
          <w:sz w:val="24"/>
        </w:rPr>
        <w:t xml:space="preserve">the owner/landlord does hereby elect to declare that forfeiture of your lease or rental agreement under which you hold possession of the above described premises and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
    <w:p>
      <w:pPr/>
      <w:r>
        <w:rPr>
          <w:rFonts w:ascii="Times New Roman" w:hAnsi="Times New Roman" w:eastAsia="Times New Roman" w:cs="Times New Roman"/>
          <w:sz w:val="24"/>
        </w:rPr>
        <w:t xml:space="preserve">Landlord/Agent Signature </w:t>
      </w:r>
      <w:r>
        <w:rPr>
          <w:rFonts w:ascii="Times New Roman" w:hAnsi="Times New Roman" w:eastAsia="Times New Roman" w:cs="Times New Roman"/>
          <w:sz w:val="24"/>
        </w:rPr>
        <w:t>___________________________</w:t>
      </w:r>
    </w:p>
    <w:p>
      <w:pPr/>
    </w:p>
    <w:p>
      <w:pPr>
        <w:jc w:val="center"/>
      </w:pPr>
      <w:r>
        <w:rPr>
          <w:rFonts w:ascii="Times New Roman" w:hAnsi="Times New Roman" w:eastAsia="Times New Roman" w:cs="Times New Roman"/>
          <w:b/>
          <w:sz w:val="24"/>
        </w:rPr>
        <w:t>CERTIFICATE OF SERVICE</w:t>
      </w:r>
    </w:p>
    <w:p>
      <w:pPr/>
    </w:p>
    <w:p>
      <w:pPr/>
      <w:r>
        <w:rPr>
          <w:rFonts w:ascii="Times New Roman" w:hAnsi="Times New Roman" w:eastAsia="Times New Roman" w:cs="Times New Roman"/>
          <w:sz w:val="24"/>
        </w:rPr>
        <w:t xml:space="preserve">I certify that on the _____ day of ____________________, 20_____ I served this notice to </w:t>
      </w:r>
    </w:p>
    <w:p>
      <w:pPr/>
    </w:p>
    <w:p>
      <w:pPr/>
      <w:r>
        <w:rPr>
          <w:rFonts w:ascii="Times New Roman" w:hAnsi="Times New Roman" w:eastAsia="Times New Roman" w:cs="Times New Roman"/>
          <w:sz w:val="24"/>
        </w:rPr>
        <w:t xml:space="preserve">__________________________ by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on the premises to a member of his/her family or household or an employee of suitable age and discretion with a request that it be delivered to the person in possession.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first-class mail addressed to the person in possession.</w:t>
      </w:r>
    </w:p>
    <w:p>
      <w:pPr/>
    </w:p>
    <w:p>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