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Virgini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Virginia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