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VIRGINIA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Virginia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Virginia is thirty (30)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The Landlord shall, within five (5) days after occupancy of the Premises by the Tenant, submit a written report to the Tenant itemizing damages to the Premises existing at the time of occupancy. The report shall be deemed correct unless the Tenant objects to it in writing within five (5) days after receiving the Landlord’s report.</w:t>
      </w:r>
    </w:p>
    <w:p>
      <w:pPr/>
    </w:p>
    <w:p>
      <w:pPr/>
      <w:r>
        <w:rPr>
          <w:rFonts w:ascii="Times New Roman" w:hAnsi="Times New Roman" w:eastAsia="Times New Roman" w:cs="Times New Roman"/>
          <w:sz w:val="24"/>
        </w:rPr>
        <w:t>Mold. The existence of any mold in the Premises must be included in the written report submitted by the Landlord to the Tenant.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seventy-two (72)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ELECTRONIC DELIVERY OF NOTICES</w:t>
      </w:r>
      <w:r>
        <w:rPr>
          <w:rFonts w:ascii="Times New Roman" w:hAnsi="Times New Roman" w:eastAsia="Times New Roman" w:cs="Times New Roman"/>
          <w:sz w:val="24"/>
        </w:rPr>
        <w:t xml:space="preserve">. If either the Landlord or the Tenant’s e-mail is written in this Agreement, any notice sent by such electronic communication to said Party’s e-mail shall satisfy the notice requirement as part of the tenancy relationship and this Agreement. </w:t>
      </w:r>
    </w:p>
    <w:p>
      <w:pPr/>
    </w:p>
    <w:p>
      <w:pPr/>
      <w:r>
        <w:rPr>
          <w:rFonts w:ascii="Times New Roman" w:hAnsi="Times New Roman" w:eastAsia="Times New Roman" w:cs="Times New Roman"/>
          <w:b/>
          <w:sz w:val="24"/>
        </w:rPr>
        <w:t>XLVIII.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XLIX. GOVERNING LAW</w:t>
      </w:r>
      <w:r>
        <w:rPr>
          <w:rFonts w:ascii="Times New Roman" w:hAnsi="Times New Roman" w:eastAsia="Times New Roman" w:cs="Times New Roman"/>
          <w:sz w:val="24"/>
        </w:rPr>
        <w:t>. This Agreement is to be governed under the laws located in the State of Virginia.</w:t>
      </w:r>
    </w:p>
    <w:p>
      <w:pPr/>
    </w:p>
    <w:p>
      <w:pPr/>
      <w:r>
        <w:rPr>
          <w:rFonts w:ascii="Times New Roman" w:hAnsi="Times New Roman" w:eastAsia="Times New Roman" w:cs="Times New Roman"/>
          <w:b/>
          <w:sz w:val="24"/>
        </w:rPr>
        <w:t>L.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