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IRGINI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Virgini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Virgin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