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jc w:val="center"/>
      </w:pPr>
      <w:r>
        <w:rPr>
          <w:rFonts w:ascii="Times New Roman" w:hAnsi="Times New Roman" w:eastAsia="Times New Roman" w:cs="Times New Roman"/>
          <w:b/>
          <w:sz w:val="24"/>
        </w:rPr>
        <w:t>Virginia Transfer on Death Deed</w:t>
      </w:r>
    </w:p>
    <w:p>
      <w:pPr/>
    </w:p>
    <w:p>
      <w:pPr/>
      <w:r>
        <w:rPr>
          <w:rFonts w:ascii="Times New Roman" w:hAnsi="Times New Roman" w:eastAsia="Times New Roman" w:cs="Times New Roman"/>
          <w:sz w:val="24"/>
        </w:rPr>
        <w:t xml:space="preserve">THIS REVOCABLE TRANSFER ON DEATH DEED, dated as of ______________ , is made by the Owner(s)/Grantor(s): </w:t>
      </w:r>
    </w:p>
    <w:p>
      <w:pPr/>
    </w:p>
    <w:p>
      <w:pPr/>
    </w:p>
    <w:p>
      <w:pPr/>
    </w:p>
    <w:p>
      <w:pPr/>
      <w:r>
        <w:rPr>
          <w:rFonts w:ascii="Times New Roman" w:hAnsi="Times New Roman" w:eastAsia="Times New Roman" w:cs="Times New Roman"/>
          <w:sz w:val="24"/>
        </w:rPr>
        <w:t>THIS DEED MUST BE RECORDED BEFORE THE DEATH OF THE OWNER(S), OR IT WILL NOT BE EFFECTIVE.</w:t>
      </w:r>
    </w:p>
    <w:p>
      <w:pPr/>
    </w:p>
    <w:p>
      <w:pPr/>
      <w:r>
        <w:rPr>
          <w:rFonts w:ascii="Times New Roman" w:hAnsi="Times New Roman" w:eastAsia="Times New Roman" w:cs="Times New Roman"/>
          <w:sz w:val="24"/>
        </w:rPr>
        <w:t>THIS DEED IS EXEMPT FROM RECORDATION TAXES UNDER § 58.1-811(J) OF THE CODE OF VIRGINIA OF 1950, AS AMENDED.</w:t>
      </w:r>
    </w:p>
    <w:p>
      <w:pPr/>
    </w:p>
    <w:p>
      <w:pPr/>
      <w:r>
        <w:rPr>
          <w:rFonts w:ascii="Times New Roman" w:hAnsi="Times New Roman" w:eastAsia="Times New Roman" w:cs="Times New Roman"/>
          <w:sz w:val="24"/>
        </w:rPr>
        <w:t>This Revocable Transfer on Death Deed is made pursuant to the provisions of the Uniform Real Property Transfer on Death Act, Virginia Code § 64.2-621 et seq. In accordance with the provisions of the Uniform Real Property Transfer on Death Act, at my death, I transfer and convey my interest in the below described property to my designated beneficiaries as follows:</w:t>
      </w:r>
    </w:p>
    <w:p>
      <w:pPr/>
    </w:p>
    <w:p>
      <w:pPr>
        <w:spacing w:before="0" w:after="192"/>
      </w:pPr>
      <w:r>
        <w:rPr>
          <w:rFonts w:ascii="Times New Roman" w:hAnsi="Times New Roman" w:eastAsia="Times New Roman" w:cs="Times New Roman"/>
          <w:b/>
          <w:sz w:val="24"/>
        </w:rPr>
        <w:t>PRIMARY BENEFICIARY</w:t>
      </w:r>
    </w:p>
    <w:p>
      <w:pPr/>
      <w:r>
        <w:rPr>
          <w:rFonts w:ascii="Times New Roman" w:hAnsi="Times New Roman" w:eastAsia="Times New Roman" w:cs="Times New Roman"/>
          <w:sz w:val="24"/>
        </w:rPr>
        <w:t>I designate ___________________________________________________________ as the designated beneficiary (Grantee) of the property if the designated beneficiary survives me.</w:t>
      </w:r>
    </w:p>
    <w:p>
      <w:pPr/>
    </w:p>
    <w:p>
      <w:pPr/>
      <w:r>
        <w:rPr>
          <w:rFonts w:ascii="Times New Roman" w:hAnsi="Times New Roman" w:eastAsia="Times New Roman" w:cs="Times New Roman"/>
          <w:b/>
          <w:sz w:val="24"/>
        </w:rPr>
        <w:t>ALTERNATE BENEFICIARY — Optional</w:t>
      </w:r>
    </w:p>
    <w:p>
      <w:pPr/>
    </w:p>
    <w:p>
      <w:pPr>
        <w:spacing w:before="0" w:after="192"/>
      </w:pPr>
      <w:r>
        <w:rPr>
          <w:rFonts w:ascii="Times New Roman" w:hAnsi="Times New Roman" w:eastAsia="Times New Roman" w:cs="Times New Roman"/>
          <w:sz w:val="24"/>
        </w:rPr>
        <w:t>If my primary designated beneficiary does not survive me,</w:t>
      </w:r>
    </w:p>
    <w:p>
      <w:pPr>
        <w:spacing w:before="0" w:after="192"/>
      </w:pPr>
      <w:r>
        <w:rPr>
          <w:rFonts w:ascii="Times New Roman" w:hAnsi="Times New Roman" w:eastAsia="Times New Roman" w:cs="Times New Roman"/>
          <w:sz w:val="24"/>
        </w:rPr>
        <w:t>I designate ___________________________________________________________ as my alternate designated beneficiary if my alternate designated beneficiary survives me.</w:t>
      </w:r>
    </w:p>
    <w:p>
      <w:pPr/>
      <w:r>
        <w:rPr>
          <w:rFonts w:ascii="Times New Roman" w:hAnsi="Times New Roman" w:eastAsia="Times New Roman" w:cs="Times New Roman"/>
          <w:b/>
          <w:sz w:val="24"/>
        </w:rPr>
        <w:t>INSURANCE STATEMENT (select one)</w:t>
      </w:r>
    </w:p>
    <w:p>
      <w:pPr/>
    </w:p>
    <w:p>
      <w:pPr>
        <w:spacing w:line="276"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The existence of title insurance is unknown to the preparer.</w:t>
      </w:r>
    </w:p>
    <w:p>
      <w:pPr>
        <w:spacing w:line="276" w:lineRule="auto"/>
      </w:pPr>
      <w:r>
        <w:rPr>
          <w:rFonts w:ascii="Times New Roman" w:hAnsi="Times New Roman" w:eastAsia="Times New Roman" w:cs="Times New Roman"/>
          <w:b/>
          <w:sz w:val="24"/>
        </w:rPr>
        <w:tab/>
        <w: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The name of the title insurance underwriter insuring this instrument is:</w:t>
      </w:r>
    </w:p>
    <w:p>
      <w:pPr/>
    </w:p>
    <w:p>
      <w:pPr/>
    </w:p>
    <w:p>
      <w:pPr/>
    </w:p>
    <w:p>
      <w:pPr/>
      <w:r>
        <w:rPr>
          <w:rFonts w:ascii="Times New Roman" w:hAnsi="Times New Roman" w:eastAsia="Times New Roman" w:cs="Times New Roman"/>
          <w:b/>
          <w:sz w:val="24"/>
        </w:rPr>
        <w:t>PROPERTY</w:t>
      </w:r>
    </w:p>
    <w:p>
      <w:pPr/>
    </w:p>
    <w:p>
      <w:pPr/>
      <w:r>
        <w:rPr>
          <w:rFonts w:ascii="Times New Roman" w:hAnsi="Times New Roman" w:eastAsia="Times New Roman" w:cs="Times New Roman"/>
          <w:sz w:val="24"/>
        </w:rPr>
        <w:t>The legal description of the real property that shall be transferred at my death pursuant to this Revocable Transfer on Death Deed is as follows:</w:t>
      </w:r>
    </w:p>
    <w:p>
      <w:pPr/>
    </w:p>
    <w:p>
      <w:pPr>
        <w:jc w:val="center"/>
      </w:pPr>
      <w:r>
        <w:rPr>
          <w:rFonts w:ascii="Times New Roman" w:hAnsi="Times New Roman" w:eastAsia="Times New Roman" w:cs="Times New Roman"/>
          <w:b/>
          <w:sz w:val="24"/>
        </w:rPr>
        <w:t xml:space="preserve">A complete legal description of the real property being conveyed by this instrument is attached hereto on page 5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r>
        <w:rPr>
          <w:rFonts w:ascii="Times New Roman" w:hAnsi="Times New Roman" w:eastAsia="Times New Roman" w:cs="Times New Roman"/>
          <w:b/>
          <w:sz w:val="24"/>
        </w:rPr>
        <w:t>RIGHT TO REVOKE AND METHOD TO REVOKE DEED:</w:t>
      </w:r>
    </w:p>
    <w:p>
      <w:pPr>
        <w:spacing w:before="0" w:after="192"/>
      </w:pPr>
      <w:r>
        <w:rPr>
          <w:rFonts w:ascii="Times New Roman" w:hAnsi="Times New Roman" w:eastAsia="Times New Roman" w:cs="Times New Roman"/>
          <w:sz w:val="24"/>
        </w:rPr>
        <w:t>Before my death, I have the right to revoke this deed.</w:t>
      </w:r>
    </w:p>
    <w:p>
      <w:pPr/>
      <w:r>
        <w:rPr>
          <w:rFonts w:ascii="Times New Roman" w:hAnsi="Times New Roman" w:eastAsia="Times New Roman" w:cs="Times New Roman"/>
          <w:sz w:val="24"/>
        </w:rPr>
        <w:t>Under the Uniform Real Property Transfer on Death Act, an instrument is effective to revoke a recorded transfer on death deed, or any part of it, only if the instrument:</w:t>
      </w:r>
      <w:r>
        <w:rPr>
          <w:rFonts w:ascii="Times New Roman" w:hAnsi="Times New Roman" w:eastAsia="Times New Roman" w:cs="Times New Roman"/>
          <w:sz w:val="24"/>
        </w:rPr>
        <w:br/>
      </w:r>
    </w:p>
    <w:p>
      <w:pPr/>
      <w:r>
        <w:rPr>
          <w:rFonts w:ascii="Times New Roman" w:hAnsi="Times New Roman" w:eastAsia="Times New Roman" w:cs="Times New Roman"/>
          <w:sz w:val="24"/>
        </w:rPr>
        <w:t>Is one of the following:</w:t>
      </w:r>
    </w:p>
    <w:p>
      <w:pPr/>
    </w:p>
    <w:p>
      <w:pPr/>
      <w:r>
        <w:rPr>
          <w:rFonts w:ascii="Times New Roman" w:hAnsi="Times New Roman" w:eastAsia="Times New Roman" w:cs="Times New Roman"/>
          <w:sz w:val="24"/>
        </w:rPr>
        <w:t>A transfer on death deed that revokes the transfer on death deed or part of the transfer on death deed expressly;</w:t>
      </w:r>
    </w:p>
    <w:p>
      <w:pPr/>
    </w:p>
    <w:p>
      <w:pPr/>
      <w:r>
        <w:rPr>
          <w:rFonts w:ascii="Times New Roman" w:hAnsi="Times New Roman" w:eastAsia="Times New Roman" w:cs="Times New Roman"/>
          <w:sz w:val="24"/>
        </w:rPr>
        <w:t>A transfer on death deed that names a designated beneficiary that is inconsistent with the designated beneficiary in a prior transfer on death deed;</w:t>
      </w:r>
    </w:p>
    <w:p>
      <w:pPr/>
    </w:p>
    <w:p>
      <w:pPr/>
      <w:r>
        <w:rPr>
          <w:rFonts w:ascii="Times New Roman" w:hAnsi="Times New Roman" w:eastAsia="Times New Roman" w:cs="Times New Roman"/>
          <w:sz w:val="24"/>
        </w:rPr>
        <w:t>An instrument of revocation that expressly revokes the transfer on death deed or part of the transfer on death deed; or</w:t>
      </w:r>
    </w:p>
    <w:p>
      <w:pPr/>
    </w:p>
    <w:p>
      <w:pPr/>
      <w:r>
        <w:rPr>
          <w:rFonts w:ascii="Times New Roman" w:hAnsi="Times New Roman" w:eastAsia="Times New Roman" w:cs="Times New Roman"/>
          <w:sz w:val="24"/>
        </w:rPr>
        <w:t>An inter vivos deed that expressly revokes the transfer on death deed or part of the transfer on death deed.</w:t>
      </w:r>
    </w:p>
    <w:p>
      <w:pPr/>
    </w:p>
    <w:p>
      <w:pPr/>
      <w:r>
        <w:rPr>
          <w:rFonts w:ascii="Times New Roman" w:hAnsi="Times New Roman" w:eastAsia="Times New Roman" w:cs="Times New Roman"/>
          <w:sz w:val="24"/>
        </w:rPr>
        <w:t>Is acknowledged by the transferor after the acknowledgment of the transfer on death deed being revoked and recorded before the transferor's death in the land records of the clerk's office of the circuit court where the deed is recorded.</w:t>
      </w:r>
    </w:p>
    <w:p>
      <w:pPr/>
    </w:p>
    <w:p>
      <w:pPr/>
      <w:r>
        <w:rPr>
          <w:rFonts w:ascii="Times New Roman" w:hAnsi="Times New Roman" w:eastAsia="Times New Roman" w:cs="Times New Roman"/>
          <w:sz w:val="24"/>
        </w:rPr>
        <w:t>After this transfer on death deed is recorded, it can be revoked only by an effective revocatory instrument recorded prior to the death of the transferor and may not be revoked by a revocatory act taken against or on the original or a copy of the recorded transfer on death deed.</w:t>
      </w:r>
    </w:p>
    <w:p>
      <w:pPr/>
    </w:p>
    <w:p>
      <w:pPr/>
      <w:r>
        <w:rPr>
          <w:rFonts w:ascii="Times New Roman" w:hAnsi="Times New Roman" w:eastAsia="Times New Roman" w:cs="Times New Roman"/>
          <w:sz w:val="24"/>
        </w:rPr>
        <w:t>The execution and recordation of this transfer on death deed does not limit the effect of an inter vivos transfer of the property.</w:t>
      </w:r>
    </w:p>
    <w:p>
      <w:pPr/>
    </w:p>
    <w:p>
      <w:pPr/>
      <w:r>
        <w:rPr>
          <w:rFonts w:ascii="Times New Roman" w:hAnsi="Times New Roman" w:eastAsia="Times New Roman" w:cs="Times New Roman"/>
          <w:sz w:val="24"/>
        </w:rPr>
        <w:t>At my death, a beneficiary takes the property subject to all conveyances, encumbrances, assignments, contracts, mortgages, liens, and other interests to which the property is subject at my death.</w:t>
      </w:r>
    </w:p>
    <w:p>
      <w:pPr/>
    </w:p>
    <w:p>
      <w:pPr/>
    </w:p>
    <w:p>
      <w:pPr>
        <w:spacing w:before="0" w:after="0"/>
      </w:pPr>
      <w:r>
        <w:rPr>
          <w:rFonts w:ascii="Times New Roman" w:hAnsi="Times New Roman" w:eastAsia="Times New Roman" w:cs="Times New Roman"/>
          <w:sz w:val="24"/>
        </w:rPr>
        <w:t>Witness the following signatures and seals:</w:t>
      </w:r>
    </w:p>
    <w:p>
      <w:pPr/>
    </w:p>
    <w:p>
      <w:pPr/>
      <w:r>
        <w:rPr>
          <w:rFonts w:ascii="Times New Roman" w:hAnsi="Times New Roman" w:eastAsia="Times New Roman" w:cs="Times New Roman"/>
          <w:b/>
          <w:sz w:val="24"/>
        </w:rPr>
        <w:t>SIGNATURES</w:t>
      </w:r>
    </w:p>
    <w:p>
      <w:pPr/>
    </w:p>
    <w:p>
      <w:pPr/>
    </w:p>
    <w:p>
      <w:pPr/>
    </w:p>
    <w:p>
      <w:pPr>
        <w:spacing w:before="0" w:after="0"/>
        <w:jc w:val="center"/>
      </w:pPr>
      <w:r>
        <w:rPr>
          <w:rFonts w:ascii="Times New Roman" w:hAnsi="Times New Roman" w:eastAsia="Times New Roman" w:cs="Times New Roman"/>
          <w:b/>
          <w:sz w:val="24"/>
        </w:rPr>
        <w:t>NOTARY ACKNOWLEDGMENT</w:t>
      </w:r>
    </w:p>
    <w:p>
      <w:pPr/>
    </w:p>
    <w:p>
      <w:pPr>
        <w:spacing w:line="276" w:lineRule="auto"/>
      </w:pPr>
      <w:r>
        <w:rPr>
          <w:rFonts w:ascii="Times New Roman" w:hAnsi="Times New Roman" w:eastAsia="Times New Roman" w:cs="Times New Roman"/>
          <w:sz w:val="24"/>
        </w:rPr>
        <w:t>COMMONWEALTH OF VIRGINIA</w:t>
      </w:r>
    </w:p>
    <w:p>
      <w:pPr>
        <w:spacing w:line="276" w:lineRule="auto"/>
      </w:pPr>
      <w:r>
        <w:rPr>
          <w:rFonts w:ascii="Times New Roman" w:hAnsi="Times New Roman" w:eastAsia="Times New Roman" w:cs="Times New Roman"/>
          <w:sz w:val="24"/>
        </w:rPr>
        <w:t>County of ________________________, to wit:</w:t>
      </w:r>
    </w:p>
    <w:p>
      <w:pPr>
        <w:spacing w:line="276" w:lineRule="auto"/>
      </w:pPr>
    </w:p>
    <w:p>
      <w:pPr>
        <w:spacing w:line="276" w:lineRule="auto"/>
      </w:pPr>
      <w:r>
        <w:rPr>
          <w:rFonts w:ascii="Times New Roman" w:hAnsi="Times New Roman" w:eastAsia="Times New Roman" w:cs="Times New Roman"/>
          <w:sz w:val="24"/>
        </w:rPr>
        <w:t xml:space="preserve">The foregoing instrument was acknowledged before me in the City/County of ___________________________, Virginia, this ________________________ day of 20____, by TRANSFEROR. </w:t>
      </w:r>
    </w:p>
    <w:p>
      <w:pPr>
        <w:spacing w:line="276" w:lineRule="auto"/>
      </w:pPr>
    </w:p>
    <w:p>
      <w:pPr>
        <w:spacing w:line="276" w:lineRule="auto"/>
      </w:pPr>
      <w:r>
        <w:rPr>
          <w:rFonts w:ascii="Times New Roman" w:hAnsi="Times New Roman" w:eastAsia="Times New Roman" w:cs="Times New Roman"/>
          <w:sz w:val="24"/>
        </w:rPr>
        <w:t xml:space="preserve">I certify under PENALTY OF PERJURY under the laws of the state of ________________________ that the foregoing paragraph is true and correct. </w:t>
      </w:r>
    </w:p>
    <w:p>
      <w:pPr>
        <w:spacing w:line="276" w:lineRule="auto"/>
      </w:pPr>
    </w:p>
    <w:p>
      <w:pPr>
        <w:spacing w:line="276" w:lineRule="auto"/>
      </w:pPr>
      <w:r>
        <w:rPr>
          <w:rFonts w:ascii="Times New Roman" w:hAnsi="Times New Roman" w:eastAsia="Times New Roman" w:cs="Times New Roman"/>
          <w:sz w:val="24"/>
        </w:rPr>
        <w:t xml:space="preserve">WITNESS my hand and official seal. </w:t>
      </w:r>
    </w:p>
    <w:p>
      <w:pPr>
        <w:spacing w:line="276" w:lineRule="auto"/>
      </w:pPr>
    </w:p>
    <w:p>
      <w:pPr>
        <w:spacing w:line="276" w:lineRule="auto"/>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w:t>
      </w:r>
    </w:p>
    <w:p>
      <w:pPr>
        <w:spacing w:line="276" w:lineRule="auto"/>
      </w:pPr>
      <w:r>
        <w:rPr>
          <w:rFonts w:ascii="Times New Roman" w:hAnsi="Times New Roman" w:eastAsia="Times New Roman" w:cs="Times New Roman"/>
          <w:sz w:val="24"/>
        </w:rPr>
        <w:t>Print Name: ________________________</w:t>
      </w:r>
    </w:p>
    <w:p>
      <w:pPr>
        <w:spacing w:line="276" w:lineRule="auto"/>
      </w:pPr>
      <w:r>
        <w:rPr>
          <w:rFonts w:ascii="Times New Roman" w:hAnsi="Times New Roman" w:eastAsia="Times New Roman" w:cs="Times New Roman"/>
          <w:sz w:val="24"/>
        </w:rPr>
        <w:t>My Commission Expires: ________________________, 20____</w:t>
      </w:r>
    </w:p>
    <w:p>
      <w:pPr>
        <w:spacing w:line="276" w:lineRule="auto"/>
      </w:pPr>
      <w:r>
        <w:rPr>
          <w:rFonts w:ascii="Times New Roman" w:hAnsi="Times New Roman" w:eastAsia="Times New Roman" w:cs="Times New Roman"/>
          <w:sz w:val="24"/>
        </w:rPr>
        <w:t>Registration Number: ________________________</w:t>
      </w:r>
    </w:p>
    <w:p>
      <w:pPr>
        <w:spacing w:before="0" w:after="240"/>
      </w:pPr>
    </w:p>
    <w:p>
      <w:pPr/>
      <w:r>
        <w:rPr>
          <w:rFonts w:ascii="Times New Roman" w:hAnsi="Times New Roman" w:eastAsia="Times New Roman" w:cs="Times New Roman"/>
          <w:sz w:val="24"/>
        </w:rPr>
        <w:t>(seal)</w:t>
      </w:r>
    </w:p>
    <w:p>
      <w:pPr/>
    </w:p>
    <w:p>
      <w:pPr>
        <w:spacing w:before="0" w:after="0"/>
        <w:jc w:val="center"/>
      </w:pPr>
      <w:r>
        <w:rPr>
          <w:rFonts w:ascii="Times New Roman" w:hAnsi="Times New Roman" w:eastAsia="Times New Roman" w:cs="Times New Roman"/>
          <w:sz w:val="24"/>
        </w:rPr>
        <w:t>EXHIBIT A</w:t>
      </w:r>
    </w:p>
    <w:p>
      <w:pPr>
        <w:jc w:val="center"/>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