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VOLUNTEER CONFIDENTIALITY AGREEMENT</w:t>
      </w:r>
    </w:p>
    <w:p>
      <w:pPr>
        <w:jc w:val="center"/>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Volunteer Non-Disclosure Agreement, referred to as the “Agreement”, applies to </w:t>
      </w:r>
      <w:r>
        <w:rPr>
          <w:rFonts w:ascii="Times New Roman" w:hAnsi="Times New Roman" w:eastAsia="Times New Roman" w:cs="Times New Roman"/>
          <w:sz w:val="24"/>
        </w:rPr>
        <w:t>[VOLUNTEER NAME]</w:t>
      </w:r>
      <w:r>
        <w:rPr>
          <w:rFonts w:ascii="Times New Roman" w:hAnsi="Times New Roman" w:eastAsia="Times New Roman" w:cs="Times New Roman"/>
          <w:sz w:val="24"/>
        </w:rPr>
        <w:t xml:space="preserve">, referred to as the “Volunteer”, associated with and/or involved in the activities or affairs of </w:t>
      </w:r>
      <w:r>
        <w:rPr>
          <w:rFonts w:ascii="Times New Roman" w:hAnsi="Times New Roman" w:eastAsia="Times New Roman" w:cs="Times New Roman"/>
          <w:sz w:val="24"/>
        </w:rPr>
        <w:t>[VOLUNTEER PROGRAM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[PROGRAM STREET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referred to as the “Volunteer Program”, with both the Volunteer and Volunteer Program collectively referred to as the “Parties”.</w:t>
      </w:r>
    </w:p>
    <w:p>
      <w:pPr/>
    </w:p>
    <w:p>
      <w:pPr/>
      <w:r>
        <w:rPr>
          <w:rFonts w:ascii="Times New Roman" w:hAnsi="Times New Roman" w:eastAsia="Times New Roman" w:cs="Times New Roman"/>
          <w:b/>
          <w:sz w:val="24"/>
        </w:rPr>
        <w:t>II. Confidential Information</w:t>
      </w:r>
      <w:r>
        <w:rPr>
          <w:rFonts w:ascii="Times New Roman" w:hAnsi="Times New Roman" w:eastAsia="Times New Roman" w:cs="Times New Roman"/>
          <w:sz w:val="24"/>
        </w:rPr>
        <w:t xml:space="preserve">. All data, materials, knowledge and proprietary information generated through, originating from, or having to do with the Volunteer Program or persons associated with its activities, including contractors, is to be considered Confidential Information and is not to be disclosed to any outside party. This includes, but is not limited to, documents, information, designs, printed matter, policies, procedures, conversations, messages (received or transmitted), resources, contacts, e-mail lists, e-mail messages, whether internally between staff or outside the Volunteer Program is confidential and the sole property of Volunteer Program.  </w:t>
      </w:r>
    </w:p>
    <w:p>
      <w:pPr/>
    </w:p>
    <w:p>
      <w:pPr/>
      <w:r>
        <w:rPr>
          <w:rFonts w:ascii="Times New Roman" w:hAnsi="Times New Roman" w:eastAsia="Times New Roman" w:cs="Times New Roman"/>
          <w:b/>
          <w:sz w:val="24"/>
        </w:rPr>
        <w:t>III. Clients</w:t>
      </w:r>
      <w:r>
        <w:rPr>
          <w:rFonts w:ascii="Times New Roman" w:hAnsi="Times New Roman" w:eastAsia="Times New Roman" w:cs="Times New Roman"/>
          <w:sz w:val="24"/>
        </w:rPr>
        <w:t>. Client information, including all file information, is not be disclosed to any third party, under any circumstances, without the written consent of the Company.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IV. Damages</w:t>
      </w:r>
      <w:r>
        <w:rPr>
          <w:rFonts w:ascii="Times New Roman" w:hAnsi="Times New Roman" w:eastAsia="Times New Roman" w:cs="Times New Roman"/>
          <w:sz w:val="24"/>
        </w:rPr>
        <w:t xml:space="preserve">. Any disclosure, misuse, copying or transmitting of any material, data or information, whether intentional or unintentional, will subject Volunteer to disciplinary action, prosecution, and/or monetary damages according to the procedures set by Company and any applicable laws. </w:t>
      </w:r>
    </w:p>
    <w:p>
      <w:pPr/>
    </w:p>
    <w:p>
      <w:pPr/>
      <w:r>
        <w:rPr>
          <w:rFonts w:ascii="Times New Roman" w:hAnsi="Times New Roman" w:eastAsia="Times New Roman" w:cs="Times New Roman"/>
          <w:sz w:val="24"/>
        </w:rPr>
        <w:t>The signature of the Volunteer below acknowledges his/her agreement to the aforementioned terms.</w:t>
      </w:r>
    </w:p>
    <w:p>
      <w:pPr/>
    </w:p>
    <w:p>
      <w:pPr/>
    </w:p>
    <w:p>
      <w:pPr/>
    </w:p>
    <w:p>
      <w:pPr/>
    </w:p>
    <w:p>
      <w:pPr/>
      <w:r>
        <w:rPr>
          <w:rFonts w:ascii="Times New Roman" w:hAnsi="Times New Roman" w:eastAsia="Times New Roman" w:cs="Times New Roman"/>
          <w:b/>
          <w:sz w:val="24"/>
        </w:rPr>
        <w:t>Volunteer’s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w:t>
      </w:r>
    </w:p>
    <w:p>
      <w:pPr/>
    </w:p>
    <w:p>
      <w:pP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