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Voting Leave Policy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voter without sufficient time outside of scheduled working hours to vote may request leave time to enable him or her to vote in any election. Up to two hours of this leave time will be paid leave. The remaining leave time will be unpaid.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take voting leave at either the beginning or the end of his or her shift as designated by the employer, unless mutually agreed upon by the employer and employee.</w:t>
      </w:r>
    </w:p>
    <w:p>
      <w:pPr>
        <w:keepNext w:val="0"/>
        <w:spacing w:before="200" w:after="0" w:line="260" w:lineRule="exact"/>
        <w:ind w:left="36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take voting leave at either the beginning or the end of his or her shift as designated by the employer, unless mutually agreed upon by the employer and employee.</w:t>
      </w:r>
    </w:p>
    <w:p>
      <w:pPr>
        <w:keepNext w:val="0"/>
        <w:spacing w:before="200" w:after="0" w:line="260" w:lineRule="exact"/>
        <w:ind w:left="36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request voting leave at least two working days in advance of the employee's need for leave time.</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Voting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