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WARN Notice to Affected Non-union Employees</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NOTICE TO AFFECTED NON-UNION EMPLOYEES</w:t>
      </w:r>
    </w:p>
    <w:p>
      <w:pPr>
        <w:keepNext w:val="0"/>
        <w:spacing w:before="200" w:after="0" w:line="260" w:lineRule="exact"/>
        <w:ind w:left="720" w:right="0" w:firstLine="0"/>
        <w:jc w:val="both"/>
      </w:pPr>
      <w:r>
        <w:rPr>
          <w:rFonts w:ascii="Times New Roman" w:hAnsi="Times New Roman" w:eastAsia="Times New Roman" w:cs="Times New Roman"/>
          <w:b w:val="0"/>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VIA HAND DELIVERY</w:t>
      </w:r>
    </w:p>
    <w:p>
      <w:pPr>
        <w:keepNext w:val="0"/>
        <w:spacing w:before="200" w:after="0" w:line="260" w:lineRule="exact"/>
        <w:ind w:left="720" w:right="0" w:firstLine="0"/>
        <w:jc w:val="both"/>
      </w:pPr>
      <w:r>
        <w:rPr>
          <w:rFonts w:ascii="Times New Roman" w:hAnsi="Times New Roman" w:eastAsia="Times New Roman" w:cs="Times New Roman"/>
          <w:b w:val="0"/>
          <w:sz w:val="24"/>
        </w:rPr>
        <w:t>[Name and address of individual employee]</w:t>
      </w:r>
    </w:p>
    <w:p>
      <w:pPr>
        <w:keepNext w:val="0"/>
        <w:spacing w:before="200" w:after="0" w:line="260" w:lineRule="exact"/>
        <w:ind w:left="720" w:right="0" w:firstLine="0"/>
        <w:jc w:val="both"/>
      </w:pPr>
      <w:r>
        <w:rPr>
          <w:rFonts w:ascii="Times New Roman" w:hAnsi="Times New Roman" w:eastAsia="Times New Roman" w:cs="Times New Roman"/>
          <w:b w:val="0"/>
          <w:sz w:val="24"/>
        </w:rPr>
        <w:t>Re: NOTICE TO UNREPRESENTED EMPLOYEES EXPECTED TO SEPARATE ON [DATE] REGARDING [LAYOFF OR PLANT CLOSING]</w:t>
      </w:r>
    </w:p>
    <w:p>
      <w:pPr>
        <w:keepNext w:val="0"/>
        <w:spacing w:before="200" w:after="0" w:line="260" w:lineRule="exact"/>
        <w:ind w:left="720" w:right="0" w:firstLine="0"/>
        <w:jc w:val="both"/>
      </w:pPr>
      <w:r>
        <w:rPr>
          <w:rFonts w:ascii="Times New Roman" w:hAnsi="Times New Roman" w:eastAsia="Times New Roman" w:cs="Times New Roman"/>
          <w:b w:val="0"/>
          <w:sz w:val="24"/>
        </w:rPr>
        <w:t>Dear [Company name] Employee: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As you may know, on or around [Date], [Company name] (Company) will begin permanently [or temporarily] laying off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its employees at its [Name of the facility] facility located at [Address of the affected facility]. The separations of the affected employees are expected to occur in [number] waves. Consistent with these plans, your last day of employment is anticipated to be [Date], or within 14 days thereafter. The layoffs will be permanent [or temporary]. Further, though bumping rights will exist for represented employees, no bumping rights will exist for unrepresented employees. You will receive more specific information regarding your last day of employment and benefit information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date.</w:t>
      </w:r>
    </w:p>
    <w:p>
      <w:pPr>
        <w:keepNext w:val="0"/>
        <w:spacing w:before="200" w:after="0" w:line="260" w:lineRule="exact"/>
        <w:ind w:left="720" w:right="0" w:firstLine="0"/>
        <w:jc w:val="both"/>
      </w:pPr>
      <w:r>
        <w:rPr>
          <w:rFonts w:ascii="Times New Roman" w:hAnsi="Times New Roman" w:eastAsia="Times New Roman" w:cs="Times New Roman"/>
          <w:b w:val="0"/>
          <w:sz w:val="24"/>
        </w:rPr>
        <w:t>For further information regarding this matter, please contact me at [Company name as well as the address of the Company official to contact for further information], or via telephone at [telephone number of Company official].</w:t>
      </w:r>
    </w:p>
    <w:p>
      <w:pPr>
        <w:keepNext w:val="0"/>
        <w:spacing w:before="200" w:after="0" w:line="260" w:lineRule="exact"/>
        <w:ind w:left="720" w:right="0" w:firstLine="0"/>
        <w:jc w:val="both"/>
      </w:pPr>
      <w:r>
        <w:rPr>
          <w:rFonts w:ascii="Times New Roman" w:hAnsi="Times New Roman" w:eastAsia="Times New Roman" w:cs="Times New Roman"/>
          <w:b w:val="0"/>
          <w:sz w:val="24"/>
        </w:rPr>
        <w:t>Sincerely,</w:t>
      </w:r>
    </w:p>
    <w:p>
      <w:pPr>
        <w:keepNext w:val="0"/>
        <w:spacing w:before="200" w:after="0" w:line="260" w:lineRule="exact"/>
        <w:ind w:left="720" w:right="0" w:firstLine="0"/>
        <w:jc w:val="both"/>
      </w:pPr>
      <w:r>
        <w:rPr>
          <w:rFonts w:ascii="Times New Roman" w:hAnsi="Times New Roman" w:eastAsia="Times New Roman" w:cs="Times New Roman"/>
          <w:b w:val="0"/>
          <w:sz w:val="24"/>
        </w:rPr>
        <w:t>[Name of Company official to contact for further information]</w:t>
      </w:r>
    </w:p>
    <w:p>
      <w:pPr>
        <w:keepNext w:val="0"/>
        <w:spacing w:before="200" w:after="0" w:line="260" w:lineRule="exact"/>
        <w:ind w:left="720" w:right="0" w:firstLine="0"/>
        <w:jc w:val="both"/>
      </w:pPr>
      <w:r>
        <w:rPr>
          <w:rFonts w:ascii="Times New Roman" w:hAnsi="Times New Roman" w:eastAsia="Times New Roman" w:cs="Times New Roman"/>
          <w:b w:val="0"/>
          <w:sz w:val="24"/>
        </w:rPr>
        <w:t>[Company official’s job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