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and Release of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lienor, in consideration of the final payment in the amount of $[amount], hereby waives and releases its lien and right to claim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for labor, services, or materials furnished to [customer's name] on the job of [owner's name] to the following described property: [description of property].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Dated: 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[lienor's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 of person authorized to sign release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]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authorized to sign release]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