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of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 the undersigned, members of the executive committee of [name of corporation], do hereby waive notice of the meeting of the said executive committee to be held on [date] at [time], at the office of the corporation, [address of corporation], N. Y., and hereby authorize the taking of such lawful action as may be taken thereat.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Dated, [day] day of [month and year]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]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