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Waiver of Notice Due under Terms of Agreement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We the undersigned, pursuant to the terms of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agreement dated [date of agreement], between [name of corporation], [name] and [name], hereby waive the notice required to be given to us under paragraph [number, e.g., 4th] of said agreement and consent to the [as applicable, e.g., immediate sale by the corporation of the shares deposited by us under the said agreement].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Dated, [day] day of [month and year] [</w:t>
      </w:r>
      <w:r>
        <w:rPr>
          <w:rFonts w:ascii="Times New Roman" w:hAnsi="Times New Roman" w:eastAsia="Times New Roman" w:cs="Times New Roman"/>
          <w:b w:val="0"/>
          <w:sz w:val="24"/>
        </w:rPr>
        <w:t>Signature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Witness:  [</w:t>
      </w:r>
      <w:r>
        <w:rPr>
          <w:rFonts w:ascii="Times New Roman" w:hAnsi="Times New Roman" w:eastAsia="Times New Roman" w:cs="Times New Roman"/>
          <w:b w:val="0"/>
          <w:sz w:val="24"/>
        </w:rPr>
        <w:t>Signature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