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Waiver of Notice of Annual Meeting of Shareholders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the undersigned, being all of the stockholders of [corporation name] do hereby waive all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the stockholders of said corporation and do consent that the [day] day of [month and year] at [time], be and the same hereby are fixed as the time, and the office of [name], attorney for the corporation, at [address] Street, City of [city], is the place for holding the said meeting and that all such matters be transacted thereat as may lawfully come before the meeting,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to issue stock of the corporation, to elect directors until the next annual meeting of the corporation, to ratify, approve and adopt the bylaws of the corporation and to ratify and approve all acts of the directors and officers of the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agreement between [name], [name] and this corporation with respect to the stock issued to [name].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hereby waive all requirements under Nevada state law as to notice of said meeting and the publication thereof.</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w:t>
      </w:r>
    </w:p>
    <w:p>
      <w:pPr>
        <w:keepNext w:val="0"/>
        <w:spacing w:before="200" w:after="0" w:line="260" w:lineRule="exact"/>
        <w:ind w:left="360" w:right="0" w:firstLine="0"/>
        <w:jc w:val="both"/>
      </w:pPr>
      <w:r>
        <w:rPr>
          <w:rFonts w:ascii="Times New Roman" w:hAnsi="Times New Roman" w:eastAsia="Times New Roman" w:cs="Times New Roman"/>
          <w:b w:val="0"/>
          <w:sz w:val="24"/>
        </w:rPr>
        <w:t>Shareholder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