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Board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Waiver of Notice of Meeting of the Board of Directors of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  <w:r>
        <w:rPr>
          <w:rFonts w:ascii="Times New Roman" w:hAnsi="Times New Roman" w:eastAsia="Times New Roman" w:cs="Times New Roman"/>
          <w:b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Florida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Fla. Stat. Ann. § 607.0823,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