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Waiver of Notice of Incorporators' Meeting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WAIVER OF NOTICE</w:t>
      </w:r>
      <w:r>
        <w:rPr>
          <w:rFonts w:ascii="Times New Roman" w:hAnsi="Times New Roman" w:eastAsia="Times New Roman" w:cs="Times New Roman"/>
          <w:sz w:val="24"/>
        </w:rPr>
        <w:br/>
      </w:r>
      <w:r>
        <w:rPr>
          <w:rFonts w:ascii="Times New Roman" w:hAnsi="Times New Roman" w:eastAsia="Times New Roman" w:cs="Times New Roman"/>
          <w:b/>
          <w:sz w:val="24"/>
        </w:rPr>
        <w:t>ORGANIZATIONAL MEETING OF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We, the undersigned, being the directors named in the certificate of incorporation of [NAME OF CORPORATION] organized under the laws of the state of New Jersey, hereby waive notice of the time and place of the organizational meeting of the board of directors, the purpose of said meeting being to adopt bylaws, elect officers, authorize the issuance of shares, authorize the purchase of property if necessary for the business of the corporation, and the transaction of such other business as may be necessary or advisable to facilitate and complete the organization of said corporation, and to enable it to carry on its contemplated business.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designate the meeting date and time as follows: [DATE] at [TIME] </w:t>
      </w:r>
      <w:r>
        <w:rPr>
          <w:rFonts w:ascii="Times New Roman" w:hAnsi="Times New Roman" w:eastAsia="Times New Roman" w:cs="Times New Roman"/>
          <w:b/>
          <w:sz w:val="24"/>
        </w:rPr>
        <w:t>A</w:t>
      </w:r>
      <w:r>
        <w:rPr>
          <w:rFonts w:ascii="Times New Roman" w:hAnsi="Times New Roman" w:eastAsia="Times New Roman" w:cs="Times New Roman"/>
          <w:b w:val="0"/>
          <w:sz w:val="24"/>
        </w:rPr>
        <w:t>.M./P.M. The meeting will be held at [PLACE OF MEETING].</w:t>
      </w:r>
    </w:p>
    <w:p>
      <w:pPr>
        <w:keepNext w:val="0"/>
        <w:spacing w:before="200" w:after="0" w:line="260" w:lineRule="exact"/>
        <w:ind w:left="720" w:right="0" w:firstLine="0"/>
        <w:jc w:val="both"/>
      </w:pPr>
      <w:r>
        <w:rPr>
          <w:rFonts w:ascii="Times New Roman" w:hAnsi="Times New Roman" w:eastAsia="Times New Roman" w:cs="Times New Roman"/>
          <w:b w:val="0"/>
          <w:sz w:val="24"/>
        </w:rPr>
        <w:t>We further waive all requirements of the statutes of New Jersey both as to the notice of this meeting and the publication thereof; and we consent to the transaction of such business as may come before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Date: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Director</w:t>
      </w:r>
    </w:p>
    <w:p>
      <w:pPr>
        <w:keepNext w:val="0"/>
        <w:spacing w:before="120" w:after="0" w:line="260" w:lineRule="exact"/>
        <w:ind w:left="720" w:right="0" w:firstLine="0"/>
        <w:jc w:val="left"/>
      </w:pPr>
      <w:r>
        <w:rPr>
          <w:rFonts w:ascii="Times New Roman" w:hAnsi="Times New Roman" w:eastAsia="Times New Roman" w:cs="Times New Roman"/>
          <w:b w:val="0"/>
          <w:sz w:val="24"/>
        </w:rPr>
        <w:t>Date: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Director</w:t>
      </w:r>
    </w:p>
    <w:p>
      <w:pPr>
        <w:keepNext w:val="0"/>
        <w:spacing w:before="120" w:after="0" w:line="260" w:lineRule="exact"/>
        <w:ind w:left="720" w:right="0" w:firstLine="0"/>
        <w:jc w:val="left"/>
      </w:pPr>
      <w:r>
        <w:rPr>
          <w:rFonts w:ascii="Times New Roman" w:hAnsi="Times New Roman" w:eastAsia="Times New Roman" w:cs="Times New Roman"/>
          <w:b w:val="0"/>
          <w:sz w:val="24"/>
        </w:rPr>
        <w:t>Date: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Director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