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Waiver of Notice of Incorporators' Meeting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Waiver of Notice of Organizational Meeting of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[NAME OF CORPORATION]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undersigned,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incorporator/each of the incorporators] who executed the certificate of incorporation of [NAME OF CORPORATION] filed with the New York Department of State on [DATE OF FILING OF CERTIFICATE OF INCORPORATION], hereby waives all required notices of the organization meeting of the incorporators and consents that the meeting [be/was] held on [DATE OF MEETING], at [TIME OF MEETING]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.M./P.M.], at [LOCATION OF MEETING], and further authorizes the transaction at such meeting of any and all business pertaining to the adoption of by-laws, the election of directors, and such other matters as may lawfully be considered.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______________________ (Signature)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[PRINTED NAME], Incorporator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