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Waiver of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Meeting of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shareholders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corporation, hereby waive notice and consent to the holding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[special or annual] meeting of shareholders of the corporation [to be] held at [address] on [date], at [___ o'clock _____.M.] for the following purposes: [purposes of meeting].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agree that any business transacted at the meeting shall be as valid as if it had been transacted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 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