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of Notice of Meeting of the Board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WAIVER OF NOTICE OF MEETING OF BOARD OF DIRECTORS OF [name of corporation],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California corporation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We, being all of the Directors of the above corporation, hereby waive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[regular or special] meeting of the Board of Directors of the corporation, [to be]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or P.M.]. We agree that any business transacted at the meeting shall be as valid as if the meeting had been regularly called and proper and due notice was provided.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