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Georgia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We, the undersigned, being all of the Directors of [name of corporation], pursuant to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 § 14-2-823,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