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Illinois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805 Ill. Comp. Stat. Ann. 5/8.25,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