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of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Louisiana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La. Rev. Stat. Ann. § 12:1-823,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