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of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[name of corporation],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Michigan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the undersigned, being all of the Directors of [name of corporation], pursuant to the corporation’s [articles of incorporation/bylaws], do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P.M.]. We agree that any business transacted at the meeting shall be as valid as if had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