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Waiver of Notice of Meeting of the Board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Waiver of Notice of Meeting of the Board of Directors of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  <w:r>
        <w:rPr>
          <w:rFonts w:ascii="Times New Roman" w:hAnsi="Times New Roman" w:eastAsia="Times New Roman" w:cs="Times New Roman"/>
          <w:b/>
          <w:sz w:val="24"/>
        </w:rPr>
        <w:t xml:space="preserve">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Nevada 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We, the undersigned, being all of the Directors of [name of corporation], pursuant to Nev. Rev. Stat. Ann. §78.375, do hereby waive notice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[regular or special] meeting of the Board of Directors of the corporation, [to be] held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.M. or P.M.]. We agree that any business transacted at the meeting shall be as valid as if had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regularly called and noticed.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