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New Jersey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N.J. Stat. §14A:6-10,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